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093" w:rsidRDefault="00496093">
      <w:pPr>
        <w:autoSpaceDE w:val="0"/>
        <w:autoSpaceDN w:val="0"/>
        <w:spacing w:after="78" w:line="220" w:lineRule="exact"/>
      </w:pPr>
    </w:p>
    <w:p w:rsidR="002D34CE" w:rsidRDefault="002D34CE" w:rsidP="002D34CE">
      <w:pPr>
        <w:autoSpaceDE w:val="0"/>
        <w:autoSpaceDN w:val="0"/>
        <w:spacing w:after="0" w:line="240" w:lineRule="auto"/>
        <w:ind w:left="792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2D34CE" w:rsidRDefault="00D40119" w:rsidP="002D34CE">
      <w:pPr>
        <w:autoSpaceDE w:val="0"/>
        <w:autoSpaceDN w:val="0"/>
        <w:spacing w:after="0" w:line="240" w:lineRule="auto"/>
        <w:ind w:left="792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D40119">
        <w:rPr>
          <w:rFonts w:ascii="Times New Roman" w:eastAsia="Times New Roman" w:hAnsi="Times New Roman"/>
          <w:b/>
          <w:color w:val="000000"/>
          <w:sz w:val="24"/>
          <w:lang w:val="ru-RU"/>
        </w:rPr>
        <w:drawing>
          <wp:inline distT="0" distB="0" distL="0" distR="0">
            <wp:extent cx="5940425" cy="8613616"/>
            <wp:effectExtent l="19050" t="0" r="3175" b="0"/>
            <wp:docPr id="2" name="Рисунок 1" descr="C:\Users\Kab-7\AppData\Local\Temp\Rar$DIa5880.13046\математ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b-7\AppData\Local\Temp\Rar$DIa5880.13046\математика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136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76DE" w:rsidRPr="003122E3" w:rsidRDefault="00FE76DE" w:rsidP="007655EE">
      <w:pPr>
        <w:autoSpaceDE w:val="0"/>
        <w:autoSpaceDN w:val="0"/>
        <w:spacing w:after="0" w:line="240" w:lineRule="auto"/>
        <w:rPr>
          <w:lang w:val="ru-RU"/>
        </w:rPr>
        <w:sectPr w:rsidR="00FE76DE" w:rsidRPr="003122E3">
          <w:type w:val="continuous"/>
          <w:pgSz w:w="11900" w:h="16840"/>
          <w:pgMar w:top="298" w:right="880" w:bottom="1436" w:left="1440" w:header="720" w:footer="720" w:gutter="0"/>
          <w:cols w:space="720" w:equalWidth="0">
            <w:col w:w="9580" w:space="0"/>
          </w:cols>
          <w:docGrid w:linePitch="360"/>
        </w:sectPr>
      </w:pPr>
    </w:p>
    <w:p w:rsidR="00496093" w:rsidRPr="003122E3" w:rsidRDefault="00496093">
      <w:pPr>
        <w:autoSpaceDE w:val="0"/>
        <w:autoSpaceDN w:val="0"/>
        <w:spacing w:after="78" w:line="220" w:lineRule="exact"/>
        <w:rPr>
          <w:lang w:val="ru-RU"/>
        </w:rPr>
      </w:pPr>
    </w:p>
    <w:p w:rsidR="00496093" w:rsidRPr="00100C6C" w:rsidRDefault="003122E3" w:rsidP="00A72FAA">
      <w:pPr>
        <w:autoSpaceDE w:val="0"/>
        <w:autoSpaceDN w:val="0"/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00C6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ПОЯСНИТЕЛЬНАЯ ЗАПИСКА</w:t>
      </w:r>
    </w:p>
    <w:p w:rsidR="00496093" w:rsidRPr="00100C6C" w:rsidRDefault="003122E3" w:rsidP="0072072C">
      <w:pPr>
        <w:autoSpaceDE w:val="0"/>
        <w:autoSpaceDN w:val="0"/>
        <w:spacing w:after="0"/>
        <w:ind w:firstLine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100C6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Рабочая программа по предмету «Математика» для обучающихся 4 класса составлена на основе Требований к результатам освоения основной образовательной программы начального общего образования, представленных в Федеральном государственном образовательном стандарте начального общего образования, а также Примерной программы воспитания.</w:t>
      </w:r>
      <w:proofErr w:type="gramEnd"/>
    </w:p>
    <w:p w:rsidR="00496093" w:rsidRPr="00100C6C" w:rsidRDefault="003122E3" w:rsidP="0072072C">
      <w:pPr>
        <w:autoSpaceDE w:val="0"/>
        <w:autoSpaceDN w:val="0"/>
        <w:spacing w:after="0"/>
        <w:ind w:left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0C6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 начальной школе изучение математики имеет особое значение в развитии младшего школьника.</w:t>
      </w:r>
    </w:p>
    <w:p w:rsidR="00496093" w:rsidRPr="00100C6C" w:rsidRDefault="003122E3" w:rsidP="0072072C">
      <w:pPr>
        <w:autoSpaceDE w:val="0"/>
        <w:autoSpaceDN w:val="0"/>
        <w:spacing w:after="0"/>
        <w:ind w:right="14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0C6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Приобретённые им знания, опыт выполнения предметных и универсальных действий на </w:t>
      </w:r>
      <w:r w:rsidRPr="00100C6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00C6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математическом материале, первоначальное овладение математическим языком станут фундаментом обучения в основном звене школы, а также будут востребованы в жизни.</w:t>
      </w:r>
    </w:p>
    <w:p w:rsidR="00496093" w:rsidRPr="00100C6C" w:rsidRDefault="003122E3" w:rsidP="0072072C">
      <w:pPr>
        <w:tabs>
          <w:tab w:val="left" w:pos="180"/>
        </w:tabs>
        <w:autoSpaceDE w:val="0"/>
        <w:autoSpaceDN w:val="0"/>
        <w:spacing w:after="0"/>
        <w:ind w:right="14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0C6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00C6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Изучение математики в начальной школе направлено на достижение следующих образовательных, развивающих целей, а также целей воспитания:</w:t>
      </w:r>
    </w:p>
    <w:p w:rsidR="00496093" w:rsidRPr="00100C6C" w:rsidRDefault="003122E3" w:rsidP="0072072C">
      <w:pPr>
        <w:autoSpaceDE w:val="0"/>
        <w:autoSpaceDN w:val="0"/>
        <w:spacing w:after="0"/>
        <w:ind w:right="2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0C6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 Освоение начальных математических знаний — понимание значения величин и способов их измерения; использование арифметических способов для разрешения сюжетных ситуаций; формирование умения решать учебные и практические задачи средствами математики; работа с алгоритмами выполнения арифметических действий. </w:t>
      </w:r>
    </w:p>
    <w:p w:rsidR="00496093" w:rsidRPr="00100C6C" w:rsidRDefault="003122E3" w:rsidP="0072072C">
      <w:pPr>
        <w:autoSpaceDE w:val="0"/>
        <w:autoSpaceDN w:val="0"/>
        <w:spacing w:after="0"/>
        <w:ind w:right="14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0C6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Формирование функциональной математической грамотности младшего школьника, которая характеризуется наличием у него опыта решения учебно-познавательных и учебно-практических задач, построенных на понимании и применении математических отношений («часть-целое»</w:t>
      </w:r>
      <w:proofErr w:type="gramStart"/>
      <w:r w:rsidRPr="00100C6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,«</w:t>
      </w:r>
      <w:proofErr w:type="spellStart"/>
      <w:proofErr w:type="gramEnd"/>
      <w:r w:rsidRPr="00100C6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больше-меньше</w:t>
      </w:r>
      <w:proofErr w:type="spellEnd"/>
      <w:r w:rsidRPr="00100C6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», «равно-неравно», «порядок»), смысла арифметических действий, </w:t>
      </w:r>
      <w:r w:rsidRPr="00100C6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00C6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зависимостей (работа, движение, продолжительность события). </w:t>
      </w:r>
    </w:p>
    <w:p w:rsidR="00496093" w:rsidRPr="00100C6C" w:rsidRDefault="003122E3" w:rsidP="0072072C">
      <w:pPr>
        <w:autoSpaceDE w:val="0"/>
        <w:autoSpaceDN w:val="0"/>
        <w:spacing w:after="0"/>
        <w:ind w:right="14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100C6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 Обеспечение математического развития младшего школьника — формирование способности к интеллектуальной деятельности, пространственного воображения, математической речи; умение строить рассуждения, выбирать аргументацию,  различать верные (истинные) и неверные (ложные) утверждения, вести поиск информации (примеров, оснований для упорядочения, вариантов и др.). </w:t>
      </w:r>
      <w:proofErr w:type="gramEnd"/>
    </w:p>
    <w:p w:rsidR="00496093" w:rsidRPr="00100C6C" w:rsidRDefault="003122E3" w:rsidP="0072072C">
      <w:pPr>
        <w:autoSpaceDE w:val="0"/>
        <w:autoSpaceDN w:val="0"/>
        <w:spacing w:after="0"/>
        <w:ind w:right="14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0C6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 Становление учебно-познавательных мотивов и интереса к изучению математики и </w:t>
      </w:r>
      <w:r w:rsidRPr="00100C6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00C6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умственному труду; важнейших качеств интеллектуальной деятельности: теоретического и пространственного мышления, воображения, математической речи, ориентировки в </w:t>
      </w:r>
      <w:r w:rsidRPr="00100C6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00C6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математических терминах и понятиях; прочных  навыков использования математических знаний в повседневной жизни.</w:t>
      </w:r>
    </w:p>
    <w:p w:rsidR="00496093" w:rsidRPr="00100C6C" w:rsidRDefault="003122E3" w:rsidP="0072072C">
      <w:pPr>
        <w:tabs>
          <w:tab w:val="left" w:pos="180"/>
        </w:tabs>
        <w:autoSpaceDE w:val="0"/>
        <w:autoSpaceDN w:val="0"/>
        <w:spacing w:after="0"/>
        <w:ind w:right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0C6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00C6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 основе конструирования содержания и отбора планируемых результатов лежат следующие ценности математики, коррелирующие со становлением личности младшего школьника:</w:t>
      </w:r>
    </w:p>
    <w:p w:rsidR="00496093" w:rsidRPr="00100C6C" w:rsidRDefault="003122E3" w:rsidP="0072072C">
      <w:pPr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0C6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 понимание математических отношений выступает средством познания закономерностей существования   окружающего мира, фактов, процессов  и  явлений,  происходящих  в  природе и в обществе (хронология событий, протяжённость по времени, образование целого из частей, изменение формы, размера и т.д.); </w:t>
      </w:r>
    </w:p>
    <w:p w:rsidR="00496093" w:rsidRPr="00100C6C" w:rsidRDefault="003122E3" w:rsidP="0072072C">
      <w:pPr>
        <w:autoSpaceDE w:val="0"/>
        <w:autoSpaceDN w:val="0"/>
        <w:spacing w:after="0"/>
        <w:ind w:right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0C6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 математические представления о числах, величинах, геометрических фигурах являются условием целостного восприятия творений природы и человека (памятники архитектуры, сокровища искусства и культуры, объекты природы); </w:t>
      </w:r>
    </w:p>
    <w:p w:rsidR="00496093" w:rsidRPr="00100C6C" w:rsidRDefault="003122E3" w:rsidP="0072072C">
      <w:pPr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100C6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владение математическим языком, элементами алгоритмического мышления позволяет ученику совершенствовать коммуникативную деятельность (аргументировать свою точку зрения, строить логические цепочки рассуждений; опровергать или подтверждать истинность</w:t>
      </w:r>
      <w:proofErr w:type="gramEnd"/>
    </w:p>
    <w:p w:rsidR="00496093" w:rsidRPr="00100C6C" w:rsidRDefault="003122E3" w:rsidP="0072072C">
      <w:pPr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0C6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предположения).</w:t>
      </w:r>
    </w:p>
    <w:p w:rsidR="00496093" w:rsidRPr="00100C6C" w:rsidRDefault="003122E3" w:rsidP="0072072C">
      <w:pPr>
        <w:autoSpaceDE w:val="0"/>
        <w:autoSpaceDN w:val="0"/>
        <w:spacing w:before="178" w:after="0"/>
        <w:ind w:firstLine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0C6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Младшие школьники проявляют интерес к математической сущности предметов и явлений окружающей жизни - возможности их измерить, определить величину, форму, выявить зависимости и  закономерности  их  расположения  во  времени  и в пространстве. Осознанию младшим школьником многих математических явлений помогает его тяга к моделированию, что облегчает освоение общего способа решения учебной задачи, а также работу с разными средствами </w:t>
      </w:r>
      <w:r w:rsidRPr="00100C6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00C6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информации, в том числе и графическими (таблица, диаграмма, схема).</w:t>
      </w:r>
    </w:p>
    <w:p w:rsidR="00496093" w:rsidRPr="00100C6C" w:rsidRDefault="003122E3" w:rsidP="0072072C">
      <w:pPr>
        <w:autoSpaceDE w:val="0"/>
        <w:autoSpaceDN w:val="0"/>
        <w:spacing w:after="0"/>
        <w:ind w:firstLine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0C6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 начальной школе математические знания и умения применяются школьником при изучении других учебных предметов (количественные и пространственные характеристики, оценки, расчёты и прикидка, использование графических форм представления информации). Приобретённые учеником умения строить алгоритмы, выбирать рациональные способы устных и письменных арифметических вычислений, приёмы проверки правильности выполнения действий, а также различение, называние, изображение геометрических фигур, нахождение геометрических величин (длина, периметр, площадь) становятся показателями сформированной функциональной грамотности младшего школьника и предпосылкой успешного дальнейшего обучения в основном звене школы.</w:t>
      </w:r>
    </w:p>
    <w:p w:rsidR="00AA2465" w:rsidRDefault="003122E3" w:rsidP="0072072C">
      <w:pPr>
        <w:autoSpaceDE w:val="0"/>
        <w:autoSpaceDN w:val="0"/>
        <w:spacing w:after="0"/>
        <w:ind w:lef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100C6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 изучение математики в 4 классе отводится 4 часа в неделю, всего 136 часов.</w:t>
      </w:r>
    </w:p>
    <w:p w:rsidR="00AA2465" w:rsidRDefault="00AA2465" w:rsidP="0072072C">
      <w:pPr>
        <w:autoSpaceDE w:val="0"/>
        <w:autoSpaceDN w:val="0"/>
        <w:spacing w:after="0"/>
        <w:ind w:left="18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496093" w:rsidRPr="00100C6C" w:rsidRDefault="003122E3" w:rsidP="0072072C">
      <w:pPr>
        <w:autoSpaceDE w:val="0"/>
        <w:autoSpaceDN w:val="0"/>
        <w:spacing w:after="0"/>
        <w:ind w:left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0C6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СОДЕРЖАНИЕ УЧЕБНОГО ПРЕДМЕТА</w:t>
      </w:r>
    </w:p>
    <w:p w:rsidR="00496093" w:rsidRPr="00100C6C" w:rsidRDefault="003122E3" w:rsidP="0072072C">
      <w:pPr>
        <w:autoSpaceDE w:val="0"/>
        <w:autoSpaceDN w:val="0"/>
        <w:spacing w:after="0"/>
        <w:ind w:right="144" w:firstLine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0C6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Основное содержание обучения в программе представлено разделами: «Числа и величины»</w:t>
      </w:r>
      <w:proofErr w:type="gramStart"/>
      <w:r w:rsidRPr="00100C6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,«</w:t>
      </w:r>
      <w:proofErr w:type="gramEnd"/>
      <w:r w:rsidRPr="00100C6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Арифметические действия», «Текстовые задачи», «Пространственные отношения и геометрические фигуры», «Математическая информация».</w:t>
      </w:r>
    </w:p>
    <w:p w:rsidR="00496093" w:rsidRPr="00100C6C" w:rsidRDefault="003122E3" w:rsidP="0072072C">
      <w:pPr>
        <w:autoSpaceDE w:val="0"/>
        <w:autoSpaceDN w:val="0"/>
        <w:spacing w:before="262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0C6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Числа и величины</w:t>
      </w:r>
    </w:p>
    <w:p w:rsidR="00496093" w:rsidRPr="00100C6C" w:rsidRDefault="003122E3" w:rsidP="0072072C">
      <w:pPr>
        <w:tabs>
          <w:tab w:val="left" w:pos="180"/>
        </w:tabs>
        <w:autoSpaceDE w:val="0"/>
        <w:autoSpaceDN w:val="0"/>
        <w:spacing w:before="118" w:after="0"/>
        <w:ind w:right="14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0C6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00C6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Числа в пределах миллиона: чтение, запись, поразрядное сравнение упорядочение. Число, большее или меньшее данного числа на заданное число разрядных единиц, в заданное число раз.</w:t>
      </w:r>
    </w:p>
    <w:p w:rsidR="00496093" w:rsidRPr="00100C6C" w:rsidRDefault="003122E3" w:rsidP="0072072C">
      <w:pPr>
        <w:autoSpaceDE w:val="0"/>
        <w:autoSpaceDN w:val="0"/>
        <w:spacing w:before="70" w:after="0"/>
        <w:ind w:left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0C6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Величины: сравнение объектов по массе, длине, площади, вместимости.</w:t>
      </w:r>
    </w:p>
    <w:p w:rsidR="00496093" w:rsidRPr="00100C6C" w:rsidRDefault="003122E3" w:rsidP="0072072C">
      <w:pPr>
        <w:autoSpaceDE w:val="0"/>
        <w:autoSpaceDN w:val="0"/>
        <w:spacing w:before="72" w:after="0"/>
        <w:ind w:left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0C6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Единицы массы — центнер, тонна; соотношения между единицами массы.</w:t>
      </w:r>
    </w:p>
    <w:p w:rsidR="00496093" w:rsidRPr="00100C6C" w:rsidRDefault="003122E3" w:rsidP="0072072C">
      <w:pPr>
        <w:autoSpaceDE w:val="0"/>
        <w:autoSpaceDN w:val="0"/>
        <w:spacing w:before="72" w:after="0"/>
        <w:ind w:left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0C6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Единицы времени (сутки, неделя, месяц, год, век), соотношение между ними.</w:t>
      </w:r>
    </w:p>
    <w:p w:rsidR="00496093" w:rsidRPr="00100C6C" w:rsidRDefault="003122E3" w:rsidP="0072072C">
      <w:pPr>
        <w:autoSpaceDE w:val="0"/>
        <w:autoSpaceDN w:val="0"/>
        <w:spacing w:before="72" w:after="0"/>
        <w:ind w:right="432" w:firstLine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100C6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Единицы длины (миллиметр, сантиметр, дециметр, метр, километр), площади (квадратный метр, квадратный сантиметр), вместимости (литр), скорости (километры в час, метры в минуту, метры в секунду); соотношение между единицами в пределах 100 000.</w:t>
      </w:r>
      <w:proofErr w:type="gramEnd"/>
    </w:p>
    <w:p w:rsidR="00496093" w:rsidRPr="00100C6C" w:rsidRDefault="003122E3" w:rsidP="0072072C">
      <w:pPr>
        <w:autoSpaceDE w:val="0"/>
        <w:autoSpaceDN w:val="0"/>
        <w:spacing w:before="70" w:after="0"/>
        <w:ind w:left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0C6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Доля величины времени, массы, длины.</w:t>
      </w:r>
    </w:p>
    <w:p w:rsidR="00496093" w:rsidRPr="00100C6C" w:rsidRDefault="003122E3" w:rsidP="0072072C">
      <w:pPr>
        <w:autoSpaceDE w:val="0"/>
        <w:autoSpaceDN w:val="0"/>
        <w:spacing w:before="262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0C6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Арифметические действия</w:t>
      </w:r>
    </w:p>
    <w:p w:rsidR="00496093" w:rsidRPr="00100C6C" w:rsidRDefault="003122E3" w:rsidP="0072072C">
      <w:pPr>
        <w:autoSpaceDE w:val="0"/>
        <w:autoSpaceDN w:val="0"/>
        <w:spacing w:before="118" w:after="0"/>
        <w:ind w:right="576" w:firstLine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0C6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Письменное сложение, вычитание многозначных чисел в пределах миллиона. Письменное умножение, деление многозначных чисел на однозначное/двузначное число в пределах 100 000; деление с остатком. Умножение/деление на 10, 100, 1000.</w:t>
      </w:r>
    </w:p>
    <w:p w:rsidR="00496093" w:rsidRPr="00100C6C" w:rsidRDefault="003122E3" w:rsidP="0072072C">
      <w:pPr>
        <w:autoSpaceDE w:val="0"/>
        <w:autoSpaceDN w:val="0"/>
        <w:spacing w:before="70" w:after="0"/>
        <w:ind w:firstLine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0C6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Свойства арифметических действий и их применение для вычислений. Поиск значения числового выражения, содержащего несколько действий в пределах 100 000. Проверка результата вычислений, в том числе с помощью калькулятора.</w:t>
      </w:r>
    </w:p>
    <w:p w:rsidR="00496093" w:rsidRPr="00100C6C" w:rsidRDefault="003122E3" w:rsidP="0072072C">
      <w:pPr>
        <w:tabs>
          <w:tab w:val="left" w:pos="180"/>
        </w:tabs>
        <w:autoSpaceDE w:val="0"/>
        <w:autoSpaceDN w:val="0"/>
        <w:spacing w:before="70" w:after="0"/>
        <w:ind w:right="43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0C6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00C6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Равенство, содержащее неизвестный компонент арифметического действия: запись, нахождение неизвестного компонента.</w:t>
      </w:r>
    </w:p>
    <w:p w:rsidR="00496093" w:rsidRPr="00100C6C" w:rsidRDefault="003122E3" w:rsidP="0072072C">
      <w:pPr>
        <w:autoSpaceDE w:val="0"/>
        <w:autoSpaceDN w:val="0"/>
        <w:spacing w:before="70" w:after="0"/>
        <w:ind w:left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0C6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Умножение и деление величины на однозначное число.</w:t>
      </w:r>
    </w:p>
    <w:p w:rsidR="00496093" w:rsidRPr="00100C6C" w:rsidRDefault="003122E3" w:rsidP="0072072C">
      <w:pPr>
        <w:autoSpaceDE w:val="0"/>
        <w:autoSpaceDN w:val="0"/>
        <w:spacing w:before="262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0C6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Текстовые задачи</w:t>
      </w:r>
    </w:p>
    <w:p w:rsidR="008435AE" w:rsidRDefault="003122E3" w:rsidP="0072072C">
      <w:pPr>
        <w:autoSpaceDE w:val="0"/>
        <w:autoSpaceDN w:val="0"/>
        <w:spacing w:before="118" w:after="0"/>
        <w:ind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100C6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Работа с текстовой  задачей,  решение  которой  содержит 2—3 действия: анализ, представление на модели; планирование и запись решения; проверка решения и ответа. </w:t>
      </w:r>
      <w:proofErr w:type="gramStart"/>
      <w:r w:rsidRPr="00100C6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Анализ зависимостей, характеризующих процессы: движения (скорость, время, пройденный путь), работы </w:t>
      </w:r>
      <w:r w:rsidRPr="00100C6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00C6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(производительность, время, объём работы), купли продажи (цена, количество, стоимость) и решение соответствующих задач.</w:t>
      </w:r>
      <w:proofErr w:type="gramEnd"/>
      <w:r w:rsidRPr="00100C6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Задачи на установление времени (начало, продолжительность и окончание события), расчёта количества, расхода, изменения. Задачи на нахождение доли величины, величины по её доле. Разные способы решения некоторых видов изученных задач. Оформление решения по действиям с пояснением, по вопросам, с помощью числового выражения.</w:t>
      </w:r>
    </w:p>
    <w:p w:rsidR="00496093" w:rsidRPr="00100C6C" w:rsidRDefault="003122E3" w:rsidP="0072072C">
      <w:pPr>
        <w:autoSpaceDE w:val="0"/>
        <w:autoSpaceDN w:val="0"/>
        <w:spacing w:before="118" w:after="0"/>
        <w:ind w:firstLine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0C6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Пространственные отношения и геометрические фигуры</w:t>
      </w:r>
    </w:p>
    <w:p w:rsidR="00496093" w:rsidRPr="00100C6C" w:rsidRDefault="003122E3" w:rsidP="0072072C">
      <w:pPr>
        <w:autoSpaceDE w:val="0"/>
        <w:autoSpaceDN w:val="0"/>
        <w:spacing w:before="118" w:after="0"/>
        <w:ind w:left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0C6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Наглядные представления о симметрии.</w:t>
      </w:r>
    </w:p>
    <w:p w:rsidR="00496093" w:rsidRPr="00100C6C" w:rsidRDefault="003122E3" w:rsidP="0072072C">
      <w:pPr>
        <w:tabs>
          <w:tab w:val="left" w:pos="180"/>
        </w:tabs>
        <w:autoSpaceDE w:val="0"/>
        <w:autoSpaceDN w:val="0"/>
        <w:spacing w:before="70" w:after="0"/>
        <w:ind w:right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0C6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00C6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Окружность, круг: распознавание и изображение; построение окружности заданного радиуса. Построение изученных геометрических фигур с помощью линейки, угольника, циркуля.</w:t>
      </w:r>
    </w:p>
    <w:p w:rsidR="00496093" w:rsidRPr="00100C6C" w:rsidRDefault="003122E3" w:rsidP="0072072C">
      <w:pPr>
        <w:autoSpaceDE w:val="0"/>
        <w:autoSpaceDN w:val="0"/>
        <w:spacing w:before="70" w:after="0"/>
        <w:ind w:right="14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100C6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Пространственные геометрические фигуры (тела): шар, куб, цилиндр, конус, пирамида; различение, называние.</w:t>
      </w:r>
      <w:proofErr w:type="gramEnd"/>
    </w:p>
    <w:p w:rsidR="00496093" w:rsidRPr="00100C6C" w:rsidRDefault="003122E3" w:rsidP="0072072C">
      <w:pPr>
        <w:tabs>
          <w:tab w:val="left" w:pos="180"/>
        </w:tabs>
        <w:autoSpaceDE w:val="0"/>
        <w:autoSpaceDN w:val="0"/>
        <w:spacing w:before="70" w:after="0"/>
        <w:ind w:right="10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0C6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00C6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Конструирование: разбиение фигуры на прямоугольники (квадраты), составление фигур из прямоугольников/квадратов.</w:t>
      </w:r>
    </w:p>
    <w:p w:rsidR="00496093" w:rsidRPr="00100C6C" w:rsidRDefault="003122E3" w:rsidP="0072072C">
      <w:pPr>
        <w:autoSpaceDE w:val="0"/>
        <w:autoSpaceDN w:val="0"/>
        <w:spacing w:before="70" w:after="0"/>
        <w:ind w:left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0C6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Периметр, площадь фигуры, составленной из двух, трёх прямоугольников (квадратов).</w:t>
      </w:r>
    </w:p>
    <w:p w:rsidR="00AA2465" w:rsidRDefault="00AA2465" w:rsidP="0072072C">
      <w:p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496093" w:rsidRPr="00100C6C" w:rsidRDefault="003122E3" w:rsidP="0072072C">
      <w:pPr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0C6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Математическая информация</w:t>
      </w:r>
    </w:p>
    <w:p w:rsidR="00496093" w:rsidRPr="00100C6C" w:rsidRDefault="003122E3" w:rsidP="0072072C">
      <w:pPr>
        <w:tabs>
          <w:tab w:val="left" w:pos="180"/>
        </w:tabs>
        <w:autoSpaceDE w:val="0"/>
        <w:autoSpaceDN w:val="0"/>
        <w:spacing w:before="118" w:after="0"/>
        <w:ind w:right="86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0C6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00C6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Работа с утверждениями: конструирование, проверка истинности; составление и проверка </w:t>
      </w:r>
      <w:proofErr w:type="gramStart"/>
      <w:r w:rsidRPr="00100C6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логических рассуждений</w:t>
      </w:r>
      <w:proofErr w:type="gramEnd"/>
      <w:r w:rsidRPr="00100C6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при решении задач.</w:t>
      </w:r>
    </w:p>
    <w:p w:rsidR="00496093" w:rsidRPr="00100C6C" w:rsidRDefault="003122E3" w:rsidP="0072072C">
      <w:pPr>
        <w:autoSpaceDE w:val="0"/>
        <w:autoSpaceDN w:val="0"/>
        <w:spacing w:before="70" w:after="0"/>
        <w:ind w:right="432" w:firstLine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0C6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Данные о реальных процессах и явлениях окружающего мира, представленные на диаграммах, схемах, в таблицах, текстах. Сбор математических данных о заданном объекте (числе, величине, геометрической фигуре). Поиск информации в справочной литературе, сети Интернет. Запись информации в предложенной таблице, на столбчатой диаграмме.</w:t>
      </w:r>
    </w:p>
    <w:p w:rsidR="00496093" w:rsidRPr="00100C6C" w:rsidRDefault="003122E3" w:rsidP="0072072C">
      <w:pPr>
        <w:autoSpaceDE w:val="0"/>
        <w:autoSpaceDN w:val="0"/>
        <w:spacing w:before="70" w:after="0"/>
        <w:ind w:firstLine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0C6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Доступные электронные средства обучения, пособия, тренажёры, их использование под </w:t>
      </w:r>
      <w:r w:rsidRPr="00100C6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00C6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руководством педагога и самостоятельно. Правила безопасной работы с электронными источниками информации (электронная форма учебника, электронные словари, образовательные сайты, </w:t>
      </w:r>
      <w:r w:rsidRPr="00100C6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00C6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ориентированные на детей младшего школьного возраста).</w:t>
      </w:r>
    </w:p>
    <w:p w:rsidR="00496093" w:rsidRPr="00100C6C" w:rsidRDefault="003122E3" w:rsidP="0072072C">
      <w:pPr>
        <w:autoSpaceDE w:val="0"/>
        <w:autoSpaceDN w:val="0"/>
        <w:spacing w:before="72" w:after="0"/>
        <w:ind w:left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0C6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Алгоритмы решения учебных и практических задач.</w:t>
      </w:r>
    </w:p>
    <w:p w:rsidR="00496093" w:rsidRPr="00100C6C" w:rsidRDefault="003122E3" w:rsidP="0072072C">
      <w:pPr>
        <w:autoSpaceDE w:val="0"/>
        <w:autoSpaceDN w:val="0"/>
        <w:spacing w:before="262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0C6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УНИВЕРСАЛЬНЫЕ УЧЕБНЫЕ ДЕЙСТВИЯ</w:t>
      </w:r>
    </w:p>
    <w:p w:rsidR="00496093" w:rsidRPr="00100C6C" w:rsidRDefault="003122E3" w:rsidP="0072072C">
      <w:pPr>
        <w:autoSpaceDE w:val="0"/>
        <w:autoSpaceDN w:val="0"/>
        <w:spacing w:before="166" w:after="0"/>
        <w:ind w:left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0C6C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Универсальные познавательные учебные действия:</w:t>
      </w:r>
    </w:p>
    <w:p w:rsidR="00496093" w:rsidRPr="00100C6C" w:rsidRDefault="003122E3" w:rsidP="0072072C">
      <w:pPr>
        <w:autoSpaceDE w:val="0"/>
        <w:autoSpaceDN w:val="0"/>
        <w:spacing w:after="0"/>
        <w:ind w:right="14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0C6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ориентироваться в изученной математической терминологии, использовать её в высказываниях и рассуждениях;</w:t>
      </w:r>
    </w:p>
    <w:p w:rsidR="00496093" w:rsidRPr="00100C6C" w:rsidRDefault="003122E3" w:rsidP="0072072C">
      <w:pPr>
        <w:autoSpaceDE w:val="0"/>
        <w:autoSpaceDN w:val="0"/>
        <w:spacing w:after="0"/>
        <w:ind w:right="1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100C6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 сравнивать математические объекты (числа, величины, геометрические фигуры), записывать признак сравнения; выбирать метод решения математической задачи (алгоритм действия, приём вычисления, способ решения, моделирование ситуации, перебор вариантов); </w:t>
      </w:r>
      <w:proofErr w:type="gramEnd"/>
    </w:p>
    <w:p w:rsidR="00496093" w:rsidRPr="00100C6C" w:rsidRDefault="003122E3" w:rsidP="0072072C">
      <w:pPr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0C6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 обнаруживать модели изученных геометрических фигур в окружающем мире; </w:t>
      </w:r>
    </w:p>
    <w:p w:rsidR="00496093" w:rsidRPr="00100C6C" w:rsidRDefault="003122E3" w:rsidP="0072072C">
      <w:pPr>
        <w:autoSpaceDE w:val="0"/>
        <w:autoSpaceDN w:val="0"/>
        <w:spacing w:after="0"/>
        <w:ind w:right="86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0C6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—  конструировать геометрическую фигуру, обладающую заданным свойством (отрезок заданной длины, </w:t>
      </w:r>
      <w:proofErr w:type="gramStart"/>
      <w:r w:rsidRPr="00100C6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ломаная</w:t>
      </w:r>
      <w:proofErr w:type="gramEnd"/>
      <w:r w:rsidRPr="00100C6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определённой длины, квадрат с заданным периметром); </w:t>
      </w:r>
    </w:p>
    <w:p w:rsidR="00496093" w:rsidRPr="00100C6C" w:rsidRDefault="003122E3" w:rsidP="0072072C">
      <w:pPr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0C6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 классифицировать объекты по 1 - 2 выбранным признакам; </w:t>
      </w:r>
    </w:p>
    <w:p w:rsidR="00496093" w:rsidRPr="00100C6C" w:rsidRDefault="003122E3" w:rsidP="0072072C">
      <w:pPr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0C6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 составлять модель математической задачи, проверять её соответствие условиям задачи; </w:t>
      </w:r>
    </w:p>
    <w:p w:rsidR="00496093" w:rsidRPr="00100C6C" w:rsidRDefault="003122E3" w:rsidP="0072072C">
      <w:pPr>
        <w:autoSpaceDE w:val="0"/>
        <w:autoSpaceDN w:val="0"/>
        <w:spacing w:after="0"/>
        <w:ind w:right="2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0C6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определять с помощью цифровых и аналоговых приборов: массу предмета (электронные и гиревые весы), температуру (градусник), скорость движения транспортного средства (макет спидометра), вместимость (с помощью измерительных сосудов).</w:t>
      </w:r>
    </w:p>
    <w:p w:rsidR="00496093" w:rsidRPr="00100C6C" w:rsidRDefault="003122E3" w:rsidP="0072072C">
      <w:pPr>
        <w:tabs>
          <w:tab w:val="left" w:pos="5805"/>
        </w:tabs>
        <w:autoSpaceDE w:val="0"/>
        <w:autoSpaceDN w:val="0"/>
        <w:spacing w:after="0"/>
        <w:ind w:left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0C6C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Работа с информацией:</w:t>
      </w:r>
      <w:r w:rsidR="00AA246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ab/>
      </w:r>
    </w:p>
    <w:p w:rsidR="00496093" w:rsidRPr="00100C6C" w:rsidRDefault="003122E3" w:rsidP="0072072C">
      <w:pPr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0C6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 представлять информацию в разных формах; </w:t>
      </w:r>
    </w:p>
    <w:p w:rsidR="00496093" w:rsidRPr="00100C6C" w:rsidRDefault="003122E3" w:rsidP="0072072C">
      <w:pPr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0C6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извлекать и интерпретировать информацию, представленную в таблице, на диаграмме; использовать справочную литературу для поиска информации, в том числе Интернет (в условиях контролируемого выхода).</w:t>
      </w:r>
    </w:p>
    <w:p w:rsidR="00496093" w:rsidRPr="00100C6C" w:rsidRDefault="003122E3" w:rsidP="0072072C">
      <w:pPr>
        <w:autoSpaceDE w:val="0"/>
        <w:autoSpaceDN w:val="0"/>
        <w:spacing w:after="0"/>
        <w:ind w:left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0C6C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Универсальные коммуникативные учебные действия:</w:t>
      </w:r>
    </w:p>
    <w:p w:rsidR="00496093" w:rsidRPr="00100C6C" w:rsidRDefault="003122E3" w:rsidP="0072072C">
      <w:pPr>
        <w:autoSpaceDE w:val="0"/>
        <w:autoSpaceDN w:val="0"/>
        <w:spacing w:after="0"/>
        <w:ind w:right="10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0C6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 использовать математическую терминологию для записи решения предметной или практической задачи; </w:t>
      </w:r>
    </w:p>
    <w:p w:rsidR="00496093" w:rsidRPr="00100C6C" w:rsidRDefault="003122E3" w:rsidP="0072072C">
      <w:pPr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0C6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 приводить примеры и </w:t>
      </w:r>
      <w:proofErr w:type="spellStart"/>
      <w:r w:rsidRPr="00100C6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контрпримеры</w:t>
      </w:r>
      <w:proofErr w:type="spellEnd"/>
      <w:r w:rsidRPr="00100C6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для подтверждения/опровержения вывода, гипотезы; </w:t>
      </w:r>
    </w:p>
    <w:p w:rsidR="00496093" w:rsidRPr="00100C6C" w:rsidRDefault="003122E3" w:rsidP="0072072C">
      <w:pPr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0C6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 конструировать, читать числовое выражение; </w:t>
      </w:r>
    </w:p>
    <w:p w:rsidR="00496093" w:rsidRPr="00100C6C" w:rsidRDefault="003122E3" w:rsidP="0072072C">
      <w:pPr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0C6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 описывать практическую ситуацию с использованием изученной терминологии; </w:t>
      </w:r>
    </w:p>
    <w:p w:rsidR="00496093" w:rsidRPr="00100C6C" w:rsidRDefault="003122E3" w:rsidP="0072072C">
      <w:pPr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0C6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характеризовать математические объекты, явления и события с помощью изученных</w:t>
      </w:r>
      <w:r w:rsidR="007655E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0C6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величин; </w:t>
      </w:r>
    </w:p>
    <w:p w:rsidR="00496093" w:rsidRPr="00100C6C" w:rsidRDefault="003122E3" w:rsidP="0072072C">
      <w:pPr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0C6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 составлять инструкцию, записывать рассуждение; </w:t>
      </w:r>
    </w:p>
    <w:p w:rsidR="00496093" w:rsidRPr="00100C6C" w:rsidRDefault="003122E3" w:rsidP="0072072C">
      <w:pPr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0C6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инициировать обсуждение разных способов выполнения задания, поиск ошибок в решении.</w:t>
      </w:r>
    </w:p>
    <w:p w:rsidR="00496093" w:rsidRPr="00100C6C" w:rsidRDefault="003122E3" w:rsidP="0072072C">
      <w:pPr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0C6C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Универсальные регулятивные учебные действия:</w:t>
      </w:r>
    </w:p>
    <w:p w:rsidR="00496093" w:rsidRPr="00100C6C" w:rsidRDefault="003122E3" w:rsidP="0072072C">
      <w:pPr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0C6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 контролировать правильность и полноту выполнения алгоритма арифметического действия, решения текстовой задачи, построения геометрической фигуры, измерения; </w:t>
      </w:r>
    </w:p>
    <w:p w:rsidR="00496093" w:rsidRPr="00100C6C" w:rsidRDefault="003122E3" w:rsidP="0072072C">
      <w:pPr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0C6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 самостоятельно выполнять прикидку и оценку результата измерений; </w:t>
      </w:r>
    </w:p>
    <w:p w:rsidR="00496093" w:rsidRPr="00100C6C" w:rsidRDefault="003122E3" w:rsidP="0072072C">
      <w:pPr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0C6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находить, исправлять, прогнозировать трудности и ошибки и трудности в решении учебной задачи.</w:t>
      </w:r>
    </w:p>
    <w:p w:rsidR="00496093" w:rsidRPr="00100C6C" w:rsidRDefault="003122E3" w:rsidP="0072072C">
      <w:pPr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0C6C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Совместная деятельность:</w:t>
      </w:r>
    </w:p>
    <w:p w:rsidR="00496093" w:rsidRPr="00100C6C" w:rsidRDefault="003122E3" w:rsidP="0072072C">
      <w:pPr>
        <w:autoSpaceDE w:val="0"/>
        <w:autoSpaceDN w:val="0"/>
        <w:spacing w:after="0"/>
        <w:ind w:right="14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0C6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 участвовать в совместной деятельности: договариваться о способе решения, распределять работу между членами группы (например, в случае решения задач, требующих перебора большого количества вариантов), согласовывать мнения в ходе поиска доказательств, выбора рационального способа; </w:t>
      </w:r>
    </w:p>
    <w:p w:rsidR="00496093" w:rsidRPr="00100C6C" w:rsidRDefault="003122E3" w:rsidP="0072072C">
      <w:pPr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100C6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 договариваться с одноклассниками в ходе организации проектной работы с величинами (составление расписания, подсчёт денег, оценка стоимости и веса покупки, рост и вес человека, приближённая оценка расстояний и временных интервалов; взвешивание; измерение </w:t>
      </w:r>
      <w:r w:rsidRPr="00100C6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00C6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температуры воздуха и воды), геометрическими фигурами (выбор формы и деталей при конструировании, расчёт и разметка, прикидка и оценка конечного результата).</w:t>
      </w:r>
      <w:proofErr w:type="gramEnd"/>
    </w:p>
    <w:p w:rsidR="00496093" w:rsidRPr="00100C6C" w:rsidRDefault="00496093" w:rsidP="0072072C">
      <w:pPr>
        <w:autoSpaceDE w:val="0"/>
        <w:autoSpaceDN w:val="0"/>
        <w:spacing w:after="78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96093" w:rsidRPr="00100C6C" w:rsidRDefault="003122E3" w:rsidP="0072072C">
      <w:pPr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0C6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ПЛАНИРУЕМЫЕ ОБРАЗОВАТЕЛЬНЫЕ РЕЗУЛЬТАТЫ</w:t>
      </w:r>
    </w:p>
    <w:p w:rsidR="00496093" w:rsidRPr="00100C6C" w:rsidRDefault="003122E3" w:rsidP="0072072C">
      <w:pPr>
        <w:tabs>
          <w:tab w:val="left" w:pos="180"/>
        </w:tabs>
        <w:autoSpaceDE w:val="0"/>
        <w:autoSpaceDN w:val="0"/>
        <w:spacing w:after="0"/>
        <w:ind w:right="115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0C6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00C6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Изучение математики в 4 классе направлено на достижение </w:t>
      </w:r>
      <w:proofErr w:type="gramStart"/>
      <w:r w:rsidRPr="00100C6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100C6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личностных, </w:t>
      </w:r>
      <w:proofErr w:type="spellStart"/>
      <w:r w:rsidRPr="00100C6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100C6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и предметных результатов освоения учебного предмета.</w:t>
      </w:r>
    </w:p>
    <w:p w:rsidR="00AA2465" w:rsidRDefault="00AA2465" w:rsidP="0072072C">
      <w:p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496093" w:rsidRPr="00100C6C" w:rsidRDefault="003122E3" w:rsidP="0072072C">
      <w:pPr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0C6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496093" w:rsidRPr="00100C6C" w:rsidRDefault="003122E3" w:rsidP="0072072C">
      <w:pPr>
        <w:tabs>
          <w:tab w:val="left" w:pos="180"/>
        </w:tabs>
        <w:autoSpaceDE w:val="0"/>
        <w:autoSpaceDN w:val="0"/>
        <w:spacing w:after="0"/>
        <w:ind w:right="2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0C6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00C6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предмета «Математика» </w:t>
      </w:r>
      <w:proofErr w:type="gramStart"/>
      <w:r w:rsidRPr="00100C6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</w:t>
      </w:r>
      <w:proofErr w:type="gramEnd"/>
      <w:r w:rsidRPr="00100C6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обучающегося будут сформированы следующие личностные результаты:</w:t>
      </w:r>
    </w:p>
    <w:p w:rsidR="00496093" w:rsidRPr="00100C6C" w:rsidRDefault="003122E3" w:rsidP="0072072C">
      <w:pPr>
        <w:autoSpaceDE w:val="0"/>
        <w:autoSpaceDN w:val="0"/>
        <w:spacing w:after="0"/>
        <w:ind w:right="14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0C6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—  осознавать необходимость изучения математики для адаптации к жизненным ситуациям, для развития общей культуры человека; </w:t>
      </w:r>
    </w:p>
    <w:p w:rsidR="00496093" w:rsidRPr="00100C6C" w:rsidRDefault="003122E3" w:rsidP="0072072C">
      <w:pPr>
        <w:autoSpaceDE w:val="0"/>
        <w:autoSpaceDN w:val="0"/>
        <w:spacing w:after="0"/>
        <w:ind w:right="57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0C6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 развития способности мыслить, рассуждать, выдвигать предположения и доказывать или опровергать их; </w:t>
      </w:r>
    </w:p>
    <w:p w:rsidR="00496093" w:rsidRPr="00100C6C" w:rsidRDefault="003122E3" w:rsidP="0072072C">
      <w:pPr>
        <w:autoSpaceDE w:val="0"/>
        <w:autoSpaceDN w:val="0"/>
        <w:spacing w:after="0"/>
        <w:ind w:right="86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0C6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применять правила совместной деятельности со сверстниками, проявлять способность договариваться, лидировать, следовать указаниям, осознавать личную ответственность и объективно оценивать свой вклад в общий результат;</w:t>
      </w:r>
    </w:p>
    <w:p w:rsidR="00496093" w:rsidRPr="00100C6C" w:rsidRDefault="003122E3" w:rsidP="0072072C">
      <w:pPr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0C6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 осваивать навыки организации безопасного поведения в информационной среде; </w:t>
      </w:r>
    </w:p>
    <w:p w:rsidR="00496093" w:rsidRPr="00100C6C" w:rsidRDefault="003122E3" w:rsidP="0072072C">
      <w:pPr>
        <w:autoSpaceDE w:val="0"/>
        <w:autoSpaceDN w:val="0"/>
        <w:spacing w:after="0"/>
        <w:ind w:right="14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0C6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 применять математику для решения практических задач в повседневной жизни, в том числе при оказании помощи одноклассникам, детям младшего возраста, взрослым и пожилым людям; </w:t>
      </w:r>
    </w:p>
    <w:p w:rsidR="00496093" w:rsidRPr="00100C6C" w:rsidRDefault="003122E3" w:rsidP="0072072C">
      <w:pPr>
        <w:autoSpaceDE w:val="0"/>
        <w:autoSpaceDN w:val="0"/>
        <w:spacing w:after="0"/>
        <w:ind w:right="2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0C6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 работать в ситуациях, расширяющих опыт применения математических отношений в реальной жизни, повышающих интерес к интеллектуальному труду и уверенность своих силах при решении поставленных задач, умение преодолевать трудности; </w:t>
      </w:r>
    </w:p>
    <w:p w:rsidR="00496093" w:rsidRPr="00100C6C" w:rsidRDefault="003122E3" w:rsidP="0072072C">
      <w:pPr>
        <w:autoSpaceDE w:val="0"/>
        <w:autoSpaceDN w:val="0"/>
        <w:spacing w:after="0"/>
        <w:ind w:right="86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0C6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 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проблем; </w:t>
      </w:r>
    </w:p>
    <w:p w:rsidR="00496093" w:rsidRPr="00100C6C" w:rsidRDefault="003122E3" w:rsidP="0072072C">
      <w:pPr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0C6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 оценивать свои успехи в изучении математики, намечать пути устранения трудностей; </w:t>
      </w:r>
    </w:p>
    <w:p w:rsidR="00496093" w:rsidRPr="00100C6C" w:rsidRDefault="003122E3" w:rsidP="0072072C">
      <w:pPr>
        <w:autoSpaceDE w:val="0"/>
        <w:autoSpaceDN w:val="0"/>
        <w:spacing w:after="0"/>
        <w:ind w:right="2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0C6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стремиться углублять свои математические знания и умения; пользоваться разнообразными информационными средствами для решения предложенных и самостоятельно выбранных учебных проблем, задач.</w:t>
      </w:r>
    </w:p>
    <w:p w:rsidR="00D26FFC" w:rsidRDefault="00D26FFC" w:rsidP="0072072C">
      <w:p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496093" w:rsidRPr="00100C6C" w:rsidRDefault="003122E3" w:rsidP="0072072C">
      <w:pPr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0C6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496093" w:rsidRPr="00100C6C" w:rsidRDefault="003122E3" w:rsidP="0072072C">
      <w:pPr>
        <w:autoSpaceDE w:val="0"/>
        <w:autoSpaceDN w:val="0"/>
        <w:spacing w:after="0"/>
        <w:ind w:left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100C6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 концу обучения у обучающегося формируются следующие универсальные учебные действия.</w:t>
      </w:r>
      <w:proofErr w:type="gramEnd"/>
    </w:p>
    <w:p w:rsidR="00496093" w:rsidRPr="00100C6C" w:rsidRDefault="003122E3" w:rsidP="0072072C">
      <w:pPr>
        <w:autoSpaceDE w:val="0"/>
        <w:autoSpaceDN w:val="0"/>
        <w:spacing w:after="0"/>
        <w:ind w:left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0C6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Универсальные  познавательные учебные действия:</w:t>
      </w:r>
    </w:p>
    <w:p w:rsidR="00496093" w:rsidRPr="00100C6C" w:rsidRDefault="003122E3" w:rsidP="0072072C">
      <w:pPr>
        <w:autoSpaceDE w:val="0"/>
        <w:autoSpaceDN w:val="0"/>
        <w:spacing w:after="0"/>
        <w:ind w:left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0C6C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1)  Базовые логические действия:</w:t>
      </w:r>
    </w:p>
    <w:p w:rsidR="00496093" w:rsidRPr="00100C6C" w:rsidRDefault="003122E3" w:rsidP="0072072C">
      <w:pPr>
        <w:autoSpaceDE w:val="0"/>
        <w:autoSpaceDN w:val="0"/>
        <w:spacing w:after="0"/>
        <w:ind w:right="10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0C6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 устанавливать связи и зависимости между математическими объектами (часть-целое; причина-следствие; протяжённость); </w:t>
      </w:r>
    </w:p>
    <w:p w:rsidR="00496093" w:rsidRPr="00100C6C" w:rsidRDefault="003122E3" w:rsidP="0072072C">
      <w:pPr>
        <w:autoSpaceDE w:val="0"/>
        <w:autoSpaceDN w:val="0"/>
        <w:spacing w:after="0"/>
        <w:ind w:right="2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0C6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применять базовые логические универсальные действия: сравнение, анализ, классификация (группировка), обобщение;</w:t>
      </w:r>
    </w:p>
    <w:p w:rsidR="00496093" w:rsidRPr="00100C6C" w:rsidRDefault="003122E3" w:rsidP="0072072C">
      <w:pPr>
        <w:autoSpaceDE w:val="0"/>
        <w:autoSpaceDN w:val="0"/>
        <w:spacing w:after="0"/>
        <w:ind w:right="43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0C6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приобретать практические графические и измерительные навыки для успешного решения учебных и житейских задач;</w:t>
      </w:r>
    </w:p>
    <w:p w:rsidR="00496093" w:rsidRPr="00100C6C" w:rsidRDefault="003122E3" w:rsidP="0072072C">
      <w:pPr>
        <w:autoSpaceDE w:val="0"/>
        <w:autoSpaceDN w:val="0"/>
        <w:spacing w:after="0"/>
        <w:ind w:right="2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0C6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представлять текстовую задачу, её решение в виде модели, схемы, арифметической записи, текста в соответствии с предложенной учебной проблемой.</w:t>
      </w:r>
    </w:p>
    <w:p w:rsidR="00496093" w:rsidRPr="00100C6C" w:rsidRDefault="003122E3" w:rsidP="0072072C">
      <w:pPr>
        <w:autoSpaceDE w:val="0"/>
        <w:autoSpaceDN w:val="0"/>
        <w:spacing w:after="0"/>
        <w:ind w:left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0C6C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2)  Базовые исследовательские действия:</w:t>
      </w:r>
    </w:p>
    <w:p w:rsidR="00496093" w:rsidRPr="00100C6C" w:rsidRDefault="003122E3" w:rsidP="0072072C">
      <w:pPr>
        <w:autoSpaceDE w:val="0"/>
        <w:autoSpaceDN w:val="0"/>
        <w:spacing w:after="0"/>
        <w:ind w:right="86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0C6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 проявлять способность ориентироваться в учебном материале разных разделов курса математики; </w:t>
      </w:r>
    </w:p>
    <w:p w:rsidR="00496093" w:rsidRPr="00100C6C" w:rsidRDefault="003122E3" w:rsidP="0072072C">
      <w:pPr>
        <w:autoSpaceDE w:val="0"/>
        <w:autoSpaceDN w:val="0"/>
        <w:spacing w:after="0"/>
        <w:ind w:right="14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0C6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 понимать и адекватно использовать математическую терминологию: различать, характеризовать, использовать для решения учебных и практических задач; </w:t>
      </w:r>
    </w:p>
    <w:p w:rsidR="00496093" w:rsidRPr="00100C6C" w:rsidRDefault="003122E3" w:rsidP="0072072C">
      <w:pPr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0C6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применять изученные методы познания (измерение, моделирование, перебор вариантов).</w:t>
      </w:r>
    </w:p>
    <w:p w:rsidR="00496093" w:rsidRPr="00100C6C" w:rsidRDefault="003122E3" w:rsidP="0072072C">
      <w:pPr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0C6C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3)  Работа с информацией:</w:t>
      </w:r>
    </w:p>
    <w:p w:rsidR="00496093" w:rsidRPr="00100C6C" w:rsidRDefault="003122E3" w:rsidP="0072072C">
      <w:pPr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0C6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 находить и использовать для решения учебных задач текстовую, графическую информацию в разных источниках информационной среды; </w:t>
      </w:r>
    </w:p>
    <w:p w:rsidR="00496093" w:rsidRPr="00100C6C" w:rsidRDefault="003122E3" w:rsidP="0072072C">
      <w:pPr>
        <w:autoSpaceDE w:val="0"/>
        <w:autoSpaceDN w:val="0"/>
        <w:spacing w:after="0"/>
        <w:ind w:right="86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0C6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 читать, интерпретировать графически представленную информацию (схему, таблицу, диаграмму, другую модель); </w:t>
      </w:r>
    </w:p>
    <w:p w:rsidR="00496093" w:rsidRPr="00100C6C" w:rsidRDefault="003122E3" w:rsidP="0072072C">
      <w:pPr>
        <w:autoSpaceDE w:val="0"/>
        <w:autoSpaceDN w:val="0"/>
        <w:spacing w:after="0"/>
        <w:ind w:right="43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0C6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 представлять информацию в заданной форме (дополнять таблицу, текст), формулировать утверждение по образцу, в соответствии с требованиями учебной задачи; </w:t>
      </w:r>
    </w:p>
    <w:p w:rsidR="00496093" w:rsidRPr="00100C6C" w:rsidRDefault="003122E3" w:rsidP="0072072C">
      <w:pPr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0C6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lastRenderedPageBreak/>
        <w:t>—  принимать правила, безопасно использовать предлагаемые электронные средства и источники информации.</w:t>
      </w:r>
    </w:p>
    <w:p w:rsidR="00496093" w:rsidRPr="00100C6C" w:rsidRDefault="003122E3" w:rsidP="0072072C">
      <w:pPr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0C6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Универсальные коммуникативные учебные действия:</w:t>
      </w:r>
    </w:p>
    <w:p w:rsidR="00496093" w:rsidRPr="00100C6C" w:rsidRDefault="003122E3" w:rsidP="0072072C">
      <w:pPr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0C6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конструировать утверждения, проверять их истинность; строить логическое рассуждение;</w:t>
      </w:r>
    </w:p>
    <w:p w:rsidR="00496093" w:rsidRPr="00100C6C" w:rsidRDefault="003122E3" w:rsidP="0072072C">
      <w:pPr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0C6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использовать текст задания для объяснения способа и хода решения математической задачи;</w:t>
      </w:r>
    </w:p>
    <w:p w:rsidR="00496093" w:rsidRPr="00100C6C" w:rsidRDefault="003122E3" w:rsidP="0072072C">
      <w:pPr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0C6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формулировать ответ;</w:t>
      </w:r>
    </w:p>
    <w:p w:rsidR="00496093" w:rsidRPr="00100C6C" w:rsidRDefault="003122E3" w:rsidP="0072072C">
      <w:pPr>
        <w:autoSpaceDE w:val="0"/>
        <w:autoSpaceDN w:val="0"/>
        <w:spacing w:after="0"/>
        <w:ind w:right="2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0C6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комментировать процесс вычисления, построения, решения; объяснять полученный ответ с использованием изученной терминологии;</w:t>
      </w:r>
    </w:p>
    <w:p w:rsidR="00496093" w:rsidRPr="00100C6C" w:rsidRDefault="003122E3" w:rsidP="0072072C">
      <w:pPr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0C6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в процессе диалогов по обсуждению изученного материала — задавать вопросы, высказывать суждения, оценивать выступления участников, приводить доказательства своей правоты, проявлять этику общения;</w:t>
      </w:r>
    </w:p>
    <w:p w:rsidR="00496093" w:rsidRPr="00100C6C" w:rsidRDefault="003122E3" w:rsidP="0072072C">
      <w:pPr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0C6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создавать в соответствии с учебной задачей тексты разного вида - описание (например, геометрической фигуры), рассуждение (к примеру, при решении задачи), инструкция (например, измерение длины отрезка);</w:t>
      </w:r>
    </w:p>
    <w:p w:rsidR="00496093" w:rsidRPr="00100C6C" w:rsidRDefault="003122E3" w:rsidP="0072072C">
      <w:pPr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0C6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 ориентироваться в алгоритмах: воспроизводить, дополнять, исправлять </w:t>
      </w:r>
      <w:proofErr w:type="gramStart"/>
      <w:r w:rsidRPr="00100C6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деформированные</w:t>
      </w:r>
      <w:proofErr w:type="gramEnd"/>
      <w:r w:rsidRPr="00100C6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496093" w:rsidRPr="00100C6C" w:rsidRDefault="003122E3" w:rsidP="0072072C">
      <w:pPr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0C6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составлять по аналогии;</w:t>
      </w:r>
    </w:p>
    <w:p w:rsidR="00496093" w:rsidRPr="00100C6C" w:rsidRDefault="003122E3" w:rsidP="0072072C">
      <w:pPr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0C6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 самостоятельно составлять тексты заданий, аналогичные </w:t>
      </w:r>
      <w:proofErr w:type="gramStart"/>
      <w:r w:rsidRPr="00100C6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типовым</w:t>
      </w:r>
      <w:proofErr w:type="gramEnd"/>
      <w:r w:rsidRPr="00100C6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изученным.</w:t>
      </w:r>
    </w:p>
    <w:p w:rsidR="00496093" w:rsidRPr="00100C6C" w:rsidRDefault="003122E3" w:rsidP="0072072C">
      <w:pPr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0C6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Универсальные регулятивные учебные действия:</w:t>
      </w:r>
    </w:p>
    <w:p w:rsidR="00496093" w:rsidRPr="00100C6C" w:rsidRDefault="003122E3" w:rsidP="0072072C">
      <w:pPr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0C6C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1)  Самоорганизация:</w:t>
      </w:r>
    </w:p>
    <w:p w:rsidR="00496093" w:rsidRPr="00100C6C" w:rsidRDefault="003122E3" w:rsidP="0072072C">
      <w:pPr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0C6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 планировать этапы предстоящей работы, определять последовательность учебных действий; </w:t>
      </w:r>
    </w:p>
    <w:p w:rsidR="00496093" w:rsidRPr="00100C6C" w:rsidRDefault="003122E3" w:rsidP="0072072C">
      <w:pPr>
        <w:autoSpaceDE w:val="0"/>
        <w:autoSpaceDN w:val="0"/>
        <w:spacing w:after="0"/>
        <w:ind w:right="86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0C6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выполнять правила безопасного использования электронных средств, предлагаемых в процессе обучения.</w:t>
      </w:r>
    </w:p>
    <w:p w:rsidR="00496093" w:rsidRPr="00100C6C" w:rsidRDefault="003122E3" w:rsidP="0072072C">
      <w:pPr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0C6C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2)  Самоконтроль:</w:t>
      </w:r>
    </w:p>
    <w:p w:rsidR="00496093" w:rsidRPr="00100C6C" w:rsidRDefault="003122E3" w:rsidP="0072072C">
      <w:pPr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0C6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 осуществлять контроль процесса и результата своей деятельности, объективно оценивать их; </w:t>
      </w:r>
    </w:p>
    <w:p w:rsidR="00D26FFC" w:rsidRDefault="003122E3" w:rsidP="0072072C">
      <w:pPr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0C6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 выбирать и при необходимости корректировать способы действий; </w:t>
      </w:r>
    </w:p>
    <w:p w:rsidR="00496093" w:rsidRPr="00100C6C" w:rsidRDefault="008435AE" w:rsidP="0072072C">
      <w:pPr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3122E3" w:rsidRPr="00100C6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 находить ошибки в своей работе, устанавливать их причины, вести поиск путей преодоления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   </w:t>
      </w:r>
      <w:r w:rsidR="003122E3" w:rsidRPr="00100C6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ошибок.</w:t>
      </w:r>
    </w:p>
    <w:p w:rsidR="00496093" w:rsidRPr="00100C6C" w:rsidRDefault="003122E3" w:rsidP="0072072C">
      <w:pPr>
        <w:autoSpaceDE w:val="0"/>
        <w:autoSpaceDN w:val="0"/>
        <w:spacing w:after="0"/>
        <w:ind w:left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0C6C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3)  Самооценка:</w:t>
      </w:r>
    </w:p>
    <w:p w:rsidR="00496093" w:rsidRPr="00100C6C" w:rsidRDefault="003122E3" w:rsidP="0072072C">
      <w:pPr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0C6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 предвидеть возможность возникновения трудностей и ошибок, предусматривать способы их предупреждения (формулирование вопросов, обращение к учебнику, дополнительным средствам обучения, в том числе электронным); </w:t>
      </w:r>
    </w:p>
    <w:p w:rsidR="00496093" w:rsidRPr="00100C6C" w:rsidRDefault="003122E3" w:rsidP="0072072C">
      <w:pPr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0C6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оценивать рациональность своих действий, давать им качественную характеристику.</w:t>
      </w:r>
    </w:p>
    <w:p w:rsidR="00496093" w:rsidRPr="00100C6C" w:rsidRDefault="003122E3" w:rsidP="0072072C">
      <w:pPr>
        <w:autoSpaceDE w:val="0"/>
        <w:autoSpaceDN w:val="0"/>
        <w:spacing w:after="0"/>
        <w:ind w:left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0C6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Совместная деятельность:</w:t>
      </w:r>
    </w:p>
    <w:p w:rsidR="00496093" w:rsidRPr="00100C6C" w:rsidRDefault="003122E3" w:rsidP="0072072C">
      <w:pPr>
        <w:autoSpaceDE w:val="0"/>
        <w:autoSpaceDN w:val="0"/>
        <w:spacing w:after="0"/>
        <w:ind w:right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0C6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 участвовать в совместной деятельности: распределять работу между членами группы (например, в случае решения задач, требующих перебора большого количества вариантов, приведения примеров и </w:t>
      </w:r>
      <w:proofErr w:type="spellStart"/>
      <w:r w:rsidRPr="00100C6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контрпримеров</w:t>
      </w:r>
      <w:proofErr w:type="spellEnd"/>
      <w:r w:rsidRPr="00100C6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); </w:t>
      </w:r>
    </w:p>
    <w:p w:rsidR="00496093" w:rsidRPr="00100C6C" w:rsidRDefault="003122E3" w:rsidP="0072072C">
      <w:pPr>
        <w:autoSpaceDE w:val="0"/>
        <w:autoSpaceDN w:val="0"/>
        <w:spacing w:after="0"/>
        <w:ind w:right="14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0C6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согласовывать  мнения в ходе поиска доказательств, выбора рационального способа, анализа информации;</w:t>
      </w:r>
    </w:p>
    <w:p w:rsidR="00496093" w:rsidRPr="00100C6C" w:rsidRDefault="003122E3" w:rsidP="0072072C">
      <w:pPr>
        <w:autoSpaceDE w:val="0"/>
        <w:autoSpaceDN w:val="0"/>
        <w:spacing w:after="0"/>
        <w:ind w:right="2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0C6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осуществлять совместный контроль и оценку выполняемых действий, предвидеть возможность возникновения ошибок и трудностей, предусматривать пути их предупреждения.</w:t>
      </w:r>
    </w:p>
    <w:p w:rsidR="00D26FFC" w:rsidRDefault="00D26FFC" w:rsidP="0072072C">
      <w:p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496093" w:rsidRPr="00100C6C" w:rsidRDefault="003122E3" w:rsidP="0072072C">
      <w:pPr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0C6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496093" w:rsidRPr="00100C6C" w:rsidRDefault="003122E3" w:rsidP="0072072C">
      <w:pPr>
        <w:autoSpaceDE w:val="0"/>
        <w:autoSpaceDN w:val="0"/>
        <w:spacing w:after="0"/>
        <w:ind w:left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0C6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4 классе </w:t>
      </w:r>
      <w:proofErr w:type="gramStart"/>
      <w:r w:rsidRPr="00100C6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100C6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научится:</w:t>
      </w:r>
    </w:p>
    <w:p w:rsidR="00496093" w:rsidRPr="00100C6C" w:rsidRDefault="003122E3" w:rsidP="0072072C">
      <w:pPr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0C6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 читать, записывать, сравнивать, упорядочивать многозначные числа; </w:t>
      </w:r>
    </w:p>
    <w:p w:rsidR="00496093" w:rsidRPr="00100C6C" w:rsidRDefault="003122E3" w:rsidP="0072072C">
      <w:pPr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0C6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 находить число большее/меньшее данного числа на заданное число, в заданное число раз; </w:t>
      </w:r>
    </w:p>
    <w:p w:rsidR="00496093" w:rsidRPr="00100C6C" w:rsidRDefault="003122E3" w:rsidP="0072072C">
      <w:pPr>
        <w:autoSpaceDE w:val="0"/>
        <w:autoSpaceDN w:val="0"/>
        <w:spacing w:after="0"/>
        <w:ind w:right="57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0C6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 выполнять арифметические действия: сложение и вычитание с многозначными числами письменно (в пределах 100 - устно); </w:t>
      </w:r>
    </w:p>
    <w:p w:rsidR="00496093" w:rsidRPr="00100C6C" w:rsidRDefault="003122E3" w:rsidP="0072072C">
      <w:pPr>
        <w:autoSpaceDE w:val="0"/>
        <w:autoSpaceDN w:val="0"/>
        <w:spacing w:after="0"/>
        <w:ind w:right="14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0C6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—  умножение и деление многозначного числа на однозначное, двузначное число письменно (в пределах 100 - устно); </w:t>
      </w:r>
    </w:p>
    <w:p w:rsidR="00496093" w:rsidRPr="00100C6C" w:rsidRDefault="003122E3" w:rsidP="0072072C">
      <w:pPr>
        <w:autoSpaceDE w:val="0"/>
        <w:autoSpaceDN w:val="0"/>
        <w:spacing w:after="0"/>
        <w:ind w:right="14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0C6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 деление с остатком — письменно (в пределах 1000); вычислять значение числового выражения (со скобками/без скобок), содержащего действия сложения, вычитания, умножения, деления с многозначными числами; </w:t>
      </w:r>
    </w:p>
    <w:p w:rsidR="00496093" w:rsidRPr="00100C6C" w:rsidRDefault="003122E3" w:rsidP="0072072C">
      <w:pPr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0C6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 использовать при вычислениях изученные свойства арифметических действий; </w:t>
      </w:r>
    </w:p>
    <w:p w:rsidR="00496093" w:rsidRPr="00100C6C" w:rsidRDefault="003122E3" w:rsidP="0072072C">
      <w:pPr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0C6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 выполнять прикидку результата вычислений; </w:t>
      </w:r>
    </w:p>
    <w:p w:rsidR="00496093" w:rsidRPr="00100C6C" w:rsidRDefault="003122E3" w:rsidP="0072072C">
      <w:pPr>
        <w:autoSpaceDE w:val="0"/>
        <w:autoSpaceDN w:val="0"/>
        <w:spacing w:after="0"/>
        <w:ind w:right="2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0C6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 осуществлять проверку полученного результата по критериям: достоверность (реальность), соответствие правилу/алгоритму, а также с помощью калькулятора; </w:t>
      </w:r>
    </w:p>
    <w:p w:rsidR="00496093" w:rsidRPr="00100C6C" w:rsidRDefault="003122E3" w:rsidP="0072072C">
      <w:pPr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100C6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 находить долю величины, величину по ее доле; находить неизвестный компонент </w:t>
      </w:r>
      <w:r w:rsidRPr="00100C6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00C6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арифметического действия; использовать единицы величин для при решении задач (длина, масса, время, вместимость, стоимость, площадь, скорость); </w:t>
      </w:r>
      <w:proofErr w:type="gramEnd"/>
    </w:p>
    <w:p w:rsidR="00496093" w:rsidRPr="00100C6C" w:rsidRDefault="003122E3" w:rsidP="0072072C">
      <w:pPr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100C6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 использовать при решении задач единицы длины (миллиметр, сантиметр, дециметр, метр, километр), массы (грамм, килограмм, центнер, тонна), времени (секунда, минута, час; сутки, неделя, месяц, год, век), вместимости (литр), стоимости (копейка, рубль), площади (квадратный метр, квадратный дециметр, квадратный сантиметр), скорости (километр в час, метр в секунду); </w:t>
      </w:r>
      <w:proofErr w:type="gramEnd"/>
    </w:p>
    <w:p w:rsidR="00496093" w:rsidRPr="00100C6C" w:rsidRDefault="003122E3" w:rsidP="0072072C">
      <w:pPr>
        <w:autoSpaceDE w:val="0"/>
        <w:autoSpaceDN w:val="0"/>
        <w:spacing w:after="0"/>
        <w:ind w:right="14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0C6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использовать при решении текстовых задач и в практических ситуациях соотношения между скоростью, временем и пройденным путем, между производительностью, временем и объёмом</w:t>
      </w:r>
      <w:r w:rsidR="008435A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00C6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работы; определять с помощью цифровых и аналоговых приборов массу предмета, температуру (например, воды, воздуха в помещении), скорость движения транспортного средства; </w:t>
      </w:r>
    </w:p>
    <w:p w:rsidR="00496093" w:rsidRPr="00100C6C" w:rsidRDefault="003122E3" w:rsidP="0072072C">
      <w:pPr>
        <w:autoSpaceDE w:val="0"/>
        <w:autoSpaceDN w:val="0"/>
        <w:spacing w:after="0"/>
        <w:ind w:right="14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0C6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 определять с помощью измерительных сосудов вместимость; выполнять прикидку и оценку результата измерений; </w:t>
      </w:r>
    </w:p>
    <w:p w:rsidR="00496093" w:rsidRPr="00100C6C" w:rsidRDefault="003122E3" w:rsidP="0072072C">
      <w:pPr>
        <w:autoSpaceDE w:val="0"/>
        <w:autoSpaceDN w:val="0"/>
        <w:spacing w:after="0"/>
        <w:ind w:right="43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0C6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 решать текстовые задачи в 1—3 действия, выполнять преобразование заданных величин, выбирать при решении подходящие способы вычисления, сочетая устные и письменные вычисления и используя, при необходимости, вычислительные устройства, оценивать полученный результат по критериям: достоверность/реальность, соответствие условию; </w:t>
      </w:r>
    </w:p>
    <w:p w:rsidR="00496093" w:rsidRPr="00100C6C" w:rsidRDefault="003122E3" w:rsidP="0072072C">
      <w:pPr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0C6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 решать практические задачи, связанные с повседневной жизнью (на покупки, движение и т.п.), в том числе, с избыточными данными, находить недостающую информацию (например, из таблиц, схем), находить и оценивать различные способы решения, использовать подходящие способы проверки; </w:t>
      </w:r>
    </w:p>
    <w:p w:rsidR="00496093" w:rsidRPr="00100C6C" w:rsidRDefault="003122E3" w:rsidP="0072072C">
      <w:pPr>
        <w:autoSpaceDE w:val="0"/>
        <w:autoSpaceDN w:val="0"/>
        <w:spacing w:after="0"/>
        <w:ind w:right="57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0C6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 различать, называть геометрические фигуры: окружность, круг; изображать с помощью циркуля и линейки окружность заданного радиуса; </w:t>
      </w:r>
    </w:p>
    <w:p w:rsidR="00496093" w:rsidRPr="00100C6C" w:rsidRDefault="003122E3" w:rsidP="0072072C">
      <w:pPr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0C6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 различать изображения простейших пространственных фигур: шара, куба, цилиндра, конуса, пирамиды; </w:t>
      </w:r>
    </w:p>
    <w:p w:rsidR="00496093" w:rsidRPr="00100C6C" w:rsidRDefault="003122E3" w:rsidP="0072072C">
      <w:pPr>
        <w:autoSpaceDE w:val="0"/>
        <w:autoSpaceDN w:val="0"/>
        <w:spacing w:after="0"/>
        <w:ind w:right="2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0C6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 распознавать в простейших случаях проекции предметов окружающего мира на плоскость (пол, стену); </w:t>
      </w:r>
    </w:p>
    <w:p w:rsidR="00496093" w:rsidRPr="00100C6C" w:rsidRDefault="003122E3" w:rsidP="0072072C">
      <w:pPr>
        <w:autoSpaceDE w:val="0"/>
        <w:autoSpaceDN w:val="0"/>
        <w:spacing w:after="0"/>
        <w:ind w:right="2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0C6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 выполнять разбиение (показывать на рисунке, чертеже) простейшей составной фигуры на прямоугольники (квадраты), находить периметр и площадь фигур, составленных из двух трех прямоугольников (квадратов); </w:t>
      </w:r>
    </w:p>
    <w:p w:rsidR="00496093" w:rsidRPr="00100C6C" w:rsidRDefault="003122E3" w:rsidP="0072072C">
      <w:pPr>
        <w:autoSpaceDE w:val="0"/>
        <w:autoSpaceDN w:val="0"/>
        <w:spacing w:after="0"/>
        <w:ind w:right="57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0C6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 распознавать верные (истинные) и неверные (ложные) утверждения; приводить пример, </w:t>
      </w:r>
      <w:proofErr w:type="spellStart"/>
      <w:r w:rsidRPr="00100C6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контрпример</w:t>
      </w:r>
      <w:proofErr w:type="spellEnd"/>
      <w:r w:rsidRPr="00100C6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; </w:t>
      </w:r>
    </w:p>
    <w:p w:rsidR="00496093" w:rsidRPr="00100C6C" w:rsidRDefault="003122E3" w:rsidP="0072072C">
      <w:pPr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0C6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 формулировать утверждение (вывод), строить </w:t>
      </w:r>
      <w:proofErr w:type="gramStart"/>
      <w:r w:rsidRPr="00100C6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логические рассуждения</w:t>
      </w:r>
      <w:proofErr w:type="gramEnd"/>
      <w:r w:rsidRPr="00100C6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(одно/двух</w:t>
      </w:r>
      <w:r w:rsidR="00A72FA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0C6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шаговые) с использованием изученных связок; классифицировать объекты по заданным/самостоятельно установленным одному, двум признакам; </w:t>
      </w:r>
    </w:p>
    <w:p w:rsidR="00496093" w:rsidRPr="00100C6C" w:rsidRDefault="003122E3" w:rsidP="0072072C">
      <w:pPr>
        <w:autoSpaceDE w:val="0"/>
        <w:autoSpaceDN w:val="0"/>
        <w:spacing w:after="0"/>
        <w:ind w:right="57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0C6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 извлекать и использовать для выполнения заданий и решения задач информацию, представленную в простейших столбчатых диаграммах, таблицах с данными о реальных </w:t>
      </w:r>
      <w:r w:rsidRPr="00100C6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процессах и явлениях окружающего мира (например, календарь, расписание), в предметах повседневной жизни (например, счет, меню, прайс-лист, объявление); </w:t>
      </w:r>
    </w:p>
    <w:p w:rsidR="00496093" w:rsidRPr="00100C6C" w:rsidRDefault="003122E3" w:rsidP="0072072C">
      <w:pPr>
        <w:autoSpaceDE w:val="0"/>
        <w:autoSpaceDN w:val="0"/>
        <w:spacing w:after="0"/>
        <w:ind w:right="115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0C6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 заполнять данными предложенную таблицу, столбчатую диаграмму; использовать формализованные описания последовательности действий (алгоритм, план, схема) в практических и учебных ситуациях; </w:t>
      </w:r>
    </w:p>
    <w:p w:rsidR="00496093" w:rsidRPr="00100C6C" w:rsidRDefault="003122E3" w:rsidP="0072072C">
      <w:pPr>
        <w:autoSpaceDE w:val="0"/>
        <w:autoSpaceDN w:val="0"/>
        <w:spacing w:after="0"/>
        <w:ind w:right="57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0C6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 дополнять алгоритм, упорядочивать шаги алгоритма; выбирать рациональное решение; составлять модель текстовой задачи, числовое выражение; </w:t>
      </w:r>
    </w:p>
    <w:p w:rsidR="00496093" w:rsidRPr="00100C6C" w:rsidRDefault="003122E3" w:rsidP="0072072C">
      <w:pPr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0C6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 конструировать ход решения математической задачи; </w:t>
      </w:r>
    </w:p>
    <w:p w:rsidR="00496093" w:rsidRPr="00100C6C" w:rsidRDefault="003122E3" w:rsidP="0072072C">
      <w:pPr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0C6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 находить все верные решения задачи из </w:t>
      </w:r>
      <w:proofErr w:type="gramStart"/>
      <w:r w:rsidRPr="00100C6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предложенных</w:t>
      </w:r>
      <w:proofErr w:type="gramEnd"/>
      <w:r w:rsidRPr="00100C6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496093" w:rsidRPr="003122E3" w:rsidRDefault="00496093">
      <w:pPr>
        <w:rPr>
          <w:lang w:val="ru-RU"/>
        </w:rPr>
        <w:sectPr w:rsidR="00496093" w:rsidRPr="003122E3">
          <w:pgSz w:w="11900" w:h="16840"/>
          <w:pgMar w:top="292" w:right="794" w:bottom="1104" w:left="1086" w:header="720" w:footer="720" w:gutter="0"/>
          <w:cols w:space="720" w:equalWidth="0">
            <w:col w:w="10019" w:space="0"/>
          </w:cols>
          <w:docGrid w:linePitch="360"/>
        </w:sectPr>
      </w:pPr>
    </w:p>
    <w:p w:rsidR="00496093" w:rsidRPr="003122E3" w:rsidRDefault="00496093">
      <w:pPr>
        <w:autoSpaceDE w:val="0"/>
        <w:autoSpaceDN w:val="0"/>
        <w:spacing w:after="64" w:line="220" w:lineRule="exact"/>
        <w:rPr>
          <w:lang w:val="ru-RU"/>
        </w:rPr>
      </w:pPr>
    </w:p>
    <w:p w:rsidR="00496093" w:rsidRDefault="003122E3" w:rsidP="00D26FFC">
      <w:pPr>
        <w:autoSpaceDE w:val="0"/>
        <w:autoSpaceDN w:val="0"/>
        <w:spacing w:after="666" w:line="233" w:lineRule="auto"/>
        <w:jc w:val="center"/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t>ТЕМАТИЧЕСКОЕ ПЛАНИРОВАНИЕ</w:t>
      </w:r>
    </w:p>
    <w:tbl>
      <w:tblPr>
        <w:tblW w:w="0" w:type="auto"/>
        <w:tblInd w:w="6" w:type="dxa"/>
        <w:tblLayout w:type="fixed"/>
        <w:tblLook w:val="04A0"/>
      </w:tblPr>
      <w:tblGrid>
        <w:gridCol w:w="396"/>
        <w:gridCol w:w="4588"/>
        <w:gridCol w:w="528"/>
        <w:gridCol w:w="1104"/>
        <w:gridCol w:w="896"/>
        <w:gridCol w:w="1108"/>
        <w:gridCol w:w="3326"/>
        <w:gridCol w:w="1118"/>
        <w:gridCol w:w="2438"/>
      </w:tblGrid>
      <w:tr w:rsidR="00496093" w:rsidRPr="00D26FFC" w:rsidTr="003122E3">
        <w:trPr>
          <w:trHeight w:hRule="exact" w:val="348"/>
        </w:trPr>
        <w:tc>
          <w:tcPr>
            <w:tcW w:w="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A72FAA" w:rsidRDefault="003122E3" w:rsidP="00A72FAA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FAA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№</w:t>
            </w:r>
            <w:r w:rsidRPr="00A72FAA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A72FAA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п/п</w:t>
            </w:r>
          </w:p>
        </w:tc>
        <w:tc>
          <w:tcPr>
            <w:tcW w:w="45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6093" w:rsidRPr="00A72FAA" w:rsidRDefault="003122E3" w:rsidP="00A72FAA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72FAA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Наименование разделов и тем программы</w:t>
            </w:r>
          </w:p>
        </w:tc>
        <w:tc>
          <w:tcPr>
            <w:tcW w:w="2528" w:type="dxa"/>
            <w:gridSpan w:val="3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A72FAA" w:rsidRDefault="003122E3" w:rsidP="00A72FAA">
            <w:pPr>
              <w:autoSpaceDE w:val="0"/>
              <w:autoSpaceDN w:val="0"/>
              <w:spacing w:before="78" w:after="0" w:line="230" w:lineRule="auto"/>
              <w:ind w:left="6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72FAA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Количество</w:t>
            </w:r>
            <w:proofErr w:type="spellEnd"/>
            <w:r w:rsidRPr="00A72FAA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A72FAA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A72FAA" w:rsidRDefault="003122E3" w:rsidP="00A72FAA">
            <w:pPr>
              <w:autoSpaceDE w:val="0"/>
              <w:autoSpaceDN w:val="0"/>
              <w:spacing w:before="78" w:after="0" w:line="245" w:lineRule="auto"/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FAA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Дата </w:t>
            </w:r>
            <w:r w:rsidRPr="00A72FAA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A72FAA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изучения</w:t>
            </w:r>
          </w:p>
        </w:tc>
        <w:tc>
          <w:tcPr>
            <w:tcW w:w="33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A72FAA" w:rsidRDefault="003122E3" w:rsidP="00A72FAA">
            <w:pPr>
              <w:autoSpaceDE w:val="0"/>
              <w:autoSpaceDN w:val="0"/>
              <w:spacing w:before="78" w:after="0" w:line="230" w:lineRule="auto"/>
              <w:ind w:left="7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FAA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Виды деятельности</w:t>
            </w:r>
          </w:p>
        </w:tc>
        <w:tc>
          <w:tcPr>
            <w:tcW w:w="1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A72FAA" w:rsidRDefault="003122E3" w:rsidP="00A72FAA">
            <w:pPr>
              <w:autoSpaceDE w:val="0"/>
              <w:autoSpaceDN w:val="0"/>
              <w:spacing w:before="78" w:after="0" w:line="247" w:lineRule="auto"/>
              <w:ind w:left="72" w:right="28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FAA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Виды, </w:t>
            </w:r>
            <w:r w:rsidRPr="00A72FAA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A72FAA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формы </w:t>
            </w:r>
            <w:r w:rsidRPr="00A72FAA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A72FAA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контроля</w:t>
            </w:r>
          </w:p>
        </w:tc>
        <w:tc>
          <w:tcPr>
            <w:tcW w:w="2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A72FAA" w:rsidRDefault="003122E3" w:rsidP="00A72FAA">
            <w:pPr>
              <w:autoSpaceDE w:val="0"/>
              <w:autoSpaceDN w:val="0"/>
              <w:spacing w:before="78" w:after="0" w:line="245" w:lineRule="auto"/>
              <w:ind w:left="72" w:right="43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FAA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496093" w:rsidRPr="00D26FFC" w:rsidTr="00A72FAA">
        <w:trPr>
          <w:trHeight w:hRule="exact" w:val="1064"/>
        </w:trPr>
        <w:tc>
          <w:tcPr>
            <w:tcW w:w="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093" w:rsidRPr="00A72FAA" w:rsidRDefault="00496093" w:rsidP="00A72F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496093" w:rsidRPr="00A72FAA" w:rsidRDefault="00496093" w:rsidP="00A72F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A72FAA" w:rsidRDefault="003122E3" w:rsidP="00A72FAA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FAA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всего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A72FAA" w:rsidRDefault="003122E3" w:rsidP="00A72FAA">
            <w:pPr>
              <w:autoSpaceDE w:val="0"/>
              <w:autoSpaceDN w:val="0"/>
              <w:spacing w:before="78" w:after="0" w:line="245" w:lineRule="auto"/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FAA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контрольные работы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A72FAA" w:rsidRDefault="003122E3" w:rsidP="00A72FAA">
            <w:pPr>
              <w:autoSpaceDE w:val="0"/>
              <w:autoSpaceDN w:val="0"/>
              <w:spacing w:before="78" w:after="0" w:line="245" w:lineRule="auto"/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FAA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практические работы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093" w:rsidRPr="00A72FAA" w:rsidRDefault="00496093" w:rsidP="00A72F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093" w:rsidRPr="00A72FAA" w:rsidRDefault="00496093" w:rsidP="00A72F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093" w:rsidRPr="00A72FAA" w:rsidRDefault="00496093" w:rsidP="00A72F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093" w:rsidRPr="00A72FAA" w:rsidRDefault="00496093" w:rsidP="00A72F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6093" w:rsidRPr="00D26FFC">
        <w:trPr>
          <w:trHeight w:hRule="exact" w:val="350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A72FAA" w:rsidRDefault="003122E3" w:rsidP="00A72FAA">
            <w:pPr>
              <w:autoSpaceDE w:val="0"/>
              <w:autoSpaceDN w:val="0"/>
              <w:spacing w:before="80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FAA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Раздел 1. Числа</w:t>
            </w:r>
          </w:p>
        </w:tc>
      </w:tr>
      <w:tr w:rsidR="00496093" w:rsidRPr="00D40119" w:rsidTr="002570D0">
        <w:trPr>
          <w:trHeight w:hRule="exact" w:val="445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D26FFC" w:rsidRDefault="003122E3" w:rsidP="00A72FAA">
            <w:pPr>
              <w:autoSpaceDE w:val="0"/>
              <w:autoSpaceDN w:val="0"/>
              <w:spacing w:before="76" w:after="0"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1.1.</w:t>
            </w: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6093" w:rsidRPr="00D26FFC" w:rsidRDefault="003122E3" w:rsidP="00A72FAA">
            <w:pPr>
              <w:autoSpaceDE w:val="0"/>
              <w:autoSpaceDN w:val="0"/>
              <w:spacing w:before="76" w:after="0" w:line="245" w:lineRule="auto"/>
              <w:ind w:left="72" w:right="43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Числа в пределах миллиона: чтение, запись, поразрядное сравнение, упорядочение.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D26FFC" w:rsidRDefault="003122E3" w:rsidP="00A72FAA">
            <w:pPr>
              <w:autoSpaceDE w:val="0"/>
              <w:autoSpaceDN w:val="0"/>
              <w:spacing w:before="76" w:after="0" w:line="233" w:lineRule="auto"/>
              <w:ind w:left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6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D26FFC" w:rsidRDefault="003122E3" w:rsidP="00A72FAA">
            <w:pPr>
              <w:autoSpaceDE w:val="0"/>
              <w:autoSpaceDN w:val="0"/>
              <w:spacing w:before="76" w:after="0" w:line="233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D26FFC" w:rsidRDefault="003122E3" w:rsidP="00A72FAA">
            <w:pPr>
              <w:autoSpaceDE w:val="0"/>
              <w:autoSpaceDN w:val="0"/>
              <w:spacing w:before="76" w:after="0" w:line="233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0.25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D26FFC" w:rsidRDefault="003122E3" w:rsidP="00A72FAA">
            <w:pPr>
              <w:autoSpaceDE w:val="0"/>
              <w:autoSpaceDN w:val="0"/>
              <w:spacing w:before="76" w:after="0"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01.09.2022 09.09.2022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7655EE" w:rsidRDefault="003122E3" w:rsidP="00A72FAA">
            <w:pPr>
              <w:jc w:val="both"/>
              <w:rPr>
                <w:lang w:val="ru-RU"/>
              </w:rPr>
            </w:pPr>
            <w:r w:rsidRPr="007655EE">
              <w:rPr>
                <w:w w:val="97"/>
                <w:lang w:val="ru-RU"/>
              </w:rPr>
              <w:t>Упражнения: устная и письменная работа с числами: запись многозначного числа, его представление в виде суммы разрядных слагаемых; классы и разряды; выбор чисел с заданными свойствами (число разрядных единиц, чётность и т. д.);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D26FFC" w:rsidRDefault="003122E3" w:rsidP="00A72FAA">
            <w:pPr>
              <w:autoSpaceDE w:val="0"/>
              <w:autoSpaceDN w:val="0"/>
              <w:spacing w:before="76" w:after="0" w:line="25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Устный</w:t>
            </w:r>
            <w:proofErr w:type="spellEnd"/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Pr="00D26FF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опрос</w:t>
            </w:r>
            <w:proofErr w:type="spellEnd"/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; </w:t>
            </w:r>
            <w:r w:rsidRPr="00D26FF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Практическая</w:t>
            </w:r>
            <w:proofErr w:type="spellEnd"/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работа</w:t>
            </w:r>
            <w:proofErr w:type="spellEnd"/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D26FFC" w:rsidRDefault="002570D0" w:rsidP="00A72FAA">
            <w:pPr>
              <w:autoSpaceDE w:val="0"/>
              <w:autoSpaceDN w:val="0"/>
              <w:spacing w:before="76" w:after="0" w:line="245" w:lineRule="auto"/>
              <w:ind w:left="72" w:right="432"/>
              <w:jc w:val="both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proofErr w:type="spellStart"/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Инфоурок</w:t>
            </w:r>
            <w:proofErr w:type="spellEnd"/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  <w:p w:rsidR="002570D0" w:rsidRPr="00D26FFC" w:rsidRDefault="002570D0" w:rsidP="00A72FAA">
            <w:pPr>
              <w:autoSpaceDE w:val="0"/>
              <w:autoSpaceDN w:val="0"/>
              <w:spacing w:before="76" w:after="0" w:line="245" w:lineRule="auto"/>
              <w:ind w:left="72" w:right="432"/>
              <w:jc w:val="both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Урок «Числа в пределах миллион…» - </w:t>
            </w:r>
          </w:p>
          <w:p w:rsidR="002570D0" w:rsidRPr="00D26FFC" w:rsidRDefault="00E81FC1" w:rsidP="00A72FAA">
            <w:pPr>
              <w:autoSpaceDE w:val="0"/>
              <w:autoSpaceDN w:val="0"/>
              <w:spacing w:before="76" w:after="0" w:line="245" w:lineRule="auto"/>
              <w:ind w:left="72" w:right="43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" w:history="1">
              <w:r w:rsidR="002570D0"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2570D0"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proofErr w:type="spellStart"/>
              <w:r w:rsidR="002570D0"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2570D0"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2570D0"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2570D0"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proofErr w:type="spellStart"/>
              <w:r w:rsidR="002570D0"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</w:rPr>
                <w:t>prezentaciya</w:t>
              </w:r>
              <w:proofErr w:type="spellEnd"/>
              <w:r w:rsidR="002570D0"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2570D0"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</w:rPr>
                <w:t>po</w:t>
              </w:r>
              <w:proofErr w:type="spellEnd"/>
              <w:r w:rsidR="002570D0"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2570D0"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</w:rPr>
                <w:t>matematike</w:t>
              </w:r>
              <w:proofErr w:type="spellEnd"/>
              <w:r w:rsidR="002570D0"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2570D0"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</w:rPr>
                <w:t>na</w:t>
              </w:r>
              <w:proofErr w:type="spellEnd"/>
              <w:r w:rsidR="002570D0"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2570D0"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</w:rPr>
                <w:t>temu</w:t>
              </w:r>
              <w:proofErr w:type="spellEnd"/>
              <w:r w:rsidR="002570D0"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2570D0"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</w:rPr>
                <w:t>chtenie</w:t>
              </w:r>
              <w:proofErr w:type="spellEnd"/>
              <w:r w:rsidR="002570D0"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2570D0"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</w:rPr>
                <w:t>i</w:t>
              </w:r>
              <w:proofErr w:type="spellEnd"/>
              <w:r w:rsidR="002570D0"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2570D0"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</w:rPr>
                <w:t>zapis</w:t>
              </w:r>
              <w:proofErr w:type="spellEnd"/>
              <w:r w:rsidR="002570D0"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2570D0"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</w:rPr>
                <w:t>mnogoznachnyh</w:t>
              </w:r>
              <w:proofErr w:type="spellEnd"/>
              <w:r w:rsidR="002570D0"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r w:rsidR="002570D0"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</w:rPr>
                <w:t>chisel</w:t>
              </w:r>
              <w:r w:rsidR="002570D0"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2570D0"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</w:rPr>
                <w:t>klass</w:t>
              </w:r>
              <w:proofErr w:type="spellEnd"/>
              <w:r w:rsidR="002570D0"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2570D0"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</w:rPr>
                <w:t>millionov</w:t>
              </w:r>
              <w:proofErr w:type="spellEnd"/>
              <w:r w:rsidR="002570D0"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2570D0"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</w:rPr>
                <w:t>klass</w:t>
              </w:r>
              <w:proofErr w:type="spellEnd"/>
              <w:r w:rsidR="002570D0"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2570D0"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</w:rPr>
                <w:t>milliardov</w:t>
              </w:r>
              <w:proofErr w:type="spellEnd"/>
              <w:r w:rsidR="002570D0"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  <w:lang w:val="ru-RU"/>
                </w:rPr>
                <w:t>-4-</w:t>
              </w:r>
              <w:proofErr w:type="spellStart"/>
              <w:r w:rsidR="002570D0"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</w:rPr>
                <w:t>klass</w:t>
              </w:r>
              <w:proofErr w:type="spellEnd"/>
              <w:r w:rsidR="002570D0"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  <w:lang w:val="ru-RU"/>
                </w:rPr>
                <w:t>-4479235.</w:t>
              </w:r>
              <w:r w:rsidR="002570D0"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</w:rPr>
                <w:t>html</w:t>
              </w:r>
            </w:hyperlink>
            <w:r w:rsidR="002570D0" w:rsidRPr="00D26F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496093" w:rsidRPr="00D40119" w:rsidTr="00A72FAA">
        <w:trPr>
          <w:trHeight w:hRule="exact" w:val="270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D26FFC" w:rsidRDefault="003122E3" w:rsidP="00A72FAA">
            <w:pPr>
              <w:autoSpaceDE w:val="0"/>
              <w:autoSpaceDN w:val="0"/>
              <w:spacing w:before="76" w:after="0"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1.2.</w:t>
            </w: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6093" w:rsidRPr="00D26FFC" w:rsidRDefault="003122E3" w:rsidP="00A72FAA">
            <w:pPr>
              <w:autoSpaceDE w:val="0"/>
              <w:autoSpaceDN w:val="0"/>
              <w:spacing w:before="76" w:after="0" w:line="245" w:lineRule="auto"/>
              <w:ind w:left="72" w:right="43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Число, большее или меньшее данного числа на  заданное число разрядных единиц, в заданное число раз.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D26FFC" w:rsidRDefault="003122E3" w:rsidP="00A72FAA">
            <w:pPr>
              <w:autoSpaceDE w:val="0"/>
              <w:autoSpaceDN w:val="0"/>
              <w:spacing w:before="76" w:after="0" w:line="233" w:lineRule="auto"/>
              <w:ind w:left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D26FFC" w:rsidRDefault="003122E3" w:rsidP="00A72FAA">
            <w:pPr>
              <w:autoSpaceDE w:val="0"/>
              <w:autoSpaceDN w:val="0"/>
              <w:spacing w:before="76" w:after="0" w:line="233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D26FFC" w:rsidRDefault="003122E3" w:rsidP="00A72FAA">
            <w:pPr>
              <w:autoSpaceDE w:val="0"/>
              <w:autoSpaceDN w:val="0"/>
              <w:spacing w:before="76" w:after="0" w:line="233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0.25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D26FFC" w:rsidRDefault="003122E3" w:rsidP="00A72FAA">
            <w:pPr>
              <w:autoSpaceDE w:val="0"/>
              <w:autoSpaceDN w:val="0"/>
              <w:spacing w:before="76" w:after="0"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12.09.2022 15.09.2022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D26FFC" w:rsidRDefault="003122E3" w:rsidP="00A72FAA">
            <w:pPr>
              <w:autoSpaceDE w:val="0"/>
              <w:autoSpaceDN w:val="0"/>
              <w:spacing w:before="76" w:after="0" w:line="250" w:lineRule="auto"/>
              <w:ind w:left="74" w:right="72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Моделирование многозначных чисел, характеристика классов и разрядов многозначного числа;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D26FFC" w:rsidRDefault="003122E3" w:rsidP="00A72FAA">
            <w:pPr>
              <w:autoSpaceDE w:val="0"/>
              <w:autoSpaceDN w:val="0"/>
              <w:spacing w:before="76" w:after="0" w:line="252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Устный </w:t>
            </w:r>
            <w:r w:rsidRPr="00D26F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опрос; </w:t>
            </w:r>
            <w:r w:rsidRPr="00D26F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Практическая работа; </w:t>
            </w:r>
            <w:r w:rsidRPr="00D26F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Диктант;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D26FFC" w:rsidRDefault="002570D0" w:rsidP="00A72FAA">
            <w:pPr>
              <w:autoSpaceDE w:val="0"/>
              <w:autoSpaceDN w:val="0"/>
              <w:spacing w:before="76" w:after="0" w:line="245" w:lineRule="auto"/>
              <w:ind w:left="72" w:right="43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6F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РЭШ. Урок «Разрядные слагаемые. Сравнение многозначных чисел». - </w:t>
            </w:r>
            <w:hyperlink r:id="rId8" w:history="1"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https://resh.edu.ru/subject/lesson/5232/start/214210/</w:t>
              </w:r>
            </w:hyperlink>
            <w:r w:rsidRPr="00D26F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496093" w:rsidRPr="00D26FFC" w:rsidTr="003122E3">
        <w:trPr>
          <w:trHeight w:hRule="exact" w:val="369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D26FFC" w:rsidRDefault="003122E3" w:rsidP="00A72FAA">
            <w:pPr>
              <w:autoSpaceDE w:val="0"/>
              <w:autoSpaceDN w:val="0"/>
              <w:spacing w:before="78" w:after="0" w:line="23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lastRenderedPageBreak/>
              <w:t>1.3.</w:t>
            </w: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6093" w:rsidRPr="00D26FFC" w:rsidRDefault="003122E3" w:rsidP="00A72FAA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Свойства многозначного числа.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D26FFC" w:rsidRDefault="003122E3" w:rsidP="00A72FAA">
            <w:pPr>
              <w:autoSpaceDE w:val="0"/>
              <w:autoSpaceDN w:val="0"/>
              <w:spacing w:before="78" w:after="0" w:line="230" w:lineRule="auto"/>
              <w:ind w:left="6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D26FFC" w:rsidRDefault="003122E3" w:rsidP="00A72FAA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0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D26FFC" w:rsidRDefault="003122E3" w:rsidP="00A72FAA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0.25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D26FFC" w:rsidRDefault="003122E3" w:rsidP="00A72FAA">
            <w:pPr>
              <w:autoSpaceDE w:val="0"/>
              <w:autoSpaceDN w:val="0"/>
              <w:spacing w:before="78" w:after="0"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16.09.2022 17.09.2022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D26FFC" w:rsidRDefault="003122E3" w:rsidP="00A72FAA">
            <w:pPr>
              <w:autoSpaceDE w:val="0"/>
              <w:autoSpaceDN w:val="0"/>
              <w:spacing w:before="78" w:after="0" w:line="247" w:lineRule="auto"/>
              <w:ind w:left="74" w:right="14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Учебный диалог: формулирование и проверка истинности утверждения о числе. Запись </w:t>
            </w:r>
            <w:r w:rsidRPr="00D26F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числа, обладающего заданным свойством.</w:t>
            </w:r>
          </w:p>
          <w:p w:rsidR="00496093" w:rsidRPr="00D26FFC" w:rsidRDefault="003122E3" w:rsidP="00A72FAA">
            <w:pPr>
              <w:autoSpaceDE w:val="0"/>
              <w:autoSpaceDN w:val="0"/>
              <w:spacing w:before="20" w:after="0" w:line="250" w:lineRule="auto"/>
              <w:ind w:left="74" w:right="28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Называние и объяснение свойств числа: чётное/нечётное, круглое, трёх- (четырёх-, пяти-, шест</w:t>
            </w:r>
            <w:proofErr w:type="gramStart"/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и-</w:t>
            </w:r>
            <w:proofErr w:type="gramEnd"/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) </w:t>
            </w:r>
            <w:proofErr w:type="spellStart"/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значное</w:t>
            </w:r>
            <w:proofErr w:type="spellEnd"/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; ведение </w:t>
            </w:r>
            <w:r w:rsidRPr="00D26F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математических записей;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D26FFC" w:rsidRDefault="003122E3" w:rsidP="00A72FAA">
            <w:pPr>
              <w:autoSpaceDE w:val="0"/>
              <w:autoSpaceDN w:val="0"/>
              <w:spacing w:before="78" w:after="0" w:line="245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Практическая</w:t>
            </w:r>
            <w:proofErr w:type="spellEnd"/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работа</w:t>
            </w:r>
            <w:proofErr w:type="spellEnd"/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34AE" w:rsidRPr="00D26FFC" w:rsidRDefault="00D834AE" w:rsidP="00A72FAA">
            <w:pPr>
              <w:autoSpaceDE w:val="0"/>
              <w:autoSpaceDN w:val="0"/>
              <w:spacing w:before="78" w:after="0" w:line="245" w:lineRule="auto"/>
              <w:ind w:left="72" w:right="43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26FFC">
              <w:rPr>
                <w:rFonts w:ascii="Times New Roman" w:hAnsi="Times New Roman" w:cs="Times New Roman"/>
                <w:sz w:val="24"/>
                <w:szCs w:val="24"/>
              </w:rPr>
              <w:t>Youtub</w:t>
            </w:r>
            <w:proofErr w:type="spellEnd"/>
            <w:r w:rsidRPr="00D26F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Урок «Свойства многозначного числа» -</w:t>
            </w:r>
          </w:p>
          <w:p w:rsidR="00496093" w:rsidRPr="00D26FFC" w:rsidRDefault="00E81FC1" w:rsidP="00A72FAA">
            <w:pPr>
              <w:autoSpaceDE w:val="0"/>
              <w:autoSpaceDN w:val="0"/>
              <w:spacing w:before="78" w:after="0" w:line="245" w:lineRule="auto"/>
              <w:ind w:left="72" w:right="43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9" w:history="1">
              <w:r w:rsidR="00D834AE"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D834AE"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proofErr w:type="spellStart"/>
              <w:r w:rsidR="00D834AE"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</w:rPr>
                <w:t>youtu</w:t>
              </w:r>
              <w:proofErr w:type="spellEnd"/>
              <w:r w:rsidR="00D834AE"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D834AE"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</w:rPr>
                <w:t>be</w:t>
              </w:r>
              <w:r w:rsidR="00D834AE"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  <w:lang w:val="ru-RU"/>
                </w:rPr>
                <w:t>/3</w:t>
              </w:r>
              <w:proofErr w:type="spellStart"/>
              <w:r w:rsidR="00D834AE"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</w:rPr>
                <w:t>hjzmy</w:t>
              </w:r>
              <w:proofErr w:type="spellEnd"/>
              <w:r w:rsidR="00D834AE"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  <w:lang w:val="ru-RU"/>
                </w:rPr>
                <w:t>_</w:t>
              </w:r>
              <w:r w:rsidR="00D834AE"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</w:rPr>
                <w:t>pg</w:t>
              </w:r>
              <w:r w:rsidR="00D834AE"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  <w:lang w:val="ru-RU"/>
                </w:rPr>
                <w:t>3</w:t>
              </w:r>
              <w:r w:rsidR="00D834AE"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</w:rPr>
                <w:t>o</w:t>
              </w:r>
            </w:hyperlink>
          </w:p>
          <w:p w:rsidR="00D834AE" w:rsidRPr="00D26FFC" w:rsidRDefault="00D834AE" w:rsidP="00A72FAA">
            <w:pPr>
              <w:autoSpaceDE w:val="0"/>
              <w:autoSpaceDN w:val="0"/>
              <w:spacing w:before="78" w:after="0" w:line="245" w:lineRule="auto"/>
              <w:ind w:left="72" w:right="43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96093" w:rsidRPr="00D40119" w:rsidTr="00D834AE">
        <w:trPr>
          <w:trHeight w:hRule="exact" w:val="2839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D26FFC" w:rsidRDefault="003122E3" w:rsidP="00A72FAA">
            <w:pPr>
              <w:autoSpaceDE w:val="0"/>
              <w:autoSpaceDN w:val="0"/>
              <w:spacing w:before="76" w:after="0"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1.4.</w:t>
            </w: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6093" w:rsidRPr="00D26FFC" w:rsidRDefault="003122E3" w:rsidP="00A72FAA">
            <w:pPr>
              <w:autoSpaceDE w:val="0"/>
              <w:autoSpaceDN w:val="0"/>
              <w:spacing w:before="76" w:after="0" w:line="233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Дополнение числа до  заданного круглого числа.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D26FFC" w:rsidRDefault="003122E3" w:rsidP="00A72FAA">
            <w:pPr>
              <w:autoSpaceDE w:val="0"/>
              <w:autoSpaceDN w:val="0"/>
              <w:spacing w:before="76" w:after="0" w:line="233" w:lineRule="auto"/>
              <w:ind w:left="6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D26FFC" w:rsidRDefault="003122E3" w:rsidP="00A72FAA">
            <w:pPr>
              <w:autoSpaceDE w:val="0"/>
              <w:autoSpaceDN w:val="0"/>
              <w:spacing w:before="76" w:after="0" w:line="233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0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D26FFC" w:rsidRDefault="003122E3" w:rsidP="00A72FAA">
            <w:pPr>
              <w:autoSpaceDE w:val="0"/>
              <w:autoSpaceDN w:val="0"/>
              <w:spacing w:before="76" w:after="0" w:line="233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0.25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D26FFC" w:rsidRDefault="003122E3" w:rsidP="00A72FAA">
            <w:pPr>
              <w:autoSpaceDE w:val="0"/>
              <w:autoSpaceDN w:val="0"/>
              <w:spacing w:before="76" w:after="0"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18.09.2022 19.09.2022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D26FFC" w:rsidRDefault="003122E3" w:rsidP="00A72FAA">
            <w:pPr>
              <w:autoSpaceDE w:val="0"/>
              <w:autoSpaceDN w:val="0"/>
              <w:spacing w:before="76" w:after="0" w:line="250" w:lineRule="auto"/>
              <w:ind w:left="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Работа в парах/группах. Упорядочение </w:t>
            </w:r>
            <w:r w:rsidRPr="00D26F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многозначных чисел. Классификация чисел по одному-двум основаниям. </w:t>
            </w:r>
            <w:proofErr w:type="spellStart"/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Запись</w:t>
            </w:r>
            <w:proofErr w:type="spellEnd"/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общего</w:t>
            </w:r>
            <w:proofErr w:type="spellEnd"/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Pr="00D26FF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свойства</w:t>
            </w:r>
            <w:proofErr w:type="spellEnd"/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группы</w:t>
            </w:r>
            <w:proofErr w:type="spellEnd"/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чисел;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D26FFC" w:rsidRDefault="003122E3" w:rsidP="00A72FAA">
            <w:pPr>
              <w:autoSpaceDE w:val="0"/>
              <w:autoSpaceDN w:val="0"/>
              <w:spacing w:before="76" w:after="0" w:line="245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Практическая работа;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D26FFC" w:rsidRDefault="00D834AE" w:rsidP="00A72FAA">
            <w:pPr>
              <w:autoSpaceDE w:val="0"/>
              <w:autoSpaceDN w:val="0"/>
              <w:spacing w:before="76" w:after="0" w:line="245" w:lineRule="auto"/>
              <w:ind w:left="72" w:right="432"/>
              <w:jc w:val="both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proofErr w:type="spellStart"/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Инфоурок</w:t>
            </w:r>
            <w:proofErr w:type="spellEnd"/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. Урок « Дополнение числа до круглого числа» - </w:t>
            </w:r>
            <w:hyperlink r:id="rId10" w:history="1">
              <w:r w:rsidRPr="00D26FFC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https://infourok.ru/prezentaciya-dopolnenie-do-kruglogo-chisla-413766.html</w:t>
              </w:r>
            </w:hyperlink>
          </w:p>
          <w:p w:rsidR="00D834AE" w:rsidRPr="00D26FFC" w:rsidRDefault="00D834AE" w:rsidP="00A72FAA">
            <w:pPr>
              <w:autoSpaceDE w:val="0"/>
              <w:autoSpaceDN w:val="0"/>
              <w:spacing w:before="76" w:after="0" w:line="245" w:lineRule="auto"/>
              <w:ind w:left="72" w:right="43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96093" w:rsidRPr="00D26FFC">
        <w:trPr>
          <w:trHeight w:hRule="exact" w:val="348"/>
        </w:trPr>
        <w:tc>
          <w:tcPr>
            <w:tcW w:w="4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6093" w:rsidRPr="00D26FFC" w:rsidRDefault="003122E3" w:rsidP="00A72FAA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D26FFC" w:rsidRDefault="003122E3" w:rsidP="00A72FAA">
            <w:pPr>
              <w:autoSpaceDE w:val="0"/>
              <w:autoSpaceDN w:val="0"/>
              <w:spacing w:before="78" w:after="0" w:line="230" w:lineRule="auto"/>
              <w:ind w:left="6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11</w:t>
            </w:r>
          </w:p>
        </w:tc>
        <w:tc>
          <w:tcPr>
            <w:tcW w:w="99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D26FFC" w:rsidRDefault="00496093" w:rsidP="00A72F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96093" w:rsidRPr="00D26FFC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D26FFC" w:rsidRDefault="003122E3" w:rsidP="00A72FAA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26FFC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Раздел 2. Величины</w:t>
            </w:r>
          </w:p>
        </w:tc>
      </w:tr>
      <w:tr w:rsidR="00496093" w:rsidRPr="00D40119" w:rsidTr="00D26FFC">
        <w:trPr>
          <w:trHeight w:hRule="exact" w:val="3979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D26FFC" w:rsidRDefault="003122E3" w:rsidP="00A72FAA">
            <w:pPr>
              <w:autoSpaceDE w:val="0"/>
              <w:autoSpaceDN w:val="0"/>
              <w:spacing w:before="78" w:after="0" w:line="23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2.1.</w:t>
            </w: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6093" w:rsidRPr="00D26FFC" w:rsidRDefault="003122E3" w:rsidP="00A72FAA">
            <w:pPr>
              <w:autoSpaceDE w:val="0"/>
              <w:autoSpaceDN w:val="0"/>
              <w:spacing w:before="78" w:after="0" w:line="245" w:lineRule="auto"/>
              <w:ind w:left="72" w:right="28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Величины: сравнение объектов по массе, длине, площади, вместимости.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D26FFC" w:rsidRDefault="003122E3" w:rsidP="00A72FAA">
            <w:pPr>
              <w:autoSpaceDE w:val="0"/>
              <w:autoSpaceDN w:val="0"/>
              <w:spacing w:before="78" w:after="0" w:line="230" w:lineRule="auto"/>
              <w:ind w:left="6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D26FFC" w:rsidRDefault="003122E3" w:rsidP="00A72FAA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D26FFC" w:rsidRDefault="003122E3" w:rsidP="00A72FAA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D26FFC" w:rsidRDefault="003122E3" w:rsidP="00A72FAA">
            <w:pPr>
              <w:autoSpaceDE w:val="0"/>
              <w:autoSpaceDN w:val="0"/>
              <w:spacing w:before="78" w:after="0"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20.09.2022 21.09.2022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D26FFC" w:rsidRDefault="003122E3" w:rsidP="00A72FAA">
            <w:pPr>
              <w:autoSpaceDE w:val="0"/>
              <w:autoSpaceDN w:val="0"/>
              <w:spacing w:before="78" w:after="0" w:line="230" w:lineRule="auto"/>
              <w:ind w:left="7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Обсуждение практических ситуаций.</w:t>
            </w:r>
          </w:p>
          <w:p w:rsidR="00496093" w:rsidRPr="00D26FFC" w:rsidRDefault="003122E3" w:rsidP="00A72FAA">
            <w:pPr>
              <w:autoSpaceDE w:val="0"/>
              <w:autoSpaceDN w:val="0"/>
              <w:spacing w:before="20" w:after="0" w:line="250" w:lineRule="auto"/>
              <w:ind w:left="74" w:right="28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Распознавание величин, характеризующих процесс движения (скорость, время, </w:t>
            </w:r>
            <w:r w:rsidRPr="00D26F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расстояние), работы (производительность труда, время работы, объём работ).</w:t>
            </w:r>
            <w:proofErr w:type="gramEnd"/>
          </w:p>
          <w:p w:rsidR="00496093" w:rsidRPr="00D26FFC" w:rsidRDefault="003122E3" w:rsidP="00A72FAA">
            <w:pPr>
              <w:autoSpaceDE w:val="0"/>
              <w:autoSpaceDN w:val="0"/>
              <w:spacing w:before="20" w:after="0" w:line="250" w:lineRule="auto"/>
              <w:ind w:left="74" w:right="43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Установление зависимостей между </w:t>
            </w:r>
            <w:r w:rsidRPr="00D26F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величинами. Упорядочение по скорости, времени, массе;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D26FFC" w:rsidRDefault="003122E3" w:rsidP="00A72FAA">
            <w:pPr>
              <w:autoSpaceDE w:val="0"/>
              <w:autoSpaceDN w:val="0"/>
              <w:spacing w:before="78" w:after="0" w:line="245" w:lineRule="auto"/>
              <w:ind w:left="72" w:right="4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Устный</w:t>
            </w:r>
            <w:proofErr w:type="spellEnd"/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Pr="00D26FF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опрос</w:t>
            </w:r>
            <w:proofErr w:type="spellEnd"/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D26FFC" w:rsidRDefault="00D834AE" w:rsidP="00A72FAA">
            <w:pPr>
              <w:autoSpaceDE w:val="0"/>
              <w:autoSpaceDN w:val="0"/>
              <w:spacing w:before="78" w:after="0" w:line="245" w:lineRule="auto"/>
              <w:ind w:left="72" w:right="432"/>
              <w:jc w:val="both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proofErr w:type="spellStart"/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Инфоурок</w:t>
            </w:r>
            <w:proofErr w:type="spellEnd"/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. Урок «Величины» - </w:t>
            </w:r>
            <w:hyperlink r:id="rId11" w:history="1">
              <w:r w:rsidRPr="00D26FFC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https://infourok.ru/prezentaciya_po_matematike_na_temu-392602.htm</w:t>
              </w:r>
            </w:hyperlink>
          </w:p>
          <w:p w:rsidR="00D834AE" w:rsidRPr="00D26FFC" w:rsidRDefault="00D834AE" w:rsidP="00A72FAA">
            <w:pPr>
              <w:autoSpaceDE w:val="0"/>
              <w:autoSpaceDN w:val="0"/>
              <w:spacing w:before="78" w:after="0" w:line="245" w:lineRule="auto"/>
              <w:ind w:left="72" w:right="43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496093" w:rsidRPr="003122E3" w:rsidRDefault="00496093" w:rsidP="00A72FAA">
      <w:pPr>
        <w:autoSpaceDE w:val="0"/>
        <w:autoSpaceDN w:val="0"/>
        <w:spacing w:after="0" w:line="14" w:lineRule="exact"/>
        <w:jc w:val="both"/>
        <w:rPr>
          <w:lang w:val="ru-RU"/>
        </w:rPr>
      </w:pPr>
    </w:p>
    <w:p w:rsidR="00496093" w:rsidRPr="003122E3" w:rsidRDefault="00496093" w:rsidP="00A72FAA">
      <w:pPr>
        <w:autoSpaceDE w:val="0"/>
        <w:autoSpaceDN w:val="0"/>
        <w:spacing w:after="66" w:line="220" w:lineRule="exact"/>
        <w:jc w:val="both"/>
        <w:rPr>
          <w:lang w:val="ru-RU"/>
        </w:rPr>
      </w:pPr>
      <w:bookmarkStart w:id="0" w:name="_GoBack"/>
      <w:bookmarkEnd w:id="0"/>
    </w:p>
    <w:tbl>
      <w:tblPr>
        <w:tblW w:w="0" w:type="auto"/>
        <w:tblInd w:w="6" w:type="dxa"/>
        <w:tblLayout w:type="fixed"/>
        <w:tblLook w:val="04A0"/>
      </w:tblPr>
      <w:tblGrid>
        <w:gridCol w:w="396"/>
        <w:gridCol w:w="4588"/>
        <w:gridCol w:w="528"/>
        <w:gridCol w:w="1104"/>
        <w:gridCol w:w="896"/>
        <w:gridCol w:w="1108"/>
        <w:gridCol w:w="3326"/>
        <w:gridCol w:w="1118"/>
        <w:gridCol w:w="2438"/>
      </w:tblGrid>
      <w:tr w:rsidR="00496093" w:rsidRPr="00D40119" w:rsidTr="00A72FAA">
        <w:trPr>
          <w:trHeight w:hRule="exact" w:val="5255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D26FFC" w:rsidRDefault="003122E3" w:rsidP="00A72FAA">
            <w:pPr>
              <w:autoSpaceDE w:val="0"/>
              <w:autoSpaceDN w:val="0"/>
              <w:spacing w:before="78" w:after="0" w:line="23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2.2.</w:t>
            </w: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6093" w:rsidRPr="00D26FFC" w:rsidRDefault="003122E3" w:rsidP="00A72FAA">
            <w:pPr>
              <w:autoSpaceDE w:val="0"/>
              <w:autoSpaceDN w:val="0"/>
              <w:spacing w:before="78" w:after="0" w:line="245" w:lineRule="auto"/>
              <w:ind w:left="72" w:right="43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Единицы массы — центнер, тонна; соотношения между единицами массы.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D26FFC" w:rsidRDefault="003122E3" w:rsidP="00A72FAA">
            <w:pPr>
              <w:autoSpaceDE w:val="0"/>
              <w:autoSpaceDN w:val="0"/>
              <w:spacing w:before="78" w:after="0" w:line="230" w:lineRule="auto"/>
              <w:ind w:left="6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D26FFC" w:rsidRDefault="003122E3" w:rsidP="00A72FAA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0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D26FFC" w:rsidRDefault="003122E3" w:rsidP="00A72FAA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0.25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D26FFC" w:rsidRDefault="003122E3" w:rsidP="00A72FAA">
            <w:pPr>
              <w:autoSpaceDE w:val="0"/>
              <w:autoSpaceDN w:val="0"/>
              <w:spacing w:before="78" w:after="0"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22.09.2022 23.09.2022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D26FFC" w:rsidRDefault="003122E3" w:rsidP="00A72FAA">
            <w:pPr>
              <w:autoSpaceDE w:val="0"/>
              <w:autoSpaceDN w:val="0"/>
              <w:spacing w:before="78" w:after="0" w:line="252" w:lineRule="auto"/>
              <w:ind w:left="74" w:right="14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Комментирование. Представление значения величины в разных единицах, пошаговый переход от более крупных единиц </w:t>
            </w:r>
            <w:proofErr w:type="gramStart"/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к</w:t>
            </w:r>
            <w:proofErr w:type="gramEnd"/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более мелким; </w:t>
            </w:r>
            <w:r w:rsidRPr="00D26F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Практические работы: сравнение величин и выполнение действий </w:t>
            </w:r>
            <w:r w:rsidRPr="00D26F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(увеличение/уменьшение на/в) с величинами;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D26FFC" w:rsidRDefault="003122E3" w:rsidP="00A72FAA">
            <w:pPr>
              <w:autoSpaceDE w:val="0"/>
              <w:autoSpaceDN w:val="0"/>
              <w:spacing w:before="78" w:after="0" w:line="252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Устный </w:t>
            </w:r>
            <w:r w:rsidRPr="00D26F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опрос; </w:t>
            </w:r>
            <w:r w:rsidRPr="00D26F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Практическая работа; </w:t>
            </w:r>
            <w:r w:rsidRPr="00D26F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Тестирование;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D26FFC" w:rsidRDefault="00666FDC" w:rsidP="00A72FAA">
            <w:pPr>
              <w:autoSpaceDE w:val="0"/>
              <w:autoSpaceDN w:val="0"/>
              <w:spacing w:before="78" w:after="0" w:line="245" w:lineRule="auto"/>
              <w:ind w:left="72" w:right="43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26F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Инфоурок</w:t>
            </w:r>
            <w:proofErr w:type="spellEnd"/>
            <w:r w:rsidRPr="00D26F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Урок «Единицы массы» - </w:t>
            </w:r>
            <w:hyperlink r:id="rId12" w:history="1"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https://infourok.ru/otkrytyj-urok-matematiki-v-4-klasse-po-teme-edinicy-massy-tonna-i-centner-i-sootnoshenie-mezhdu-nimi-5411832.html</w:t>
              </w:r>
            </w:hyperlink>
          </w:p>
          <w:p w:rsidR="00666FDC" w:rsidRPr="00D26FFC" w:rsidRDefault="00666FDC" w:rsidP="00A72FAA">
            <w:pPr>
              <w:autoSpaceDE w:val="0"/>
              <w:autoSpaceDN w:val="0"/>
              <w:spacing w:before="78" w:after="0" w:line="245" w:lineRule="auto"/>
              <w:ind w:left="72" w:right="43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26F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Инфоурок</w:t>
            </w:r>
            <w:proofErr w:type="spellEnd"/>
            <w:r w:rsidRPr="00D26F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Урок Соотношение между единицами </w:t>
            </w:r>
            <w:proofErr w:type="spellStart"/>
            <w:r w:rsidRPr="00D26F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мссы</w:t>
            </w:r>
            <w:proofErr w:type="spellEnd"/>
            <w:r w:rsidRPr="00D26F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» - </w:t>
            </w:r>
            <w:hyperlink r:id="rId13" w:history="1"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https://youtu.be/YIYrffEKrdA</w:t>
              </w:r>
            </w:hyperlink>
          </w:p>
          <w:p w:rsidR="00666FDC" w:rsidRPr="00D26FFC" w:rsidRDefault="00666FDC" w:rsidP="00A72FAA">
            <w:pPr>
              <w:autoSpaceDE w:val="0"/>
              <w:autoSpaceDN w:val="0"/>
              <w:spacing w:before="78" w:after="0" w:line="245" w:lineRule="auto"/>
              <w:ind w:left="72" w:right="43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66FDC" w:rsidRPr="00D26FFC" w:rsidRDefault="00666FDC" w:rsidP="00A72FAA">
            <w:pPr>
              <w:autoSpaceDE w:val="0"/>
              <w:autoSpaceDN w:val="0"/>
              <w:spacing w:before="78" w:after="0" w:line="245" w:lineRule="auto"/>
              <w:ind w:left="72" w:right="43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66FDC" w:rsidRPr="00D26FFC" w:rsidRDefault="00666FDC" w:rsidP="00A72FAA">
            <w:pPr>
              <w:autoSpaceDE w:val="0"/>
              <w:autoSpaceDN w:val="0"/>
              <w:spacing w:before="78" w:after="0" w:line="245" w:lineRule="auto"/>
              <w:ind w:left="72" w:right="43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96093" w:rsidRPr="00D40119" w:rsidTr="00A72FAA">
        <w:trPr>
          <w:trHeight w:hRule="exact" w:val="340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D26FFC" w:rsidRDefault="003122E3" w:rsidP="00A72FAA">
            <w:pPr>
              <w:autoSpaceDE w:val="0"/>
              <w:autoSpaceDN w:val="0"/>
              <w:spacing w:before="78" w:after="0" w:line="23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2.3.</w:t>
            </w: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6093" w:rsidRPr="00D26FFC" w:rsidRDefault="003122E3" w:rsidP="00A72FAA">
            <w:pPr>
              <w:autoSpaceDE w:val="0"/>
              <w:autoSpaceDN w:val="0"/>
              <w:spacing w:before="78" w:after="0" w:line="245" w:lineRule="auto"/>
              <w:ind w:left="72" w:right="8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Единицы времени (сутки, неделя, месяц, год, век), соотношение между ними. </w:t>
            </w:r>
            <w:proofErr w:type="spellStart"/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Календарь</w:t>
            </w:r>
            <w:proofErr w:type="spellEnd"/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D26FFC" w:rsidRDefault="003122E3" w:rsidP="00A72FAA">
            <w:pPr>
              <w:autoSpaceDE w:val="0"/>
              <w:autoSpaceDN w:val="0"/>
              <w:spacing w:before="78" w:after="0" w:line="230" w:lineRule="auto"/>
              <w:ind w:left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D26FFC" w:rsidRDefault="003122E3" w:rsidP="00A72FAA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D26FFC" w:rsidRDefault="003122E3" w:rsidP="00A72FAA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0.25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D26FFC" w:rsidRDefault="003122E3" w:rsidP="00A72FAA">
            <w:pPr>
              <w:autoSpaceDE w:val="0"/>
              <w:autoSpaceDN w:val="0"/>
              <w:spacing w:before="78" w:after="0"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26.09.2022 27.09.2022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D26FFC" w:rsidRDefault="003122E3" w:rsidP="00A72FAA">
            <w:pPr>
              <w:autoSpaceDE w:val="0"/>
              <w:autoSpaceDN w:val="0"/>
              <w:spacing w:before="78" w:after="0" w:line="254" w:lineRule="auto"/>
              <w:ind w:left="74" w:right="14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Комментирование. Представление значения величины в разных единицах, пошаговый переход от более крупных единиц </w:t>
            </w:r>
            <w:proofErr w:type="gramStart"/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к</w:t>
            </w:r>
            <w:proofErr w:type="gramEnd"/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более мелким; </w:t>
            </w:r>
            <w:r w:rsidRPr="00D26F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Практические работы: сравнение величин и выполнение действий </w:t>
            </w:r>
            <w:r w:rsidRPr="00D26F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(увеличение/уменьшение на/в) с величинами;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D26FFC" w:rsidRDefault="003122E3" w:rsidP="00A72FAA">
            <w:pPr>
              <w:autoSpaceDE w:val="0"/>
              <w:autoSpaceDN w:val="0"/>
              <w:spacing w:before="78" w:after="0" w:line="252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Письменный </w:t>
            </w:r>
            <w:r w:rsidRPr="00D26F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контроль; </w:t>
            </w:r>
            <w:r w:rsidRPr="00D26F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Практическая работа; </w:t>
            </w:r>
            <w:r w:rsidRPr="00D26F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Тестирование;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D26FFC" w:rsidRDefault="00666FDC" w:rsidP="00A72FAA">
            <w:pPr>
              <w:autoSpaceDE w:val="0"/>
              <w:autoSpaceDN w:val="0"/>
              <w:spacing w:before="78" w:after="0" w:line="245" w:lineRule="auto"/>
              <w:ind w:left="72" w:right="432"/>
              <w:jc w:val="both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РЭШ. Урок «единицы времени» - </w:t>
            </w:r>
            <w:hyperlink r:id="rId14" w:history="1">
              <w:r w:rsidRPr="00D26FFC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https://resh.edu.ru/subject/lesson/4578/start/214644/</w:t>
              </w:r>
            </w:hyperlink>
          </w:p>
          <w:p w:rsidR="00666FDC" w:rsidRPr="00D26FFC" w:rsidRDefault="00666FDC" w:rsidP="00A72FAA">
            <w:pPr>
              <w:autoSpaceDE w:val="0"/>
              <w:autoSpaceDN w:val="0"/>
              <w:spacing w:before="78" w:after="0" w:line="245" w:lineRule="auto"/>
              <w:ind w:left="72" w:right="43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96093" w:rsidRPr="00D40119" w:rsidTr="005D6CFD">
        <w:trPr>
          <w:trHeight w:hRule="exact" w:val="340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D26FFC" w:rsidRDefault="003122E3" w:rsidP="00A72FAA">
            <w:pPr>
              <w:autoSpaceDE w:val="0"/>
              <w:autoSpaceDN w:val="0"/>
              <w:spacing w:before="76" w:after="0"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lastRenderedPageBreak/>
              <w:t>2.4.</w:t>
            </w: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6093" w:rsidRPr="00D26FFC" w:rsidRDefault="003122E3" w:rsidP="00A72FAA">
            <w:pPr>
              <w:autoSpaceDE w:val="0"/>
              <w:autoSpaceDN w:val="0"/>
              <w:spacing w:before="76" w:after="0" w:line="252" w:lineRule="auto"/>
              <w:ind w:left="72" w:right="14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Единицы длины (миллиметр, сантиметр, дециметр, метр, километр), площади (квадратный метр, квадратный </w:t>
            </w:r>
            <w:r w:rsidRPr="00D26F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дециметр, квадратный сантиметр), вместимости (литр), скорости (километры в  час, метры в  минуту, метры в </w:t>
            </w:r>
            <w:r w:rsidRPr="00D26F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секунду); соотношение между единицами в  пределах 100 000.</w:t>
            </w:r>
            <w:proofErr w:type="gramEnd"/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D26FFC" w:rsidRDefault="003122E3" w:rsidP="00A72FAA">
            <w:pPr>
              <w:autoSpaceDE w:val="0"/>
              <w:autoSpaceDN w:val="0"/>
              <w:spacing w:before="76" w:after="0" w:line="233" w:lineRule="auto"/>
              <w:ind w:left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6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D26FFC" w:rsidRDefault="003122E3" w:rsidP="00A72FAA">
            <w:pPr>
              <w:autoSpaceDE w:val="0"/>
              <w:autoSpaceDN w:val="0"/>
              <w:spacing w:before="76" w:after="0" w:line="233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D26FFC" w:rsidRDefault="003122E3" w:rsidP="00A72FAA">
            <w:pPr>
              <w:autoSpaceDE w:val="0"/>
              <w:autoSpaceDN w:val="0"/>
              <w:spacing w:before="76" w:after="0" w:line="233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0.75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D26FFC" w:rsidRDefault="003122E3" w:rsidP="00A72FAA">
            <w:pPr>
              <w:autoSpaceDE w:val="0"/>
              <w:autoSpaceDN w:val="0"/>
              <w:spacing w:before="76" w:after="0"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29.09.2022 07.10.2022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D26FFC" w:rsidRDefault="003122E3" w:rsidP="00A72FAA">
            <w:pPr>
              <w:autoSpaceDE w:val="0"/>
              <w:autoSpaceDN w:val="0"/>
              <w:spacing w:before="76" w:after="0" w:line="250" w:lineRule="auto"/>
              <w:ind w:left="74" w:right="14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Практические работы: сравнение величин и выполнение действий </w:t>
            </w:r>
            <w:r w:rsidRPr="00D26F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(увеличение/уменьшение на/в) с величинами;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D26FFC" w:rsidRDefault="003122E3" w:rsidP="00A72FAA">
            <w:pPr>
              <w:autoSpaceDE w:val="0"/>
              <w:autoSpaceDN w:val="0"/>
              <w:spacing w:before="76" w:after="0" w:line="252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Устный </w:t>
            </w:r>
            <w:r w:rsidRPr="00D26F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опрос; </w:t>
            </w:r>
            <w:r w:rsidRPr="00D26F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Практическая работа; </w:t>
            </w:r>
            <w:r w:rsidRPr="00D26F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Тестирование;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D6CFD" w:rsidRPr="00D26FFC" w:rsidRDefault="00666FDC" w:rsidP="00A72FAA">
            <w:pPr>
              <w:autoSpaceDE w:val="0"/>
              <w:autoSpaceDN w:val="0"/>
              <w:spacing w:before="76" w:after="0" w:line="245" w:lineRule="auto"/>
              <w:ind w:left="72" w:right="43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6F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РЭШ. Урок </w:t>
            </w:r>
            <w:r w:rsidR="005D6CFD" w:rsidRPr="00D26F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 Метр. Таблица единиц длины» - </w:t>
            </w:r>
            <w:hyperlink r:id="rId15" w:history="1">
              <w:r w:rsidR="005D6CFD"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https://resh.edu.ru/subject/lesson/4268/start/210582/</w:t>
              </w:r>
            </w:hyperlink>
          </w:p>
          <w:p w:rsidR="00496093" w:rsidRPr="00D26FFC" w:rsidRDefault="005D6CFD" w:rsidP="00A72FAA">
            <w:pPr>
              <w:autoSpaceDE w:val="0"/>
              <w:autoSpaceDN w:val="0"/>
              <w:spacing w:before="76" w:after="0" w:line="245" w:lineRule="auto"/>
              <w:ind w:left="72" w:right="43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6F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Урок </w:t>
            </w:r>
            <w:r w:rsidR="00666FDC" w:rsidRPr="00D26F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«Единицы площади» - </w:t>
            </w:r>
            <w:hyperlink r:id="rId16" w:history="1">
              <w:r w:rsidR="00666FDC"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https://resh.edu.ru/subject/lesson/3983/start/214334/</w:t>
              </w:r>
            </w:hyperlink>
          </w:p>
          <w:p w:rsidR="00666FDC" w:rsidRPr="00D26FFC" w:rsidRDefault="00666FDC" w:rsidP="00A72FAA">
            <w:pPr>
              <w:autoSpaceDE w:val="0"/>
              <w:autoSpaceDN w:val="0"/>
              <w:spacing w:before="76" w:after="0" w:line="245" w:lineRule="auto"/>
              <w:ind w:left="72" w:right="43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96093" w:rsidRPr="00D26FFC" w:rsidTr="005D6CFD">
        <w:trPr>
          <w:trHeight w:hRule="exact" w:val="454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D26FFC" w:rsidRDefault="003122E3" w:rsidP="00A72FAA">
            <w:pPr>
              <w:autoSpaceDE w:val="0"/>
              <w:autoSpaceDN w:val="0"/>
              <w:spacing w:before="78" w:after="0" w:line="23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2.5.</w:t>
            </w: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6093" w:rsidRPr="00D26FFC" w:rsidRDefault="003122E3" w:rsidP="00A72FAA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Доля величины времени, массы, длины.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D26FFC" w:rsidRDefault="003122E3" w:rsidP="00A72FAA">
            <w:pPr>
              <w:autoSpaceDE w:val="0"/>
              <w:autoSpaceDN w:val="0"/>
              <w:spacing w:before="78" w:after="0" w:line="230" w:lineRule="auto"/>
              <w:ind w:left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D26FFC" w:rsidRDefault="003122E3" w:rsidP="00A72FAA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D26FFC" w:rsidRDefault="003122E3" w:rsidP="00A72FAA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D26FFC" w:rsidRDefault="003122E3" w:rsidP="00A72FAA">
            <w:pPr>
              <w:autoSpaceDE w:val="0"/>
              <w:autoSpaceDN w:val="0"/>
              <w:spacing w:before="78" w:after="0"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08.10.2022 10.10.2022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D26FFC" w:rsidRDefault="003122E3" w:rsidP="00A72FAA">
            <w:pPr>
              <w:autoSpaceDE w:val="0"/>
              <w:autoSpaceDN w:val="0"/>
              <w:spacing w:before="78" w:after="0" w:line="254" w:lineRule="auto"/>
              <w:ind w:left="74" w:right="14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Выбор и использование соответствующей ситуации единицы измерения. Нахождение доли величины на основе содержательного смысла; </w:t>
            </w:r>
            <w:r w:rsidRPr="00D26F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Дифференцированное задание: оформление математической записи: запись в виде </w:t>
            </w:r>
            <w:r w:rsidRPr="00D26F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равенства (неравенства) результата </w:t>
            </w:r>
            <w:r w:rsidRPr="00D26F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разностного, кратного сравнения величин, увеличения/уменьшения значения величины в несколько раз;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D26FFC" w:rsidRDefault="003122E3" w:rsidP="00A72FAA">
            <w:pPr>
              <w:autoSpaceDE w:val="0"/>
              <w:autoSpaceDN w:val="0"/>
              <w:spacing w:before="78" w:after="0" w:line="245" w:lineRule="auto"/>
              <w:ind w:left="72" w:right="4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Устный</w:t>
            </w:r>
            <w:proofErr w:type="spellEnd"/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Pr="00D26FF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опрос</w:t>
            </w:r>
            <w:proofErr w:type="spellEnd"/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D6CFD" w:rsidRPr="00D26FFC" w:rsidRDefault="005D6CFD" w:rsidP="00A72FAA">
            <w:pPr>
              <w:autoSpaceDE w:val="0"/>
              <w:autoSpaceDN w:val="0"/>
              <w:spacing w:before="78" w:after="0" w:line="245" w:lineRule="auto"/>
              <w:ind w:left="72" w:right="432"/>
              <w:jc w:val="both"/>
            </w:pPr>
            <w:proofErr w:type="spellStart"/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Инфоурок</w:t>
            </w:r>
            <w:proofErr w:type="spellEnd"/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. </w:t>
            </w: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Урок</w:t>
            </w: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«</w:t>
            </w: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Доля</w:t>
            </w: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величины</w:t>
            </w: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времени</w:t>
            </w: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» -</w:t>
            </w:r>
            <w:r w:rsidRPr="00D26FFC">
              <w:t xml:space="preserve"> 4Hm3YrYNgczRAP7jbGCZ7vA8XwbBR8DWMU7Bm9FKZqjxQXPPcwMP1kDbK3mtBSdt2c6TmLCPiMSXa39uBiEBwkg4FW9DH2oqmJa3QMpEti</w:t>
            </w:r>
            <w:r w:rsidR="00D26FFC" w:rsidRPr="005C6675">
              <w:t xml:space="preserve"> </w:t>
            </w:r>
            <w:r w:rsidRPr="00D26FFC">
              <w:t xml:space="preserve">   </w:t>
            </w:r>
          </w:p>
          <w:p w:rsidR="005D6CFD" w:rsidRPr="00D26FFC" w:rsidRDefault="005D6CFD" w:rsidP="00A72FAA">
            <w:pPr>
              <w:autoSpaceDE w:val="0"/>
              <w:autoSpaceDN w:val="0"/>
              <w:spacing w:before="78" w:after="0" w:line="245" w:lineRule="auto"/>
              <w:ind w:left="72" w:right="4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093" w:rsidRPr="00D26FFC">
        <w:trPr>
          <w:trHeight w:hRule="exact" w:val="348"/>
        </w:trPr>
        <w:tc>
          <w:tcPr>
            <w:tcW w:w="4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6093" w:rsidRPr="00D26FFC" w:rsidRDefault="003122E3" w:rsidP="00A72FAA">
            <w:pPr>
              <w:autoSpaceDE w:val="0"/>
              <w:autoSpaceDN w:val="0"/>
              <w:spacing w:before="76" w:after="0" w:line="233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D26FFC" w:rsidRDefault="003122E3" w:rsidP="00A72FAA">
            <w:pPr>
              <w:autoSpaceDE w:val="0"/>
              <w:autoSpaceDN w:val="0"/>
              <w:spacing w:before="76" w:after="0" w:line="233" w:lineRule="auto"/>
              <w:ind w:left="6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12</w:t>
            </w:r>
          </w:p>
        </w:tc>
        <w:tc>
          <w:tcPr>
            <w:tcW w:w="99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D26FFC" w:rsidRDefault="00496093" w:rsidP="00A72F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96093" w:rsidRPr="00D26FFC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D26FFC" w:rsidRDefault="003122E3" w:rsidP="00A72FAA">
            <w:pPr>
              <w:autoSpaceDE w:val="0"/>
              <w:autoSpaceDN w:val="0"/>
              <w:spacing w:before="76" w:after="0" w:line="233" w:lineRule="auto"/>
              <w:ind w:left="7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26FFC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Раздел 3. Арифметические действия</w:t>
            </w:r>
          </w:p>
        </w:tc>
      </w:tr>
      <w:tr w:rsidR="00496093" w:rsidRPr="00D40119" w:rsidTr="00FF6B2E">
        <w:trPr>
          <w:trHeight w:hRule="exact" w:val="511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D26FFC" w:rsidRDefault="003122E3" w:rsidP="00A72FAA">
            <w:pPr>
              <w:autoSpaceDE w:val="0"/>
              <w:autoSpaceDN w:val="0"/>
              <w:spacing w:before="76" w:after="0"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lastRenderedPageBreak/>
              <w:t>3.1.</w:t>
            </w: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6093" w:rsidRPr="00D26FFC" w:rsidRDefault="003122E3" w:rsidP="00A72FAA">
            <w:pPr>
              <w:autoSpaceDE w:val="0"/>
              <w:autoSpaceDN w:val="0"/>
              <w:spacing w:before="76" w:after="0" w:line="245" w:lineRule="auto"/>
              <w:ind w:left="72" w:right="28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Письменное сложение, вычитание многозначных чисел в пределах миллиона.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D26FFC" w:rsidRDefault="003122E3" w:rsidP="00A72FAA">
            <w:pPr>
              <w:autoSpaceDE w:val="0"/>
              <w:autoSpaceDN w:val="0"/>
              <w:spacing w:before="76" w:after="0" w:line="233" w:lineRule="auto"/>
              <w:ind w:left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D26FFC" w:rsidRDefault="003122E3" w:rsidP="00A72FAA">
            <w:pPr>
              <w:autoSpaceDE w:val="0"/>
              <w:autoSpaceDN w:val="0"/>
              <w:spacing w:before="76" w:after="0" w:line="233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D26FFC" w:rsidRDefault="003122E3" w:rsidP="00A72FAA">
            <w:pPr>
              <w:autoSpaceDE w:val="0"/>
              <w:autoSpaceDN w:val="0"/>
              <w:spacing w:before="76" w:after="0" w:line="233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0.25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D26FFC" w:rsidRDefault="003122E3" w:rsidP="00A72FAA">
            <w:pPr>
              <w:autoSpaceDE w:val="0"/>
              <w:autoSpaceDN w:val="0"/>
              <w:spacing w:before="76" w:after="0"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11.10.2022 14.10.2022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D26FFC" w:rsidRDefault="003122E3" w:rsidP="00A72FAA">
            <w:pPr>
              <w:autoSpaceDE w:val="0"/>
              <w:autoSpaceDN w:val="0"/>
              <w:spacing w:before="76" w:after="0" w:line="254" w:lineRule="auto"/>
              <w:ind w:left="7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Алгоритмы письменных вычислений; </w:t>
            </w:r>
            <w:r w:rsidRPr="00D26F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Применение приёмов устных вычислений, основанных на знании свойств </w:t>
            </w:r>
            <w:r w:rsidRPr="00D26F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арифметических действий и состава числа; Практические работы: выполнение сложения и вычитания по алгоритму в пределах 100 000; </w:t>
            </w:r>
            <w:r w:rsidR="00FF6B2E"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выполнение умножения и деления.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D26FFC" w:rsidRDefault="003122E3" w:rsidP="00A72FAA">
            <w:pPr>
              <w:autoSpaceDE w:val="0"/>
              <w:autoSpaceDN w:val="0"/>
              <w:spacing w:before="76" w:after="0" w:line="25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Устный</w:t>
            </w:r>
            <w:proofErr w:type="spellEnd"/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Pr="00D26FF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опрос</w:t>
            </w:r>
            <w:proofErr w:type="spellEnd"/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; </w:t>
            </w:r>
            <w:r w:rsidRPr="00D26FF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Практическая</w:t>
            </w:r>
            <w:proofErr w:type="spellEnd"/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работа</w:t>
            </w:r>
            <w:proofErr w:type="spellEnd"/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D26FFC" w:rsidRDefault="00FF6B2E" w:rsidP="00A72FAA">
            <w:pPr>
              <w:autoSpaceDE w:val="0"/>
              <w:autoSpaceDN w:val="0"/>
              <w:spacing w:before="76" w:after="0" w:line="245" w:lineRule="auto"/>
              <w:ind w:left="72" w:right="43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6F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6FFC">
              <w:rPr>
                <w:rFonts w:ascii="Times New Roman" w:hAnsi="Times New Roman" w:cs="Times New Roman"/>
                <w:sz w:val="24"/>
                <w:szCs w:val="24"/>
              </w:rPr>
              <w:t>Youtub</w:t>
            </w:r>
            <w:proofErr w:type="spellEnd"/>
            <w:r w:rsidRPr="00D26F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gramStart"/>
            <w:r w:rsidRPr="00D26F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Урок «Письменное сложение, вычитание многозначных чисел в пределах миллиона». - </w:t>
            </w:r>
            <w:hyperlink r:id="rId17" w:history="1"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proofErr w:type="spellStart"/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</w:rPr>
                <w:t>yandex</w:t>
              </w:r>
              <w:proofErr w:type="spellEnd"/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</w:rPr>
                <w:t>video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</w:rPr>
                <w:t>preview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  <w:lang w:val="ru-RU"/>
                </w:rPr>
                <w:t>/?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</w:rPr>
                <w:t>text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  <w:lang w:val="ru-RU"/>
                </w:rPr>
                <w:t>=%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  <w:lang w:val="ru-RU"/>
                </w:rPr>
                <w:t>0%9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  <w:lang w:val="ru-RU"/>
                </w:rPr>
                <w:t>%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  <w:lang w:val="ru-RU"/>
                </w:rPr>
                <w:t>0%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</w:rPr>
                <w:t>B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  <w:lang w:val="ru-RU"/>
                </w:rPr>
                <w:t>8%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  <w:lang w:val="ru-RU"/>
                </w:rPr>
                <w:t>1%81%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  <w:lang w:val="ru-RU"/>
                </w:rPr>
                <w:t>1%8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</w:rPr>
                <w:t>C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  <w:lang w:val="ru-RU"/>
                </w:rPr>
                <w:t>%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  <w:lang w:val="ru-RU"/>
                </w:rPr>
                <w:t>0%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</w:rPr>
                <w:t>BC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  <w:lang w:val="ru-RU"/>
                </w:rPr>
                <w:t>%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  <w:lang w:val="ru-RU"/>
                </w:rPr>
                <w:t>0%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</w:rPr>
                <w:t>B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  <w:lang w:val="ru-RU"/>
                </w:rPr>
                <w:t>5%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  <w:lang w:val="ru-RU"/>
                </w:rPr>
                <w:t>0%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</w:rPr>
                <w:t>BD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  <w:lang w:val="ru-RU"/>
                </w:rPr>
                <w:t>%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  <w:lang w:val="ru-RU"/>
                </w:rPr>
                <w:t>0%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</w:rPr>
                <w:t>BD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  <w:lang w:val="ru-RU"/>
                </w:rPr>
                <w:t>%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  <w:lang w:val="ru-RU"/>
                </w:rPr>
                <w:t>0%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</w:rPr>
                <w:t>BE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  <w:lang w:val="ru-RU"/>
                </w:rPr>
                <w:t>%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  <w:lang w:val="ru-RU"/>
                </w:rPr>
                <w:t>0%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</w:rPr>
                <w:t>B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  <w:lang w:val="ru-RU"/>
                </w:rPr>
                <w:t>5%20%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  <w:lang w:val="ru-RU"/>
                </w:rPr>
                <w:t>1%81%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  <w:lang w:val="ru-RU"/>
                </w:rPr>
                <w:t>0%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</w:rPr>
                <w:t>BB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  <w:lang w:val="ru-RU"/>
                </w:rPr>
                <w:t>%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  <w:lang w:val="ru-RU"/>
                </w:rPr>
                <w:t>0%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</w:rPr>
                <w:t>BE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  <w:lang w:val="ru-RU"/>
                </w:rPr>
                <w:t>%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  <w:lang w:val="ru-RU"/>
                </w:rPr>
                <w:t>0%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</w:rPr>
                <w:t>B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  <w:lang w:val="ru-RU"/>
                </w:rPr>
                <w:t>6%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  <w:lang w:val="ru-RU"/>
                </w:rPr>
                <w:t>0%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</w:rPr>
                <w:t>B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  <w:lang w:val="ru-RU"/>
                </w:rPr>
                <w:t>5%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  <w:lang w:val="ru-RU"/>
                </w:rPr>
                <w:t>0%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</w:rPr>
                <w:t>BD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  <w:lang w:val="ru-RU"/>
                </w:rPr>
                <w:t>%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  <w:lang w:val="ru-RU"/>
                </w:rPr>
                <w:t>0%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</w:rPr>
                <w:t>B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  <w:lang w:val="ru-RU"/>
                </w:rPr>
                <w:t>8%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  <w:lang w:val="ru-RU"/>
                </w:rPr>
                <w:t>0%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</w:rPr>
                <w:t>B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  <w:lang w:val="ru-RU"/>
                </w:rPr>
                <w:t>5%20%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  <w:lang w:val="ru-RU"/>
                </w:rPr>
                <w:t>0%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</w:rPr>
                <w:t>BC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  <w:lang w:val="ru-RU"/>
                </w:rPr>
                <w:t>%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  <w:lang w:val="ru-RU"/>
                </w:rPr>
                <w:t>0%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</w:rPr>
                <w:t>BD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  <w:lang w:val="ru-RU"/>
                </w:rPr>
                <w:t>%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  <w:lang w:val="ru-RU"/>
                </w:rPr>
                <w:t>0%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</w:rPr>
                <w:t>BE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  <w:lang w:val="ru-RU"/>
                </w:rPr>
                <w:t>%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  <w:lang w:val="ru-RU"/>
                </w:rPr>
                <w:t>0</w:t>
              </w:r>
              <w:proofErr w:type="gramEnd"/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  <w:lang w:val="ru-RU"/>
                </w:rPr>
                <w:t>%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</w:rPr>
                <w:t>B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  <w:lang w:val="ru-RU"/>
                </w:rPr>
                <w:t>3%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  <w:lang w:val="ru-RU"/>
                </w:rPr>
                <w:t>0%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</w:rPr>
                <w:t>BE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  <w:lang w:val="ru-RU"/>
                </w:rPr>
                <w:t>%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  <w:lang w:val="ru-RU"/>
                </w:rPr>
                <w:t>0%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</w:rPr>
                <w:t>B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  <w:lang w:val="ru-RU"/>
                </w:rPr>
                <w:t>7%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  <w:lang w:val="ru-RU"/>
                </w:rPr>
                <w:t>0%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</w:rPr>
                <w:t>BD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  <w:lang w:val="ru-RU"/>
                </w:rPr>
                <w:t>%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  <w:lang w:val="ru-RU"/>
                </w:rPr>
                <w:t>0%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</w:rPr>
                <w:t>B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  <w:lang w:val="ru-RU"/>
                </w:rPr>
                <w:t>0%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  <w:lang w:val="ru-RU"/>
                </w:rPr>
                <w:t>1%87%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  <w:lang w:val="ru-RU"/>
                </w:rPr>
                <w:t>0%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</w:rPr>
                <w:t>BD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  <w:lang w:val="ru-RU"/>
                </w:rPr>
                <w:t>%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  <w:lang w:val="ru-RU"/>
                </w:rPr>
                <w:t>1%8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</w:rPr>
                <w:t>B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  <w:lang w:val="ru-RU"/>
                </w:rPr>
                <w:t>%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  <w:lang w:val="ru-RU"/>
                </w:rPr>
                <w:t>1%85%20%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  <w:lang w:val="ru-RU"/>
                </w:rPr>
                <w:t>1%87%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  <w:lang w:val="ru-RU"/>
                </w:rPr>
                <w:t>0%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</w:rPr>
                <w:t>B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  <w:lang w:val="ru-RU"/>
                </w:rPr>
                <w:t>8%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  <w:lang w:val="ru-RU"/>
                </w:rPr>
                <w:t>1%81%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  <w:lang w:val="ru-RU"/>
                </w:rPr>
                <w:t>0%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</w:rPr>
                <w:t>B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  <w:lang w:val="ru-RU"/>
                </w:rPr>
                <w:t>5%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  <w:lang w:val="ru-RU"/>
                </w:rPr>
                <w:t>0%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</w:rPr>
                <w:t>BB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  <w:lang w:val="ru-RU"/>
                </w:rPr>
                <w:t>%20%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  <w:lang w:val="ru-RU"/>
                </w:rPr>
                <w:t>0%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</w:rPr>
                <w:t>B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  <w:lang w:val="ru-RU"/>
                </w:rPr>
                <w:t>2%20%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  <w:lang w:val="ru-RU"/>
                </w:rPr>
                <w:t>0%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</w:rPr>
                <w:t>BF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  <w:lang w:val="ru-RU"/>
                </w:rPr>
                <w:t>%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  <w:lang w:val="ru-RU"/>
                </w:rPr>
                <w:t>1%80%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  <w:lang w:val="ru-RU"/>
                </w:rPr>
                <w:t>0%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</w:rPr>
                <w:t>B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  <w:lang w:val="ru-RU"/>
                </w:rPr>
                <w:t>5%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  <w:lang w:val="ru-RU"/>
                </w:rPr>
                <w:t>0%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</w:rPr>
                <w:t>B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  <w:lang w:val="ru-RU"/>
                </w:rPr>
                <w:t>4%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  <w:lang w:val="ru-RU"/>
                </w:rPr>
                <w:t>0%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</w:rPr>
                <w:t>B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  <w:lang w:val="ru-RU"/>
                </w:rPr>
                <w:t>5%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  <w:lang w:val="ru-RU"/>
                </w:rPr>
                <w:t>0%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</w:rPr>
                <w:t>BB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  <w:lang w:val="ru-RU"/>
                </w:rPr>
                <w:t>%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  <w:lang w:val="ru-RU"/>
                </w:rPr>
                <w:t>0%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</w:rPr>
                <w:t>B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  <w:lang w:val="ru-RU"/>
                </w:rPr>
                <w:t>0%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  <w:lang w:val="ru-RU"/>
                </w:rPr>
                <w:t>1%85%20%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  <w:lang w:val="ru-RU"/>
                </w:rPr>
                <w:t>0%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</w:rPr>
                <w:t>BC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  <w:lang w:val="ru-RU"/>
                </w:rPr>
                <w:t>%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  <w:lang w:val="ru-RU"/>
                </w:rPr>
                <w:t>0%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</w:rPr>
                <w:t>B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  <w:lang w:val="ru-RU"/>
                </w:rPr>
                <w:t>8%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  <w:lang w:val="ru-RU"/>
                </w:rPr>
                <w:t>0%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</w:rPr>
                <w:t>BB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  <w:lang w:val="ru-RU"/>
                </w:rPr>
                <w:t>%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  <w:lang w:val="ru-RU"/>
                </w:rPr>
                <w:t>0%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</w:rPr>
                <w:t>BB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  <w:lang w:val="ru-RU"/>
                </w:rPr>
                <w:t>%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  <w:lang w:val="ru-RU"/>
                </w:rPr>
                <w:t>0%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</w:rPr>
                <w:t>B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  <w:lang w:val="ru-RU"/>
                </w:rPr>
                <w:t>8%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  <w:lang w:val="ru-RU"/>
                </w:rPr>
                <w:t>0%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</w:rPr>
                <w:t>BE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  <w:lang w:val="ru-RU"/>
                </w:rPr>
                <w:t>%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  <w:lang w:val="ru-RU"/>
                </w:rPr>
                <w:t>0%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</w:rPr>
                <w:t>BD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  <w:lang w:val="ru-RU"/>
                </w:rPr>
                <w:t>%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  <w:lang w:val="ru-RU"/>
                </w:rPr>
                <w:t>0%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</w:rPr>
                <w:t>B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  <w:lang w:val="ru-RU"/>
                </w:rPr>
                <w:t>0.&amp;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</w:rPr>
                <w:t>path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  <w:lang w:val="ru-RU"/>
                </w:rPr>
                <w:t>=</w:t>
              </w:r>
              <w:proofErr w:type="spellStart"/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</w:rPr>
                <w:t>yandex</w:t>
              </w:r>
              <w:proofErr w:type="spellEnd"/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  <w:lang w:val="ru-RU"/>
                </w:rPr>
                <w:t>_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</w:rPr>
                <w:t>search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  <w:lang w:val="ru-RU"/>
                </w:rPr>
                <w:t>&amp;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</w:rPr>
                <w:t>parent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</w:rPr>
                <w:t>reqid</w:t>
              </w:r>
              <w:proofErr w:type="spellEnd"/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  <w:lang w:val="ru-RU"/>
                </w:rPr>
                <w:t>=1654316694028069-7704845438805616577-</w:t>
              </w:r>
              <w:proofErr w:type="spellStart"/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</w:rPr>
                <w:t>vla</w:t>
              </w:r>
              <w:proofErr w:type="spellEnd"/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  <w:lang w:val="ru-RU"/>
                </w:rPr>
                <w:t>1-2630-</w:t>
              </w:r>
              <w:proofErr w:type="spellStart"/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</w:rPr>
                <w:t>vla</w:t>
              </w:r>
              <w:proofErr w:type="spellEnd"/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</w:rPr>
                <w:t>l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  <w:lang w:val="ru-RU"/>
                </w:rPr>
                <w:t>7-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</w:rPr>
                <w:t>balancer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  <w:lang w:val="ru-RU"/>
                </w:rPr>
                <w:t>-8080-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</w:rPr>
                <w:t>BAL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  <w:lang w:val="ru-RU"/>
                </w:rPr>
                <w:t>-5894&amp;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</w:rPr>
                <w:t>from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  <w:lang w:val="ru-RU"/>
                </w:rPr>
                <w:t>_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</w:rPr>
                <w:t>type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  <w:lang w:val="ru-RU"/>
                </w:rPr>
                <w:t>=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</w:rPr>
                <w:t>vast</w:t>
              </w:r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  <w:lang w:val="ru-RU"/>
                </w:rPr>
                <w:t>&amp;</w:t>
              </w:r>
              <w:proofErr w:type="spellStart"/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</w:rPr>
                <w:t>filmId</w:t>
              </w:r>
              <w:proofErr w:type="spellEnd"/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  <w:lang w:val="ru-RU"/>
                </w:rPr>
                <w:t>=17695325451371893464</w:t>
              </w:r>
            </w:hyperlink>
          </w:p>
          <w:p w:rsidR="00FF6B2E" w:rsidRPr="00D26FFC" w:rsidRDefault="00FF6B2E" w:rsidP="00A72FAA">
            <w:pPr>
              <w:autoSpaceDE w:val="0"/>
              <w:autoSpaceDN w:val="0"/>
              <w:spacing w:before="76" w:after="0" w:line="245" w:lineRule="auto"/>
              <w:ind w:left="72" w:right="43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96093" w:rsidRPr="00D40119" w:rsidTr="00FF6B2E">
        <w:trPr>
          <w:trHeight w:hRule="exact" w:val="282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D26FFC" w:rsidRDefault="003122E3" w:rsidP="00A72FAA">
            <w:pPr>
              <w:autoSpaceDE w:val="0"/>
              <w:autoSpaceDN w:val="0"/>
              <w:spacing w:before="78" w:after="0" w:line="23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3.2.</w:t>
            </w: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6093" w:rsidRPr="00D26FFC" w:rsidRDefault="003122E3" w:rsidP="00A72FAA">
            <w:pPr>
              <w:autoSpaceDE w:val="0"/>
              <w:autoSpaceDN w:val="0"/>
              <w:spacing w:before="78" w:after="0" w:line="247" w:lineRule="auto"/>
              <w:ind w:left="72" w:right="14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Письменное умножение, деление многозначных чисел на однозначное/ двузначное число; деление с остатком (запись уголком) в пределах 100 000.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D26FFC" w:rsidRDefault="003122E3" w:rsidP="00A72FAA">
            <w:pPr>
              <w:autoSpaceDE w:val="0"/>
              <w:autoSpaceDN w:val="0"/>
              <w:spacing w:before="78" w:after="0" w:line="230" w:lineRule="auto"/>
              <w:ind w:left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D26FFC" w:rsidRDefault="003122E3" w:rsidP="00A72FAA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D26FFC" w:rsidRDefault="003122E3" w:rsidP="00A72FAA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0.75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D26FFC" w:rsidRDefault="003122E3" w:rsidP="00A72FAA">
            <w:pPr>
              <w:autoSpaceDE w:val="0"/>
              <w:autoSpaceDN w:val="0"/>
              <w:spacing w:before="78" w:after="0"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17.10.2022 11.11.2022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D26FFC" w:rsidRDefault="003122E3" w:rsidP="00A72FAA">
            <w:pPr>
              <w:autoSpaceDE w:val="0"/>
              <w:autoSpaceDN w:val="0"/>
              <w:spacing w:before="78" w:after="0" w:line="250" w:lineRule="auto"/>
              <w:ind w:left="7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Алгоритмы письменных вычислений; </w:t>
            </w:r>
            <w:r w:rsidRPr="00D26F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Работа в группах: приведение примеров, </w:t>
            </w:r>
            <w:r w:rsidRPr="00D26F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иллюстрирующих смысл и ход выполнения арифметических действий, свойства действий;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D26FFC" w:rsidRDefault="003122E3" w:rsidP="00A72FAA">
            <w:pPr>
              <w:autoSpaceDE w:val="0"/>
              <w:autoSpaceDN w:val="0"/>
              <w:spacing w:before="78" w:after="0" w:line="252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Устный </w:t>
            </w:r>
            <w:r w:rsidRPr="00D26F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опрос; </w:t>
            </w:r>
            <w:r w:rsidRPr="00D26F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Письменный контроль; </w:t>
            </w:r>
            <w:r w:rsidRPr="00D26F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Практическая работа;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D26FFC" w:rsidRDefault="00FF6B2E" w:rsidP="00A72FAA">
            <w:pPr>
              <w:autoSpaceDE w:val="0"/>
              <w:autoSpaceDN w:val="0"/>
              <w:spacing w:before="78" w:after="0" w:line="245" w:lineRule="auto"/>
              <w:ind w:left="72" w:right="43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6F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РЭШ. Урок «Приёмы письменного деления на однозначное число»  - </w:t>
            </w:r>
            <w:hyperlink r:id="rId18" w:history="1"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https://resh.edu.ru/subject/lesson/5714/start/294023/</w:t>
              </w:r>
            </w:hyperlink>
          </w:p>
          <w:p w:rsidR="00FF6B2E" w:rsidRPr="00D26FFC" w:rsidRDefault="00FF6B2E" w:rsidP="00A72FAA">
            <w:pPr>
              <w:autoSpaceDE w:val="0"/>
              <w:autoSpaceDN w:val="0"/>
              <w:spacing w:before="78" w:after="0" w:line="245" w:lineRule="auto"/>
              <w:ind w:left="72" w:right="43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96093" w:rsidRPr="00D40119" w:rsidTr="00FF6B2E">
        <w:trPr>
          <w:trHeight w:hRule="exact" w:val="296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D26FFC" w:rsidRDefault="003122E3" w:rsidP="00A72FAA">
            <w:pPr>
              <w:autoSpaceDE w:val="0"/>
              <w:autoSpaceDN w:val="0"/>
              <w:spacing w:before="76" w:after="0"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3.3.</w:t>
            </w: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6093" w:rsidRPr="00D26FFC" w:rsidRDefault="003122E3" w:rsidP="00A72FAA">
            <w:pPr>
              <w:autoSpaceDE w:val="0"/>
              <w:autoSpaceDN w:val="0"/>
              <w:spacing w:before="76" w:after="0" w:line="233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Умножение/деление на 10, 100, 1000.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D26FFC" w:rsidRDefault="003122E3" w:rsidP="00A72FAA">
            <w:pPr>
              <w:autoSpaceDE w:val="0"/>
              <w:autoSpaceDN w:val="0"/>
              <w:spacing w:before="76" w:after="0" w:line="233" w:lineRule="auto"/>
              <w:ind w:left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D26FFC" w:rsidRDefault="003122E3" w:rsidP="00A72FAA">
            <w:pPr>
              <w:autoSpaceDE w:val="0"/>
              <w:autoSpaceDN w:val="0"/>
              <w:spacing w:before="76" w:after="0" w:line="233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D26FFC" w:rsidRDefault="003122E3" w:rsidP="00A72FAA">
            <w:pPr>
              <w:autoSpaceDE w:val="0"/>
              <w:autoSpaceDN w:val="0"/>
              <w:spacing w:before="76" w:after="0" w:line="233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0.25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D26FFC" w:rsidRDefault="003122E3" w:rsidP="00A72FAA">
            <w:pPr>
              <w:autoSpaceDE w:val="0"/>
              <w:autoSpaceDN w:val="0"/>
              <w:spacing w:before="76" w:after="0"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14.11.2022 15.11.2022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D26FFC" w:rsidRDefault="003122E3" w:rsidP="00A72FAA">
            <w:pPr>
              <w:autoSpaceDE w:val="0"/>
              <w:autoSpaceDN w:val="0"/>
              <w:spacing w:before="76" w:after="0" w:line="245" w:lineRule="auto"/>
              <w:ind w:left="74" w:right="28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Умножение и деление круглых чисел (в том числе на 10, 100, 1000);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D26FFC" w:rsidRDefault="003122E3" w:rsidP="00A72FAA">
            <w:pPr>
              <w:autoSpaceDE w:val="0"/>
              <w:autoSpaceDN w:val="0"/>
              <w:spacing w:before="76" w:after="0" w:line="25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Устный</w:t>
            </w:r>
            <w:proofErr w:type="spellEnd"/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Pr="00D26FF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опрос</w:t>
            </w:r>
            <w:proofErr w:type="spellEnd"/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; </w:t>
            </w:r>
            <w:r w:rsidRPr="00D26FF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Практическая</w:t>
            </w:r>
            <w:proofErr w:type="spellEnd"/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работа</w:t>
            </w:r>
            <w:proofErr w:type="spellEnd"/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D26FFC" w:rsidRDefault="00FF6B2E" w:rsidP="00A72FAA">
            <w:pPr>
              <w:autoSpaceDE w:val="0"/>
              <w:autoSpaceDN w:val="0"/>
              <w:spacing w:before="76" w:after="0" w:line="245" w:lineRule="auto"/>
              <w:ind w:left="72" w:right="432"/>
              <w:jc w:val="both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proofErr w:type="spellStart"/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Инфоурок</w:t>
            </w:r>
            <w:proofErr w:type="spellEnd"/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. Урок «Умножение/деление на 10, 100, 1000» - </w:t>
            </w:r>
            <w:hyperlink r:id="rId19" w:history="1">
              <w:r w:rsidRPr="00D26FFC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https://infourok.ru/prezentaciya-po-matematike-na-temuumnozhenie-i-delenie-na-klass-2971790.html</w:t>
              </w:r>
            </w:hyperlink>
          </w:p>
          <w:p w:rsidR="00FF6B2E" w:rsidRPr="00D26FFC" w:rsidRDefault="00FF6B2E" w:rsidP="00A72FAA">
            <w:pPr>
              <w:autoSpaceDE w:val="0"/>
              <w:autoSpaceDN w:val="0"/>
              <w:spacing w:before="76" w:after="0" w:line="245" w:lineRule="auto"/>
              <w:ind w:left="72" w:right="43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496093" w:rsidRPr="003122E3" w:rsidRDefault="00496093" w:rsidP="00A72FAA">
      <w:pPr>
        <w:autoSpaceDE w:val="0"/>
        <w:autoSpaceDN w:val="0"/>
        <w:spacing w:after="0" w:line="14" w:lineRule="exact"/>
        <w:jc w:val="both"/>
        <w:rPr>
          <w:lang w:val="ru-RU"/>
        </w:rPr>
      </w:pPr>
    </w:p>
    <w:p w:rsidR="00496093" w:rsidRPr="003122E3" w:rsidRDefault="00496093" w:rsidP="00A72FAA">
      <w:pPr>
        <w:jc w:val="both"/>
        <w:rPr>
          <w:lang w:val="ru-RU"/>
        </w:rPr>
        <w:sectPr w:rsidR="00496093" w:rsidRPr="003122E3">
          <w:pgSz w:w="16840" w:h="11900"/>
          <w:pgMar w:top="284" w:right="640" w:bottom="346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496093" w:rsidRPr="003122E3" w:rsidRDefault="00496093" w:rsidP="00A72FAA">
      <w:pPr>
        <w:autoSpaceDE w:val="0"/>
        <w:autoSpaceDN w:val="0"/>
        <w:spacing w:after="66" w:line="220" w:lineRule="exact"/>
        <w:jc w:val="both"/>
        <w:rPr>
          <w:lang w:val="ru-RU"/>
        </w:rPr>
      </w:pPr>
    </w:p>
    <w:tbl>
      <w:tblPr>
        <w:tblW w:w="0" w:type="auto"/>
        <w:tblInd w:w="6" w:type="dxa"/>
        <w:tblLayout w:type="fixed"/>
        <w:tblLook w:val="04A0"/>
      </w:tblPr>
      <w:tblGrid>
        <w:gridCol w:w="396"/>
        <w:gridCol w:w="4588"/>
        <w:gridCol w:w="528"/>
        <w:gridCol w:w="1104"/>
        <w:gridCol w:w="896"/>
        <w:gridCol w:w="1108"/>
        <w:gridCol w:w="3326"/>
        <w:gridCol w:w="1118"/>
        <w:gridCol w:w="2438"/>
      </w:tblGrid>
      <w:tr w:rsidR="00496093" w:rsidRPr="00D40119" w:rsidTr="00FF6B2E">
        <w:trPr>
          <w:trHeight w:hRule="exact" w:val="4971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D26FFC" w:rsidRDefault="003122E3" w:rsidP="00A72FAA">
            <w:pPr>
              <w:autoSpaceDE w:val="0"/>
              <w:autoSpaceDN w:val="0"/>
              <w:spacing w:before="78" w:after="0" w:line="23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3.4.</w:t>
            </w: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6093" w:rsidRPr="00D26FFC" w:rsidRDefault="003122E3" w:rsidP="00A72FAA">
            <w:pPr>
              <w:autoSpaceDE w:val="0"/>
              <w:autoSpaceDN w:val="0"/>
              <w:spacing w:before="78" w:after="0" w:line="245" w:lineRule="auto"/>
              <w:ind w:left="72" w:right="28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Свойства арифметических действий и их применение для вычислений.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D26FFC" w:rsidRDefault="003122E3" w:rsidP="00A72FAA">
            <w:pPr>
              <w:autoSpaceDE w:val="0"/>
              <w:autoSpaceDN w:val="0"/>
              <w:spacing w:before="78" w:after="0" w:line="230" w:lineRule="auto"/>
              <w:ind w:left="6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D26FFC" w:rsidRDefault="003122E3" w:rsidP="00A72FAA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0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D26FFC" w:rsidRDefault="003122E3" w:rsidP="00A72FAA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0.25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D26FFC" w:rsidRDefault="003122E3" w:rsidP="00A72FAA">
            <w:pPr>
              <w:autoSpaceDE w:val="0"/>
              <w:autoSpaceDN w:val="0"/>
              <w:spacing w:before="78" w:after="0"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17.11.2022 21.11.2022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D26FFC" w:rsidRDefault="003122E3" w:rsidP="00A72FAA">
            <w:pPr>
              <w:autoSpaceDE w:val="0"/>
              <w:autoSpaceDN w:val="0"/>
              <w:spacing w:before="78" w:after="0" w:line="247" w:lineRule="auto"/>
              <w:ind w:left="74" w:right="28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Применение приёмов устных вычислений, основанных на знании свойств </w:t>
            </w:r>
            <w:r w:rsidRPr="00D26F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арифметических действий и состава числа;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D26FFC" w:rsidRDefault="003122E3" w:rsidP="00A72FAA">
            <w:pPr>
              <w:autoSpaceDE w:val="0"/>
              <w:autoSpaceDN w:val="0"/>
              <w:spacing w:before="78" w:after="0" w:line="252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Устный </w:t>
            </w:r>
            <w:r w:rsidRPr="00D26F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опрос; </w:t>
            </w:r>
            <w:r w:rsidRPr="00D26F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Письменный контроль; </w:t>
            </w:r>
            <w:r w:rsidRPr="00D26F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Практическая работа;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D26FFC" w:rsidRDefault="00FF6B2E" w:rsidP="00A72FAA">
            <w:pPr>
              <w:autoSpaceDE w:val="0"/>
              <w:autoSpaceDN w:val="0"/>
              <w:spacing w:before="78" w:after="0" w:line="245" w:lineRule="auto"/>
              <w:ind w:left="72" w:right="432"/>
              <w:jc w:val="both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proofErr w:type="spellStart"/>
            <w:r w:rsidRPr="00D26F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Инфоурок</w:t>
            </w:r>
            <w:proofErr w:type="spellEnd"/>
            <w:r w:rsidRPr="00D26F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Урок «</w:t>
            </w: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Свойства арифметических действий и их применение для вычислений» - </w:t>
            </w:r>
            <w:hyperlink r:id="rId20" w:history="1">
              <w:r w:rsidRPr="00D26FFC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https://infourok.ru/prezentaciya-k-uroku-matematiki-dlya-klassa-po-obnovlyonnoy-programme-v-rk-arifmeticheskie-deystviya-i-ih-svoystvak-opublikovann-2988526.html</w:t>
              </w:r>
            </w:hyperlink>
          </w:p>
          <w:p w:rsidR="00FF6B2E" w:rsidRPr="00D26FFC" w:rsidRDefault="00FF6B2E" w:rsidP="00A72FAA">
            <w:pPr>
              <w:autoSpaceDE w:val="0"/>
              <w:autoSpaceDN w:val="0"/>
              <w:spacing w:before="78" w:after="0" w:line="245" w:lineRule="auto"/>
              <w:ind w:left="72" w:right="43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96093" w:rsidRPr="00D40119" w:rsidTr="003838FF">
        <w:trPr>
          <w:trHeight w:hRule="exact" w:val="3695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D26FFC" w:rsidRDefault="003122E3" w:rsidP="00A72FAA">
            <w:pPr>
              <w:autoSpaceDE w:val="0"/>
              <w:autoSpaceDN w:val="0"/>
              <w:spacing w:before="78" w:after="0" w:line="23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3.5.</w:t>
            </w: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6093" w:rsidRPr="00D26FFC" w:rsidRDefault="003122E3" w:rsidP="00A72FAA">
            <w:pPr>
              <w:autoSpaceDE w:val="0"/>
              <w:autoSpaceDN w:val="0"/>
              <w:spacing w:before="78" w:after="0" w:line="245" w:lineRule="auto"/>
              <w:ind w:left="72" w:right="72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Поиск значения числового выражения, содержащего несколько действий в  пределах 100 000.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D26FFC" w:rsidRDefault="003122E3" w:rsidP="00A72FAA">
            <w:pPr>
              <w:autoSpaceDE w:val="0"/>
              <w:autoSpaceDN w:val="0"/>
              <w:spacing w:before="78" w:after="0" w:line="230" w:lineRule="auto"/>
              <w:ind w:left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D26FFC" w:rsidRDefault="003122E3" w:rsidP="00A72FAA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D26FFC" w:rsidRDefault="003122E3" w:rsidP="00A72FAA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0.25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D26FFC" w:rsidRDefault="003122E3" w:rsidP="00A72FAA">
            <w:pPr>
              <w:autoSpaceDE w:val="0"/>
              <w:autoSpaceDN w:val="0"/>
              <w:spacing w:before="78" w:after="0"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22.11.2022 24.11.2022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D26FFC" w:rsidRDefault="003122E3" w:rsidP="00A72FAA">
            <w:pPr>
              <w:autoSpaceDE w:val="0"/>
              <w:autoSpaceDN w:val="0"/>
              <w:spacing w:before="78" w:after="0" w:line="247" w:lineRule="auto"/>
              <w:ind w:left="74" w:right="14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Поиск значения числового выражения, </w:t>
            </w:r>
            <w:r w:rsidRPr="00D26F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содержащего 3—4 действия (со скобками, без скобок);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D26FFC" w:rsidRDefault="003122E3" w:rsidP="00A72FAA">
            <w:pPr>
              <w:autoSpaceDE w:val="0"/>
              <w:autoSpaceDN w:val="0"/>
              <w:spacing w:before="78" w:after="0" w:line="25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Устный</w:t>
            </w:r>
            <w:proofErr w:type="spellEnd"/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Pr="00D26FF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опрос</w:t>
            </w:r>
            <w:proofErr w:type="spellEnd"/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; </w:t>
            </w:r>
            <w:r w:rsidRPr="00D26FF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Практическая</w:t>
            </w:r>
            <w:proofErr w:type="spellEnd"/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работа</w:t>
            </w:r>
            <w:proofErr w:type="spellEnd"/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D26FFC" w:rsidRDefault="00FF6B2E" w:rsidP="00A72FAA">
            <w:pPr>
              <w:autoSpaceDE w:val="0"/>
              <w:autoSpaceDN w:val="0"/>
              <w:spacing w:before="78" w:after="0" w:line="245" w:lineRule="auto"/>
              <w:ind w:left="72" w:right="432"/>
              <w:jc w:val="both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 w:rsidRPr="00D26F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РЭШ. Урок «</w:t>
            </w: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Поиск значения числового выражения, содержащего несколько действий в  пределах 100 000» - </w:t>
            </w:r>
            <w:hyperlink r:id="rId21" w:history="1">
              <w:r w:rsidRPr="00D26FFC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https://resh.edu.ru/subject/lesson/3926/conspect/213806/</w:t>
              </w:r>
            </w:hyperlink>
          </w:p>
          <w:p w:rsidR="00FF6B2E" w:rsidRPr="00D26FFC" w:rsidRDefault="00FF6B2E" w:rsidP="00A72FAA">
            <w:pPr>
              <w:autoSpaceDE w:val="0"/>
              <w:autoSpaceDN w:val="0"/>
              <w:spacing w:before="78" w:after="0" w:line="245" w:lineRule="auto"/>
              <w:ind w:left="72" w:right="43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96093" w:rsidRPr="00D40119" w:rsidTr="00CA324F">
        <w:trPr>
          <w:trHeight w:hRule="exact" w:val="270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D26FFC" w:rsidRDefault="003122E3" w:rsidP="00A72FAA">
            <w:pPr>
              <w:autoSpaceDE w:val="0"/>
              <w:autoSpaceDN w:val="0"/>
              <w:spacing w:before="76" w:after="0"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lastRenderedPageBreak/>
              <w:t>3.6.</w:t>
            </w: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6093" w:rsidRPr="00D26FFC" w:rsidRDefault="003122E3" w:rsidP="00A72FAA">
            <w:pPr>
              <w:autoSpaceDE w:val="0"/>
              <w:autoSpaceDN w:val="0"/>
              <w:spacing w:before="76" w:after="0" w:line="245" w:lineRule="auto"/>
              <w:ind w:left="72" w:right="14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Проверка результата вычислений, в  том числе с  помощью калькулятора.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D26FFC" w:rsidRDefault="003122E3" w:rsidP="00A72FAA">
            <w:pPr>
              <w:autoSpaceDE w:val="0"/>
              <w:autoSpaceDN w:val="0"/>
              <w:spacing w:before="76" w:after="0" w:line="233" w:lineRule="auto"/>
              <w:ind w:left="6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D26FFC" w:rsidRDefault="003122E3" w:rsidP="00A72FAA">
            <w:pPr>
              <w:autoSpaceDE w:val="0"/>
              <w:autoSpaceDN w:val="0"/>
              <w:spacing w:before="76" w:after="0" w:line="233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0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D26FFC" w:rsidRDefault="003122E3" w:rsidP="00A72FAA">
            <w:pPr>
              <w:autoSpaceDE w:val="0"/>
              <w:autoSpaceDN w:val="0"/>
              <w:spacing w:before="76" w:after="0" w:line="233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0.25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D26FFC" w:rsidRDefault="003122E3" w:rsidP="00A72FAA">
            <w:pPr>
              <w:autoSpaceDE w:val="0"/>
              <w:autoSpaceDN w:val="0"/>
              <w:spacing w:before="76" w:after="0"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25.11.2022 29.11.2022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D26FFC" w:rsidRDefault="003122E3" w:rsidP="00A72FAA">
            <w:pPr>
              <w:autoSpaceDE w:val="0"/>
              <w:autoSpaceDN w:val="0"/>
              <w:spacing w:before="76" w:after="0" w:line="250" w:lineRule="auto"/>
              <w:ind w:left="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Работа в парах/группах. Применение разных способов проверки правильности вычислений. </w:t>
            </w:r>
            <w:proofErr w:type="spellStart"/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Использование</w:t>
            </w:r>
            <w:proofErr w:type="spellEnd"/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калькулятора</w:t>
            </w:r>
            <w:proofErr w:type="spellEnd"/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для</w:t>
            </w:r>
            <w:proofErr w:type="spellEnd"/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практических</w:t>
            </w:r>
            <w:proofErr w:type="spellEnd"/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расчётов;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D26FFC" w:rsidRDefault="003122E3" w:rsidP="00A72FAA">
            <w:pPr>
              <w:autoSpaceDE w:val="0"/>
              <w:autoSpaceDN w:val="0"/>
              <w:spacing w:before="76" w:after="0" w:line="25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Устный </w:t>
            </w:r>
            <w:r w:rsidRPr="00D26FF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опрос; </w:t>
            </w:r>
            <w:r w:rsidRPr="00D26FF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Практическая работа;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D26FFC" w:rsidRDefault="003838FF" w:rsidP="00A72FAA">
            <w:pPr>
              <w:autoSpaceDE w:val="0"/>
              <w:autoSpaceDN w:val="0"/>
              <w:spacing w:before="76" w:after="0" w:line="245" w:lineRule="auto"/>
              <w:ind w:left="72" w:right="432"/>
              <w:jc w:val="both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РЭШ. Урок «Проверка результата вычислений, в  том числе с  помощью калькулятора» - </w:t>
            </w:r>
            <w:hyperlink r:id="rId22" w:history="1">
              <w:r w:rsidRPr="00D26FFC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https://resh.edu.ru/subject/lesson/6235/train/279371/</w:t>
              </w:r>
            </w:hyperlink>
          </w:p>
          <w:p w:rsidR="003838FF" w:rsidRPr="00D26FFC" w:rsidRDefault="003838FF" w:rsidP="00A72FAA">
            <w:pPr>
              <w:autoSpaceDE w:val="0"/>
              <w:autoSpaceDN w:val="0"/>
              <w:spacing w:before="76" w:after="0" w:line="245" w:lineRule="auto"/>
              <w:ind w:left="72" w:right="43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96093" w:rsidRPr="00D40119" w:rsidTr="00CA324F">
        <w:trPr>
          <w:trHeight w:hRule="exact" w:val="3693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D26FFC" w:rsidRDefault="003122E3" w:rsidP="00A72FAA">
            <w:pPr>
              <w:autoSpaceDE w:val="0"/>
              <w:autoSpaceDN w:val="0"/>
              <w:spacing w:before="76" w:after="0"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3.7.</w:t>
            </w: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6093" w:rsidRPr="00D26FFC" w:rsidRDefault="003122E3" w:rsidP="00A72FAA">
            <w:pPr>
              <w:autoSpaceDE w:val="0"/>
              <w:autoSpaceDN w:val="0"/>
              <w:spacing w:before="76" w:after="0" w:line="25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Равенство, содержащее неизвестный компонент </w:t>
            </w:r>
            <w:r w:rsidRPr="00D26F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арифметического действия: запись, нахождение неизвестного компонента.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D26FFC" w:rsidRDefault="003122E3" w:rsidP="00A72FAA">
            <w:pPr>
              <w:autoSpaceDE w:val="0"/>
              <w:autoSpaceDN w:val="0"/>
              <w:spacing w:before="76" w:after="0" w:line="233" w:lineRule="auto"/>
              <w:ind w:left="6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D26FFC" w:rsidRDefault="003122E3" w:rsidP="00A72FAA">
            <w:pPr>
              <w:autoSpaceDE w:val="0"/>
              <w:autoSpaceDN w:val="0"/>
              <w:spacing w:before="76" w:after="0" w:line="233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D26FFC" w:rsidRDefault="003122E3" w:rsidP="00A72FAA">
            <w:pPr>
              <w:autoSpaceDE w:val="0"/>
              <w:autoSpaceDN w:val="0"/>
              <w:spacing w:before="76" w:after="0" w:line="233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0.25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D26FFC" w:rsidRDefault="003122E3" w:rsidP="00A72FAA">
            <w:pPr>
              <w:autoSpaceDE w:val="0"/>
              <w:autoSpaceDN w:val="0"/>
              <w:spacing w:before="76" w:after="0"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01.12.2022 08.12.2022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D26FFC" w:rsidRDefault="003122E3" w:rsidP="00A72FAA">
            <w:pPr>
              <w:autoSpaceDE w:val="0"/>
              <w:autoSpaceDN w:val="0"/>
              <w:spacing w:before="76" w:after="0" w:line="254" w:lineRule="auto"/>
              <w:ind w:left="74" w:right="14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Учебный диалог: обсуждение допустимого результата выполнения действия на основе зависимости между компонентами и </w:t>
            </w:r>
            <w:r w:rsidRPr="00D26F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результатом действия (сложения, вычитания, умножения, деления); </w:t>
            </w:r>
            <w:r w:rsidRPr="00D26F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Использование букв для обозначения чисел, неизвестного компонента действия;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D26FFC" w:rsidRDefault="003122E3" w:rsidP="00A72FAA">
            <w:pPr>
              <w:autoSpaceDE w:val="0"/>
              <w:autoSpaceDN w:val="0"/>
              <w:spacing w:before="76" w:after="0" w:line="25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Устный</w:t>
            </w:r>
            <w:proofErr w:type="spellEnd"/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Pr="00D26FF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опрос</w:t>
            </w:r>
            <w:proofErr w:type="spellEnd"/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; </w:t>
            </w:r>
            <w:r w:rsidRPr="00D26FF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Практическая</w:t>
            </w:r>
            <w:proofErr w:type="spellEnd"/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работа</w:t>
            </w:r>
            <w:proofErr w:type="spellEnd"/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D26FFC" w:rsidRDefault="003838FF" w:rsidP="00A72FAA">
            <w:pPr>
              <w:autoSpaceDE w:val="0"/>
              <w:autoSpaceDN w:val="0"/>
              <w:spacing w:before="76" w:after="0" w:line="245" w:lineRule="auto"/>
              <w:ind w:left="72" w:right="43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6F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РЭШ. Урок «</w:t>
            </w:r>
            <w:proofErr w:type="spellStart"/>
            <w:r w:rsidRPr="00D26F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Нзвание</w:t>
            </w:r>
            <w:proofErr w:type="spellEnd"/>
            <w:r w:rsidRPr="00D26F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компонентов и результат действия умножения» - </w:t>
            </w:r>
            <w:hyperlink r:id="rId23" w:history="1">
              <w:r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https://resh.edu.ru/subject/lesson/5682/train/213029/</w:t>
              </w:r>
            </w:hyperlink>
          </w:p>
          <w:p w:rsidR="003838FF" w:rsidRPr="00D26FFC" w:rsidRDefault="003838FF" w:rsidP="00A72FAA">
            <w:pPr>
              <w:autoSpaceDE w:val="0"/>
              <w:autoSpaceDN w:val="0"/>
              <w:spacing w:before="76" w:after="0" w:line="245" w:lineRule="auto"/>
              <w:ind w:left="72" w:right="43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96093" w:rsidRPr="00D40119" w:rsidTr="00D26FFC">
        <w:trPr>
          <w:trHeight w:hRule="exact" w:val="383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D26FFC" w:rsidRDefault="003122E3" w:rsidP="00A72FAA">
            <w:pPr>
              <w:autoSpaceDE w:val="0"/>
              <w:autoSpaceDN w:val="0"/>
              <w:spacing w:before="78" w:after="0" w:line="23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3.8.</w:t>
            </w: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6093" w:rsidRPr="00D26FFC" w:rsidRDefault="003122E3" w:rsidP="00A72FAA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Умножение и деление величины на однозначное число.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D26FFC" w:rsidRDefault="003122E3" w:rsidP="00A72FAA">
            <w:pPr>
              <w:autoSpaceDE w:val="0"/>
              <w:autoSpaceDN w:val="0"/>
              <w:spacing w:before="78" w:after="0" w:line="230" w:lineRule="auto"/>
              <w:ind w:left="6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7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D26FFC" w:rsidRDefault="003122E3" w:rsidP="00A72FAA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0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D26FFC" w:rsidRDefault="003122E3" w:rsidP="00A72FAA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0.75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D26FFC" w:rsidRDefault="003122E3" w:rsidP="00A72FAA">
            <w:pPr>
              <w:autoSpaceDE w:val="0"/>
              <w:autoSpaceDN w:val="0"/>
              <w:spacing w:before="78" w:after="0"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09.12.2022 20.12.2022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D26FFC" w:rsidRDefault="003122E3" w:rsidP="00A72FAA">
            <w:pPr>
              <w:autoSpaceDE w:val="0"/>
              <w:autoSpaceDN w:val="0"/>
              <w:spacing w:before="78" w:after="0" w:line="247" w:lineRule="auto"/>
              <w:ind w:left="7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Практические работы: выполнение сложения и вычитания по алгоритму в пределах 100 000; выполнение умножения и деления</w:t>
            </w:r>
            <w:proofErr w:type="gramStart"/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.;</w:t>
            </w:r>
            <w:proofErr w:type="gramEnd"/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D26FFC" w:rsidRDefault="003122E3" w:rsidP="00A72FAA">
            <w:pPr>
              <w:autoSpaceDE w:val="0"/>
              <w:autoSpaceDN w:val="0"/>
              <w:spacing w:before="78" w:after="0" w:line="254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Устный </w:t>
            </w:r>
            <w:r w:rsidRPr="00D26F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опрос; </w:t>
            </w:r>
            <w:r w:rsidRPr="00D26F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Письменный </w:t>
            </w:r>
            <w:r w:rsidRPr="00D26F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контроль; </w:t>
            </w:r>
            <w:r w:rsidRPr="00D26F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Практическая работа; </w:t>
            </w:r>
            <w:r w:rsidRPr="00D26F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Тестирование;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D26FFC" w:rsidRDefault="003838FF" w:rsidP="00A72FAA">
            <w:pPr>
              <w:autoSpaceDE w:val="0"/>
              <w:autoSpaceDN w:val="0"/>
              <w:spacing w:before="78" w:after="0" w:line="245" w:lineRule="auto"/>
              <w:ind w:left="72" w:right="432"/>
              <w:jc w:val="both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proofErr w:type="spellStart"/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Инфоурок</w:t>
            </w:r>
            <w:proofErr w:type="spellEnd"/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. Урок «Умножение и деление величины на однозначное число» - </w:t>
            </w:r>
            <w:hyperlink r:id="rId24" w:history="1">
              <w:r w:rsidRPr="00D26FFC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https://infourok.ru/prezentaciya-po-matematike-na-temu-umnozhenie-i-delenie-na-odnoznachnoe-chislo-4-klass-5422965.html</w:t>
              </w:r>
            </w:hyperlink>
          </w:p>
          <w:p w:rsidR="003838FF" w:rsidRPr="00D26FFC" w:rsidRDefault="003838FF" w:rsidP="00A72FAA">
            <w:pPr>
              <w:autoSpaceDE w:val="0"/>
              <w:autoSpaceDN w:val="0"/>
              <w:spacing w:before="78" w:after="0" w:line="245" w:lineRule="auto"/>
              <w:ind w:left="72" w:right="43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96093" w:rsidRPr="00D26FFC">
        <w:trPr>
          <w:trHeight w:hRule="exact" w:val="348"/>
        </w:trPr>
        <w:tc>
          <w:tcPr>
            <w:tcW w:w="4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6093" w:rsidRPr="00D26FFC" w:rsidRDefault="003122E3" w:rsidP="00A72FAA">
            <w:pPr>
              <w:autoSpaceDE w:val="0"/>
              <w:autoSpaceDN w:val="0"/>
              <w:spacing w:before="76" w:after="0" w:line="233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Итого</w:t>
            </w:r>
            <w:proofErr w:type="spellEnd"/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по</w:t>
            </w:r>
            <w:proofErr w:type="spellEnd"/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D26FFC" w:rsidRDefault="003122E3" w:rsidP="00A72FAA">
            <w:pPr>
              <w:autoSpaceDE w:val="0"/>
              <w:autoSpaceDN w:val="0"/>
              <w:spacing w:before="76" w:after="0" w:line="233" w:lineRule="auto"/>
              <w:ind w:left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37</w:t>
            </w:r>
          </w:p>
        </w:tc>
        <w:tc>
          <w:tcPr>
            <w:tcW w:w="99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D26FFC" w:rsidRDefault="00496093" w:rsidP="00A72F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093" w:rsidRPr="00D26FFC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D26FFC" w:rsidRDefault="003122E3" w:rsidP="00A72FAA">
            <w:pPr>
              <w:autoSpaceDE w:val="0"/>
              <w:autoSpaceDN w:val="0"/>
              <w:spacing w:before="76" w:after="0" w:line="233" w:lineRule="auto"/>
              <w:ind w:left="7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6FFC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lastRenderedPageBreak/>
              <w:t>Раздел 4. Текстовые задачи</w:t>
            </w:r>
          </w:p>
        </w:tc>
      </w:tr>
      <w:tr w:rsidR="00496093" w:rsidRPr="00D40119" w:rsidTr="00CA324F">
        <w:trPr>
          <w:trHeight w:hRule="exact" w:val="329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D26FFC" w:rsidRDefault="003122E3" w:rsidP="00A72FAA">
            <w:pPr>
              <w:autoSpaceDE w:val="0"/>
              <w:autoSpaceDN w:val="0"/>
              <w:spacing w:before="78" w:after="0" w:line="23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4.1.</w:t>
            </w: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6093" w:rsidRPr="00D26FFC" w:rsidRDefault="003122E3" w:rsidP="00A72FAA">
            <w:pPr>
              <w:autoSpaceDE w:val="0"/>
              <w:autoSpaceDN w:val="0"/>
              <w:spacing w:before="78" w:after="0" w:line="247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Работа с текстовой задачей, решение которой содержит 2—3 действия: анализ, представление на  модели; планирование и запись решения; проверка решения и ответа.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D26FFC" w:rsidRDefault="003122E3" w:rsidP="00A72FAA">
            <w:pPr>
              <w:autoSpaceDE w:val="0"/>
              <w:autoSpaceDN w:val="0"/>
              <w:spacing w:before="78" w:after="0" w:line="230" w:lineRule="auto"/>
              <w:ind w:left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8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D26FFC" w:rsidRDefault="003122E3" w:rsidP="00A72FAA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D26FFC" w:rsidRDefault="003122E3" w:rsidP="00A72FAA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0.75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D26FFC" w:rsidRDefault="003122E3" w:rsidP="00A72FAA">
            <w:pPr>
              <w:autoSpaceDE w:val="0"/>
              <w:autoSpaceDN w:val="0"/>
              <w:spacing w:before="78" w:after="0"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22.12.2022 13.01.2023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D26FFC" w:rsidRDefault="003122E3" w:rsidP="00A72FAA">
            <w:pPr>
              <w:autoSpaceDE w:val="0"/>
              <w:autoSpaceDN w:val="0"/>
              <w:spacing w:before="78" w:after="0" w:line="252" w:lineRule="auto"/>
              <w:ind w:left="74" w:right="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Моделирование текста задачи; </w:t>
            </w:r>
            <w:r w:rsidRPr="00D26F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Работа в парах/группах. Решение </w:t>
            </w:r>
            <w:r w:rsidRPr="00D26F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арифметическим способом задач в 2—3 </w:t>
            </w:r>
            <w:r w:rsidRPr="00D26F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действия. </w:t>
            </w:r>
            <w:proofErr w:type="spellStart"/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Комментирование</w:t>
            </w:r>
            <w:proofErr w:type="spellEnd"/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этапов</w:t>
            </w:r>
            <w:proofErr w:type="spellEnd"/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решения</w:t>
            </w:r>
            <w:proofErr w:type="spellEnd"/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задачи</w:t>
            </w:r>
            <w:proofErr w:type="spellEnd"/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D26FFC" w:rsidRDefault="003122E3" w:rsidP="00A72FAA">
            <w:pPr>
              <w:autoSpaceDE w:val="0"/>
              <w:autoSpaceDN w:val="0"/>
              <w:spacing w:before="78" w:after="0" w:line="252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Устный </w:t>
            </w:r>
            <w:r w:rsidRPr="00D26F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опрос; </w:t>
            </w:r>
            <w:r w:rsidRPr="00D26F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Письменный </w:t>
            </w:r>
            <w:r w:rsidRPr="00D26F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контроль; </w:t>
            </w:r>
            <w:r w:rsidRPr="00D26F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Практическая работа; </w:t>
            </w:r>
            <w:r w:rsidRPr="00D26F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Тестирование;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38FF" w:rsidRPr="00D26FFC" w:rsidRDefault="000A6532" w:rsidP="00A72FAA">
            <w:pPr>
              <w:autoSpaceDE w:val="0"/>
              <w:autoSpaceDN w:val="0"/>
              <w:spacing w:before="78" w:after="0" w:line="247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6F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Начальная школа.</w:t>
            </w:r>
          </w:p>
          <w:p w:rsidR="003838FF" w:rsidRPr="00D26FFC" w:rsidRDefault="003838FF" w:rsidP="00A72FAA">
            <w:pPr>
              <w:autoSpaceDE w:val="0"/>
              <w:autoSpaceDN w:val="0"/>
              <w:spacing w:before="78" w:after="0" w:line="247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6F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 «Работа с текстовыми задачами»</w:t>
            </w:r>
          </w:p>
          <w:p w:rsidR="00496093" w:rsidRPr="00D26FFC" w:rsidRDefault="00E81FC1" w:rsidP="00A72FAA">
            <w:pPr>
              <w:autoSpaceDE w:val="0"/>
              <w:autoSpaceDN w:val="0"/>
              <w:spacing w:before="78" w:after="0" w:line="247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5" w:history="1">
              <w:r w:rsidR="003838FF"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  <w:lang w:val="ru-RU"/>
                </w:rPr>
                <w:t>http://www.myshared.ru/slide/1389937/</w:t>
              </w:r>
            </w:hyperlink>
            <w:r w:rsidR="003838FF" w:rsidRPr="00D26F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3838FF" w:rsidRPr="00D26FFC" w:rsidRDefault="00E81FC1" w:rsidP="00A72FAA">
            <w:pPr>
              <w:autoSpaceDE w:val="0"/>
              <w:autoSpaceDN w:val="0"/>
              <w:spacing w:before="78" w:after="0" w:line="247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6" w:history="1">
              <w:r w:rsidR="003838FF" w:rsidRPr="00D26FFC">
                <w:rPr>
                  <w:rStyle w:val="aff8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https://nsportal.ru/npo-spo/estestvennye-nauki/library/2019/09/26/tekstovaya-zadacha-i-protsess-eyo-resheniya</w:t>
              </w:r>
            </w:hyperlink>
          </w:p>
          <w:p w:rsidR="003838FF" w:rsidRPr="00D26FFC" w:rsidRDefault="003838FF" w:rsidP="00A72FAA">
            <w:pPr>
              <w:autoSpaceDE w:val="0"/>
              <w:autoSpaceDN w:val="0"/>
              <w:spacing w:before="78" w:after="0" w:line="247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96093" w:rsidRPr="00A72FAA" w:rsidTr="00A72FAA">
        <w:trPr>
          <w:trHeight w:hRule="exact" w:val="4749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D26FFC" w:rsidRDefault="003122E3" w:rsidP="00A72FAA">
            <w:pPr>
              <w:autoSpaceDE w:val="0"/>
              <w:autoSpaceDN w:val="0"/>
              <w:spacing w:before="78" w:after="0" w:line="23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4.2.</w:t>
            </w: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6093" w:rsidRPr="00D26FFC" w:rsidRDefault="003122E3" w:rsidP="00A72FAA">
            <w:pPr>
              <w:autoSpaceDE w:val="0"/>
              <w:autoSpaceDN w:val="0"/>
              <w:spacing w:before="78" w:after="0" w:line="252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Анализ зависимостей, характеризующих процессы: движения (скорость, время, пройденный путь), работы </w:t>
            </w:r>
            <w:r w:rsidRPr="00D26F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(производительность, время, объём работы), купли-продажи (цена, количество, стоимость) и решение соответствующих задач.</w:t>
            </w:r>
            <w:proofErr w:type="gramEnd"/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D26FFC" w:rsidRDefault="003122E3" w:rsidP="00A72FAA">
            <w:pPr>
              <w:autoSpaceDE w:val="0"/>
              <w:autoSpaceDN w:val="0"/>
              <w:spacing w:before="78" w:after="0" w:line="230" w:lineRule="auto"/>
              <w:ind w:left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7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D26FFC" w:rsidRDefault="003122E3" w:rsidP="00A72FAA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D26FFC" w:rsidRDefault="003122E3" w:rsidP="00A72FAA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0.5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D26FFC" w:rsidRDefault="003122E3" w:rsidP="00A72FAA">
            <w:pPr>
              <w:autoSpaceDE w:val="0"/>
              <w:autoSpaceDN w:val="0"/>
              <w:spacing w:before="78" w:after="0"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16.01.2023 26.01.2023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D26FFC" w:rsidRDefault="003122E3" w:rsidP="00A72FAA">
            <w:pPr>
              <w:autoSpaceDE w:val="0"/>
              <w:autoSpaceDN w:val="0"/>
              <w:spacing w:before="78" w:after="0" w:line="247" w:lineRule="auto"/>
              <w:ind w:left="74" w:right="14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Обсуждение способа решения задачи, формы записи решения, реальности и логичности ответа на вопрос;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D26FFC" w:rsidRDefault="003122E3" w:rsidP="00A72FAA">
            <w:pPr>
              <w:autoSpaceDE w:val="0"/>
              <w:autoSpaceDN w:val="0"/>
              <w:spacing w:before="78" w:after="0" w:line="252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Устный </w:t>
            </w:r>
            <w:r w:rsidRPr="00D26F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опрос; </w:t>
            </w:r>
            <w:r w:rsidRPr="00D26F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Письменный контроль; </w:t>
            </w:r>
            <w:r w:rsidRPr="00D26F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26FF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Практическая работа;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6532" w:rsidRPr="00A72FAA" w:rsidRDefault="000A6532" w:rsidP="00A72FAA">
            <w:pPr>
              <w:pStyle w:val="1"/>
              <w:shd w:val="clear" w:color="auto" w:fill="F5F5F5"/>
              <w:spacing w:before="150" w:after="24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D26FFC">
              <w:rPr>
                <w:rFonts w:ascii="Times New Roman" w:eastAsia="Times New Roman" w:hAnsi="Times New Roman" w:cs="Times New Roman"/>
                <w:b w:val="0"/>
                <w:color w:val="000000"/>
                <w:w w:val="97"/>
                <w:sz w:val="24"/>
                <w:szCs w:val="24"/>
                <w:lang w:val="ru-RU"/>
              </w:rPr>
              <w:t>Инфоурок</w:t>
            </w:r>
            <w:proofErr w:type="spellEnd"/>
            <w:r w:rsidRPr="00D26FFC">
              <w:rPr>
                <w:rFonts w:ascii="Times New Roman" w:eastAsia="Times New Roman" w:hAnsi="Times New Roman" w:cs="Times New Roman"/>
                <w:b w:val="0"/>
                <w:color w:val="000000"/>
                <w:w w:val="97"/>
                <w:sz w:val="24"/>
                <w:szCs w:val="24"/>
                <w:lang w:val="ru-RU"/>
              </w:rPr>
              <w:t>. Урок «</w:t>
            </w:r>
            <w:r w:rsidRPr="00D26FFC">
              <w:rPr>
                <w:rFonts w:ascii="Times New Roman" w:eastAsia="Times New Roman" w:hAnsi="Times New Roman" w:cs="Times New Roman"/>
                <w:b w:val="0"/>
                <w:color w:val="181818"/>
                <w:kern w:val="36"/>
                <w:sz w:val="24"/>
                <w:szCs w:val="24"/>
                <w:lang w:val="ru-RU" w:eastAsia="ru-RU"/>
              </w:rPr>
              <w:t>Единицы скорости. Скорость, время, пройденный путь (при прямолинейном</w:t>
            </w:r>
            <w:r w:rsidRPr="00D26FFC">
              <w:rPr>
                <w:rFonts w:ascii="Arial" w:eastAsia="Times New Roman" w:hAnsi="Arial" w:cs="Arial"/>
                <w:b w:val="0"/>
                <w:color w:val="181818"/>
                <w:kern w:val="36"/>
                <w:sz w:val="48"/>
                <w:szCs w:val="48"/>
                <w:lang w:val="ru-RU" w:eastAsia="ru-RU"/>
              </w:rPr>
              <w:t xml:space="preserve"> </w:t>
            </w:r>
            <w:r w:rsidR="00A72FAA">
              <w:rPr>
                <w:rFonts w:ascii="Times New Roman" w:eastAsia="Times New Roman" w:hAnsi="Times New Roman" w:cs="Times New Roman"/>
                <w:b w:val="0"/>
                <w:color w:val="181818"/>
                <w:kern w:val="36"/>
                <w:sz w:val="24"/>
                <w:szCs w:val="24"/>
                <w:lang w:val="ru-RU" w:eastAsia="ru-RU"/>
              </w:rPr>
              <w:t>движении)».</w:t>
            </w:r>
            <w:r w:rsidRPr="00D26FFC">
              <w:rPr>
                <w:rFonts w:ascii="Times New Roman" w:eastAsia="Times New Roman" w:hAnsi="Times New Roman" w:cs="Times New Roman"/>
                <w:b w:val="0"/>
                <w:color w:val="181818"/>
                <w:kern w:val="36"/>
                <w:sz w:val="24"/>
                <w:szCs w:val="24"/>
                <w:lang w:val="ru-RU" w:eastAsia="ru-RU"/>
              </w:rPr>
              <w:t xml:space="preserve">- </w:t>
            </w:r>
            <w:hyperlink r:id="rId27" w:history="1">
              <w:r w:rsidRPr="00A72FAA">
                <w:rPr>
                  <w:rStyle w:val="aff8"/>
                  <w:rFonts w:ascii="Times New Roman" w:hAnsi="Times New Roman" w:cs="Times New Roman"/>
                  <w:b w:val="0"/>
                  <w:sz w:val="24"/>
                  <w:szCs w:val="24"/>
                </w:rPr>
                <w:t>https://infourok.ru/prezentaciya-i-konspekt-po-matematike-edinicy-skorosti-skorost-vremya-projdennyj-put-pri-pryamolinejnom-dvizhenii-ustanovlenie-z-5670164.html</w:t>
              </w:r>
            </w:hyperlink>
          </w:p>
          <w:p w:rsidR="000A6532" w:rsidRPr="00A72FAA" w:rsidRDefault="000A6532" w:rsidP="00A72FAA">
            <w:pPr>
              <w:autoSpaceDE w:val="0"/>
              <w:autoSpaceDN w:val="0"/>
              <w:spacing w:before="78" w:after="0" w:line="247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96093" w:rsidRPr="00A72FAA" w:rsidRDefault="00496093" w:rsidP="00A72FAA">
      <w:pPr>
        <w:autoSpaceDE w:val="0"/>
        <w:autoSpaceDN w:val="0"/>
        <w:spacing w:after="0" w:line="14" w:lineRule="exact"/>
        <w:jc w:val="both"/>
      </w:pPr>
    </w:p>
    <w:p w:rsidR="00496093" w:rsidRPr="00A72FAA" w:rsidRDefault="00496093" w:rsidP="00A72FAA">
      <w:pPr>
        <w:jc w:val="both"/>
        <w:sectPr w:rsidR="00496093" w:rsidRPr="00A72FAA">
          <w:pgSz w:w="16840" w:h="11900"/>
          <w:pgMar w:top="284" w:right="640" w:bottom="724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496093" w:rsidRPr="00A72FAA" w:rsidRDefault="00496093" w:rsidP="00A72FAA">
      <w:pPr>
        <w:autoSpaceDE w:val="0"/>
        <w:autoSpaceDN w:val="0"/>
        <w:spacing w:after="66" w:line="220" w:lineRule="exact"/>
        <w:jc w:val="both"/>
      </w:pPr>
    </w:p>
    <w:tbl>
      <w:tblPr>
        <w:tblW w:w="0" w:type="auto"/>
        <w:tblInd w:w="6" w:type="dxa"/>
        <w:tblLayout w:type="fixed"/>
        <w:tblLook w:val="04A0"/>
      </w:tblPr>
      <w:tblGrid>
        <w:gridCol w:w="396"/>
        <w:gridCol w:w="4588"/>
        <w:gridCol w:w="528"/>
        <w:gridCol w:w="1104"/>
        <w:gridCol w:w="896"/>
        <w:gridCol w:w="1108"/>
        <w:gridCol w:w="3326"/>
        <w:gridCol w:w="1118"/>
        <w:gridCol w:w="2438"/>
      </w:tblGrid>
      <w:tr w:rsidR="00496093" w:rsidRPr="00D40119" w:rsidTr="00A72FAA">
        <w:trPr>
          <w:trHeight w:hRule="exact" w:val="2845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CA324F" w:rsidRDefault="003122E3" w:rsidP="00A72FAA">
            <w:pPr>
              <w:autoSpaceDE w:val="0"/>
              <w:autoSpaceDN w:val="0"/>
              <w:spacing w:before="78" w:after="0" w:line="23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4.3.</w:t>
            </w: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6093" w:rsidRPr="00CA324F" w:rsidRDefault="003122E3" w:rsidP="00A72FAA">
            <w:pPr>
              <w:autoSpaceDE w:val="0"/>
              <w:autoSpaceDN w:val="0"/>
              <w:spacing w:before="78" w:after="0" w:line="247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Задачи на установление времени (начало, продолжительность и окончание события), расчёта количества, расхода, </w:t>
            </w:r>
            <w:r w:rsidRPr="00CA32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изменения.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CA324F" w:rsidRDefault="003122E3" w:rsidP="00A72FAA">
            <w:pPr>
              <w:autoSpaceDE w:val="0"/>
              <w:autoSpaceDN w:val="0"/>
              <w:spacing w:before="78" w:after="0" w:line="230" w:lineRule="auto"/>
              <w:ind w:left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CA324F" w:rsidRDefault="003122E3" w:rsidP="00A72FAA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CA324F" w:rsidRDefault="003122E3" w:rsidP="00A72FAA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0.25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CA324F" w:rsidRDefault="003122E3" w:rsidP="00A72FAA">
            <w:pPr>
              <w:autoSpaceDE w:val="0"/>
              <w:autoSpaceDN w:val="0"/>
              <w:spacing w:before="78" w:after="0"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27.01.2023 30.01.2023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CA324F" w:rsidRDefault="003122E3" w:rsidP="00A72FAA">
            <w:pPr>
              <w:autoSpaceDE w:val="0"/>
              <w:autoSpaceDN w:val="0"/>
              <w:spacing w:before="78" w:after="0" w:line="252" w:lineRule="auto"/>
              <w:ind w:left="74" w:right="14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Моделирование текста задачи; </w:t>
            </w:r>
            <w:r w:rsidRPr="00CA32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Оформление математической записи: полная запись решения текстовой задачи (модель; решение по действиям, по вопросам или с помощью числового выражения; </w:t>
            </w:r>
            <w:r w:rsidRPr="00CA32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формулировка ответа);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CA324F" w:rsidRDefault="003122E3" w:rsidP="00A72FAA">
            <w:pPr>
              <w:autoSpaceDE w:val="0"/>
              <w:autoSpaceDN w:val="0"/>
              <w:spacing w:before="78" w:after="0" w:line="25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Устный</w:t>
            </w:r>
            <w:proofErr w:type="spellEnd"/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Pr="00CA324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опрос</w:t>
            </w:r>
            <w:proofErr w:type="spellEnd"/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; </w:t>
            </w:r>
            <w:r w:rsidRPr="00CA324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Практическая</w:t>
            </w:r>
            <w:proofErr w:type="spellEnd"/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работа</w:t>
            </w:r>
            <w:proofErr w:type="spellEnd"/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CA324F" w:rsidRDefault="000A6532" w:rsidP="00A72FAA">
            <w:pPr>
              <w:autoSpaceDE w:val="0"/>
              <w:autoSpaceDN w:val="0"/>
              <w:spacing w:before="78" w:after="0" w:line="247" w:lineRule="auto"/>
              <w:ind w:left="72"/>
              <w:jc w:val="both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 w:rsidRPr="00CA32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РЭШ. Урок «</w:t>
            </w:r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Задачи на установление времени. Сутки». - </w:t>
            </w:r>
            <w:hyperlink r:id="rId28" w:history="1">
              <w:r w:rsidRPr="00CA324F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https://resh.edu.ru/subject/lesson/5235/conspect/214426/</w:t>
              </w:r>
            </w:hyperlink>
          </w:p>
          <w:p w:rsidR="000A6532" w:rsidRPr="00CA324F" w:rsidRDefault="000A6532" w:rsidP="00A72FAA">
            <w:pPr>
              <w:autoSpaceDE w:val="0"/>
              <w:autoSpaceDN w:val="0"/>
              <w:spacing w:before="78" w:after="0" w:line="247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96093" w:rsidRPr="00D40119" w:rsidTr="00CA324F">
        <w:trPr>
          <w:trHeight w:hRule="exact" w:val="212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CA324F" w:rsidRDefault="003122E3" w:rsidP="00A72FAA">
            <w:pPr>
              <w:autoSpaceDE w:val="0"/>
              <w:autoSpaceDN w:val="0"/>
              <w:spacing w:before="78" w:after="0" w:line="23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4.4.</w:t>
            </w: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6093" w:rsidRPr="00CA324F" w:rsidRDefault="003122E3" w:rsidP="00A72FAA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Задачи на нахождение доли величины, величины по её доле.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CA324F" w:rsidRDefault="003122E3" w:rsidP="00A72FAA">
            <w:pPr>
              <w:autoSpaceDE w:val="0"/>
              <w:autoSpaceDN w:val="0"/>
              <w:spacing w:before="78" w:after="0" w:line="230" w:lineRule="auto"/>
              <w:ind w:left="6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CA324F" w:rsidRDefault="003122E3" w:rsidP="00A72FAA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0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CA324F" w:rsidRDefault="003122E3" w:rsidP="00A72FAA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0.25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CA324F" w:rsidRDefault="003122E3" w:rsidP="00A72FAA">
            <w:pPr>
              <w:autoSpaceDE w:val="0"/>
              <w:autoSpaceDN w:val="0"/>
              <w:spacing w:before="78" w:after="0"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31.01.2023 02.02.2023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CA324F" w:rsidRDefault="003122E3" w:rsidP="00A72FAA">
            <w:pPr>
              <w:autoSpaceDE w:val="0"/>
              <w:autoSpaceDN w:val="0"/>
              <w:spacing w:before="78" w:after="0" w:line="245" w:lineRule="auto"/>
              <w:ind w:left="74" w:right="57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Практическая работа: нахождение доли величины, величины по её доле;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CA324F" w:rsidRDefault="003122E3" w:rsidP="00A72FAA">
            <w:pPr>
              <w:autoSpaceDE w:val="0"/>
              <w:autoSpaceDN w:val="0"/>
              <w:spacing w:before="78" w:after="0" w:line="25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Устный</w:t>
            </w:r>
            <w:proofErr w:type="spellEnd"/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Pr="00CA324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опрос</w:t>
            </w:r>
            <w:proofErr w:type="spellEnd"/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; </w:t>
            </w:r>
            <w:r w:rsidRPr="00CA324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Практическая</w:t>
            </w:r>
            <w:proofErr w:type="spellEnd"/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работа</w:t>
            </w:r>
            <w:proofErr w:type="spellEnd"/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CA324F" w:rsidRDefault="000A6532" w:rsidP="00A72FAA">
            <w:pPr>
              <w:autoSpaceDE w:val="0"/>
              <w:autoSpaceDN w:val="0"/>
              <w:spacing w:before="78" w:after="0" w:line="247" w:lineRule="auto"/>
              <w:ind w:left="72"/>
              <w:jc w:val="both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РЭШ. Урок «Нахождение нескольких долей целого» - </w:t>
            </w:r>
            <w:hyperlink r:id="rId29" w:history="1">
              <w:r w:rsidRPr="00CA324F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https://resh.edu.ru/subject/lesson/4022/conspect/214922/</w:t>
              </w:r>
            </w:hyperlink>
          </w:p>
          <w:p w:rsidR="000A6532" w:rsidRPr="00CA324F" w:rsidRDefault="000A6532" w:rsidP="00A72FAA">
            <w:pPr>
              <w:autoSpaceDE w:val="0"/>
              <w:autoSpaceDN w:val="0"/>
              <w:spacing w:before="78" w:after="0" w:line="247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96093" w:rsidRPr="00D40119" w:rsidTr="00CA324F">
        <w:trPr>
          <w:trHeight w:hRule="exact" w:val="182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CA324F" w:rsidRDefault="003122E3" w:rsidP="00A72FAA">
            <w:pPr>
              <w:autoSpaceDE w:val="0"/>
              <w:autoSpaceDN w:val="0"/>
              <w:spacing w:before="76" w:after="0"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4.5.</w:t>
            </w: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6093" w:rsidRPr="00CA324F" w:rsidRDefault="003122E3" w:rsidP="00A72FAA">
            <w:pPr>
              <w:autoSpaceDE w:val="0"/>
              <w:autoSpaceDN w:val="0"/>
              <w:spacing w:before="76" w:after="0" w:line="233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Разные способы решения некоторых видов изученных задач.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CA324F" w:rsidRDefault="003122E3" w:rsidP="00A72FAA">
            <w:pPr>
              <w:autoSpaceDE w:val="0"/>
              <w:autoSpaceDN w:val="0"/>
              <w:spacing w:before="76" w:after="0" w:line="233" w:lineRule="auto"/>
              <w:ind w:left="6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CA324F" w:rsidRDefault="003122E3" w:rsidP="00A72FAA">
            <w:pPr>
              <w:autoSpaceDE w:val="0"/>
              <w:autoSpaceDN w:val="0"/>
              <w:spacing w:before="76" w:after="0" w:line="233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0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CA324F" w:rsidRDefault="003122E3" w:rsidP="00A72FAA">
            <w:pPr>
              <w:autoSpaceDE w:val="0"/>
              <w:autoSpaceDN w:val="0"/>
              <w:spacing w:before="76" w:after="0" w:line="233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CA324F" w:rsidRDefault="003122E3" w:rsidP="00A72FAA">
            <w:pPr>
              <w:autoSpaceDE w:val="0"/>
              <w:autoSpaceDN w:val="0"/>
              <w:spacing w:before="76" w:after="0"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03.02.2023 04.02.2023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CA324F" w:rsidRDefault="003122E3" w:rsidP="00A72FAA">
            <w:pPr>
              <w:autoSpaceDE w:val="0"/>
              <w:autoSpaceDN w:val="0"/>
              <w:spacing w:before="76" w:after="0" w:line="245" w:lineRule="auto"/>
              <w:ind w:left="7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Моделирование текста задачи; </w:t>
            </w:r>
            <w:r w:rsidRPr="00CA32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Разные записи решения одной и той же задачи;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CA324F" w:rsidRDefault="003122E3" w:rsidP="00A72FAA">
            <w:pPr>
              <w:autoSpaceDE w:val="0"/>
              <w:autoSpaceDN w:val="0"/>
              <w:spacing w:before="76" w:after="0" w:line="245" w:lineRule="auto"/>
              <w:ind w:left="72" w:right="4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Устный</w:t>
            </w:r>
            <w:proofErr w:type="spellEnd"/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Pr="00CA324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опрос</w:t>
            </w:r>
            <w:proofErr w:type="spellEnd"/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CA324F" w:rsidRDefault="000A6532" w:rsidP="00A72FAA">
            <w:pPr>
              <w:autoSpaceDE w:val="0"/>
              <w:autoSpaceDN w:val="0"/>
              <w:spacing w:before="76" w:after="0" w:line="250" w:lineRule="auto"/>
              <w:ind w:left="72"/>
              <w:jc w:val="both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РЭШ. Урок «Логические задачи и способы их решения» - </w:t>
            </w:r>
            <w:hyperlink r:id="rId30" w:history="1">
              <w:r w:rsidRPr="00CA324F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https://resh.edu.ru/subject/lesson/4713/conspect/202990/</w:t>
              </w:r>
            </w:hyperlink>
          </w:p>
          <w:p w:rsidR="000A6532" w:rsidRPr="00CA324F" w:rsidRDefault="000A6532" w:rsidP="00A72FAA">
            <w:pPr>
              <w:autoSpaceDE w:val="0"/>
              <w:autoSpaceDN w:val="0"/>
              <w:spacing w:before="76" w:after="0" w:line="25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96093" w:rsidRPr="00D40119" w:rsidTr="0098613E">
        <w:trPr>
          <w:trHeight w:hRule="exact" w:val="2555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CA324F" w:rsidRDefault="003122E3" w:rsidP="00A72FAA">
            <w:pPr>
              <w:autoSpaceDE w:val="0"/>
              <w:autoSpaceDN w:val="0"/>
              <w:spacing w:before="76" w:after="0"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4.6.</w:t>
            </w: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6093" w:rsidRPr="00CA324F" w:rsidRDefault="003122E3" w:rsidP="00A72FAA">
            <w:pPr>
              <w:autoSpaceDE w:val="0"/>
              <w:autoSpaceDN w:val="0"/>
              <w:spacing w:before="76" w:after="0" w:line="245" w:lineRule="auto"/>
              <w:ind w:left="72" w:right="57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Оформление решения по действиям с пояснением, по вопросам, с помощью числового выражения.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CA324F" w:rsidRDefault="003122E3" w:rsidP="00A72FAA">
            <w:pPr>
              <w:autoSpaceDE w:val="0"/>
              <w:autoSpaceDN w:val="0"/>
              <w:spacing w:before="76" w:after="0" w:line="233" w:lineRule="auto"/>
              <w:ind w:left="6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CA324F" w:rsidRDefault="003122E3" w:rsidP="00A72FAA">
            <w:pPr>
              <w:autoSpaceDE w:val="0"/>
              <w:autoSpaceDN w:val="0"/>
              <w:spacing w:before="76" w:after="0" w:line="233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0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CA324F" w:rsidRDefault="003122E3" w:rsidP="00A72FAA">
            <w:pPr>
              <w:autoSpaceDE w:val="0"/>
              <w:autoSpaceDN w:val="0"/>
              <w:spacing w:before="76" w:after="0" w:line="233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CA324F" w:rsidRDefault="003122E3" w:rsidP="00A72FAA">
            <w:pPr>
              <w:autoSpaceDE w:val="0"/>
              <w:autoSpaceDN w:val="0"/>
              <w:spacing w:before="76" w:after="0"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05.02.2023 06.02.2023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CA324F" w:rsidRDefault="003122E3" w:rsidP="00A72FAA">
            <w:pPr>
              <w:autoSpaceDE w:val="0"/>
              <w:autoSpaceDN w:val="0"/>
              <w:spacing w:before="76" w:after="0" w:line="252" w:lineRule="auto"/>
              <w:ind w:left="74" w:right="14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Оформление математической записи: полная запись решения текстовой задачи (модель; решение по действиям, по вопросам или с помощью числового выражения; </w:t>
            </w:r>
            <w:r w:rsidRPr="00CA32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формулировка ответа);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CA324F" w:rsidRDefault="003122E3" w:rsidP="00A72FAA">
            <w:pPr>
              <w:autoSpaceDE w:val="0"/>
              <w:autoSpaceDN w:val="0"/>
              <w:spacing w:before="76" w:after="0" w:line="245" w:lineRule="auto"/>
              <w:ind w:left="72" w:right="4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Устный</w:t>
            </w:r>
            <w:proofErr w:type="spellEnd"/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Pr="00CA324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опрос</w:t>
            </w:r>
            <w:proofErr w:type="spellEnd"/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CA324F" w:rsidRDefault="000A6532" w:rsidP="00A72FAA">
            <w:pPr>
              <w:autoSpaceDE w:val="0"/>
              <w:autoSpaceDN w:val="0"/>
              <w:spacing w:before="76" w:after="0" w:line="250" w:lineRule="auto"/>
              <w:ind w:left="72"/>
              <w:jc w:val="both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РЭШ. Урок «Числовые выражения. Порядок выполнения действий» - </w:t>
            </w:r>
            <w:hyperlink r:id="rId31" w:history="1">
              <w:r w:rsidRPr="00CA324F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https://resh.edu.ru/subject/lesson/3926/conspect/213806/</w:t>
              </w:r>
            </w:hyperlink>
          </w:p>
          <w:p w:rsidR="000A6532" w:rsidRPr="00CA324F" w:rsidRDefault="000A6532" w:rsidP="00A72FAA">
            <w:pPr>
              <w:autoSpaceDE w:val="0"/>
              <w:autoSpaceDN w:val="0"/>
              <w:spacing w:before="76" w:after="0" w:line="25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96093" w:rsidRPr="00CA324F">
        <w:trPr>
          <w:trHeight w:hRule="exact" w:val="348"/>
        </w:trPr>
        <w:tc>
          <w:tcPr>
            <w:tcW w:w="4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6093" w:rsidRPr="00CA324F" w:rsidRDefault="003122E3" w:rsidP="00A72FAA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CA324F" w:rsidRDefault="003122E3" w:rsidP="00A72FAA">
            <w:pPr>
              <w:autoSpaceDE w:val="0"/>
              <w:autoSpaceDN w:val="0"/>
              <w:spacing w:before="78" w:after="0" w:line="230" w:lineRule="auto"/>
              <w:ind w:left="6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21</w:t>
            </w:r>
          </w:p>
        </w:tc>
        <w:tc>
          <w:tcPr>
            <w:tcW w:w="99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CA324F" w:rsidRDefault="00496093" w:rsidP="00A72F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96093" w:rsidRPr="00D40119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CA324F" w:rsidRDefault="003122E3" w:rsidP="00A72FAA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A324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Раздел 5. Пространственные отношения и  геометрические фигуры</w:t>
            </w:r>
          </w:p>
        </w:tc>
      </w:tr>
      <w:tr w:rsidR="00496093" w:rsidRPr="00D40119" w:rsidTr="00CA324F">
        <w:trPr>
          <w:trHeight w:hRule="exact" w:val="2133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CA324F" w:rsidRDefault="003122E3" w:rsidP="00A72FAA">
            <w:pPr>
              <w:autoSpaceDE w:val="0"/>
              <w:autoSpaceDN w:val="0"/>
              <w:spacing w:before="78" w:after="0" w:line="23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lastRenderedPageBreak/>
              <w:t>5.1.</w:t>
            </w: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6093" w:rsidRPr="00CA324F" w:rsidRDefault="003122E3" w:rsidP="00A72FAA">
            <w:pPr>
              <w:autoSpaceDE w:val="0"/>
              <w:autoSpaceDN w:val="0"/>
              <w:spacing w:before="78" w:after="0" w:line="245" w:lineRule="auto"/>
              <w:ind w:left="72" w:right="4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Наглядные представления о симметрии. Ось симметрии фигуры. </w:t>
            </w:r>
            <w:proofErr w:type="spellStart"/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Фигуры</w:t>
            </w:r>
            <w:proofErr w:type="spellEnd"/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, </w:t>
            </w:r>
            <w:proofErr w:type="spellStart"/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имеющие</w:t>
            </w:r>
            <w:proofErr w:type="spellEnd"/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ось</w:t>
            </w:r>
            <w:proofErr w:type="spellEnd"/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симметрии</w:t>
            </w:r>
            <w:proofErr w:type="spellEnd"/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CA324F" w:rsidRDefault="003122E3" w:rsidP="00A72FAA">
            <w:pPr>
              <w:autoSpaceDE w:val="0"/>
              <w:autoSpaceDN w:val="0"/>
              <w:spacing w:before="78" w:after="0" w:line="230" w:lineRule="auto"/>
              <w:ind w:left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CA324F" w:rsidRDefault="003122E3" w:rsidP="00A72FAA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CA324F" w:rsidRDefault="003122E3" w:rsidP="00A72FAA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0.25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CA324F" w:rsidRDefault="003122E3" w:rsidP="00A72FAA">
            <w:pPr>
              <w:autoSpaceDE w:val="0"/>
              <w:autoSpaceDN w:val="0"/>
              <w:spacing w:before="78" w:after="0"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07.02.2023 13.02.2023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CA324F" w:rsidRDefault="003122E3" w:rsidP="00A72FAA">
            <w:pPr>
              <w:autoSpaceDE w:val="0"/>
              <w:autoSpaceDN w:val="0"/>
              <w:spacing w:before="78" w:after="0" w:line="250" w:lineRule="auto"/>
              <w:ind w:left="74" w:right="28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Конструирование, изображение фигур, имеющих ось симметрии; построение </w:t>
            </w:r>
            <w:r w:rsidRPr="00CA32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окружности заданного радиуса с помощью циркуля;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CA324F" w:rsidRDefault="003122E3" w:rsidP="00A72FAA">
            <w:pPr>
              <w:autoSpaceDE w:val="0"/>
              <w:autoSpaceDN w:val="0"/>
              <w:spacing w:before="78" w:after="0" w:line="25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Устный</w:t>
            </w:r>
            <w:proofErr w:type="spellEnd"/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Pr="00CA324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опрос</w:t>
            </w:r>
            <w:proofErr w:type="spellEnd"/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; </w:t>
            </w:r>
            <w:r w:rsidRPr="00CA324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Практическая</w:t>
            </w:r>
            <w:proofErr w:type="spellEnd"/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работа</w:t>
            </w:r>
            <w:proofErr w:type="spellEnd"/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CA324F" w:rsidRDefault="003C7C98" w:rsidP="00A72FAA">
            <w:pPr>
              <w:autoSpaceDE w:val="0"/>
              <w:autoSpaceDN w:val="0"/>
              <w:spacing w:before="78" w:after="0" w:line="245" w:lineRule="auto"/>
              <w:ind w:left="72" w:right="432"/>
              <w:jc w:val="both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РЭШ. Урок «Осевая и центральная симметрия» - </w:t>
            </w:r>
            <w:hyperlink r:id="rId32" w:history="1">
              <w:r w:rsidRPr="00CA324F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https://resh.edu.ru/subject/lesson/2010/main/</w:t>
              </w:r>
            </w:hyperlink>
          </w:p>
          <w:p w:rsidR="003C7C98" w:rsidRPr="00CA324F" w:rsidRDefault="003C7C98" w:rsidP="00A72FAA">
            <w:pPr>
              <w:autoSpaceDE w:val="0"/>
              <w:autoSpaceDN w:val="0"/>
              <w:spacing w:before="78" w:after="0" w:line="245" w:lineRule="auto"/>
              <w:ind w:left="72" w:right="43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96093" w:rsidRPr="00D40119" w:rsidTr="00CA324F">
        <w:trPr>
          <w:trHeight w:hRule="exact" w:val="2701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CA324F" w:rsidRDefault="003122E3" w:rsidP="00A72FAA">
            <w:pPr>
              <w:autoSpaceDE w:val="0"/>
              <w:autoSpaceDN w:val="0"/>
              <w:spacing w:before="76" w:after="0"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5.2.</w:t>
            </w: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6093" w:rsidRPr="00CA324F" w:rsidRDefault="003122E3" w:rsidP="00A72FAA">
            <w:pPr>
              <w:autoSpaceDE w:val="0"/>
              <w:autoSpaceDN w:val="0"/>
              <w:spacing w:before="76" w:after="0" w:line="245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Окружность, круг: распознавание и изображение; построение окружности заданного радиуса.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CA324F" w:rsidRDefault="003122E3" w:rsidP="00A72FAA">
            <w:pPr>
              <w:autoSpaceDE w:val="0"/>
              <w:autoSpaceDN w:val="0"/>
              <w:spacing w:before="76" w:after="0" w:line="233" w:lineRule="auto"/>
              <w:ind w:left="6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CA324F" w:rsidRDefault="003122E3" w:rsidP="00A72FAA">
            <w:pPr>
              <w:autoSpaceDE w:val="0"/>
              <w:autoSpaceDN w:val="0"/>
              <w:spacing w:before="76" w:after="0" w:line="233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0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CA324F" w:rsidRDefault="003122E3" w:rsidP="00A72FAA">
            <w:pPr>
              <w:autoSpaceDE w:val="0"/>
              <w:autoSpaceDN w:val="0"/>
              <w:spacing w:before="76" w:after="0" w:line="233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0.25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CA324F" w:rsidRDefault="003122E3" w:rsidP="00A72FAA">
            <w:pPr>
              <w:autoSpaceDE w:val="0"/>
              <w:autoSpaceDN w:val="0"/>
              <w:spacing w:before="76" w:after="0"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14.02.2023 16.02.202</w:t>
            </w:r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CA324F" w:rsidRDefault="003122E3" w:rsidP="00A72FAA">
            <w:pPr>
              <w:autoSpaceDE w:val="0"/>
              <w:autoSpaceDN w:val="0"/>
              <w:spacing w:before="76" w:after="0" w:line="252" w:lineRule="auto"/>
              <w:ind w:left="74" w:right="28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Конструирование, изображение фигур, имеющих ось симметрии; построение </w:t>
            </w:r>
            <w:r w:rsidRPr="00CA32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окружности заданного радиуса с помощью циркуля; </w:t>
            </w:r>
            <w:r w:rsidRPr="00CA32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Изображение геометрических фигур с </w:t>
            </w:r>
            <w:r w:rsidRPr="00CA32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заданными свойствами;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CA324F" w:rsidRDefault="003122E3" w:rsidP="00A72FAA">
            <w:pPr>
              <w:autoSpaceDE w:val="0"/>
              <w:autoSpaceDN w:val="0"/>
              <w:spacing w:before="76" w:after="0" w:line="25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Устный</w:t>
            </w:r>
            <w:proofErr w:type="spellEnd"/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Pr="00CA324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опрос</w:t>
            </w:r>
            <w:proofErr w:type="spellEnd"/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; </w:t>
            </w:r>
            <w:r w:rsidRPr="00CA324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Практическая</w:t>
            </w:r>
            <w:proofErr w:type="spellEnd"/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работа</w:t>
            </w:r>
            <w:proofErr w:type="spellEnd"/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C7C98" w:rsidRPr="00CA324F" w:rsidRDefault="003C7C98" w:rsidP="00A72FAA">
            <w:pPr>
              <w:autoSpaceDE w:val="0"/>
              <w:autoSpaceDN w:val="0"/>
              <w:spacing w:before="76" w:after="0" w:line="250" w:lineRule="auto"/>
              <w:ind w:left="72"/>
              <w:jc w:val="both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proofErr w:type="spellStart"/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Инфоурок</w:t>
            </w:r>
            <w:proofErr w:type="spellEnd"/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 Урок «</w:t>
            </w:r>
            <w:proofErr w:type="spellStart"/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Оружность</w:t>
            </w:r>
            <w:proofErr w:type="spellEnd"/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и круг» -</w:t>
            </w:r>
            <w:r w:rsidRPr="00CA324F">
              <w:rPr>
                <w:lang w:val="ru-RU"/>
              </w:rPr>
              <w:t xml:space="preserve"> </w:t>
            </w:r>
            <w:hyperlink r:id="rId33" w:history="1">
              <w:r w:rsidRPr="00CA324F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https://infourok.ru/prezentaciya-po-matematike-na-temu-okruzhnost-i-krug-klass-2736230.html</w:t>
              </w:r>
            </w:hyperlink>
          </w:p>
          <w:p w:rsidR="00496093" w:rsidRPr="00CA324F" w:rsidRDefault="003C7C98" w:rsidP="00A72FAA">
            <w:pPr>
              <w:autoSpaceDE w:val="0"/>
              <w:autoSpaceDN w:val="0"/>
              <w:spacing w:before="76" w:after="0" w:line="250" w:lineRule="auto"/>
              <w:ind w:left="72"/>
              <w:jc w:val="both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</w:p>
          <w:p w:rsidR="00FA2EA9" w:rsidRPr="00CA324F" w:rsidRDefault="00FA2EA9" w:rsidP="00A72FAA">
            <w:pPr>
              <w:autoSpaceDE w:val="0"/>
              <w:autoSpaceDN w:val="0"/>
              <w:spacing w:before="76" w:after="0" w:line="25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96093" w:rsidRPr="00D40119" w:rsidTr="00CA324F">
        <w:trPr>
          <w:trHeight w:hRule="exact" w:val="1847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CA324F" w:rsidRDefault="003122E3" w:rsidP="00A72FAA">
            <w:pPr>
              <w:autoSpaceDE w:val="0"/>
              <w:autoSpaceDN w:val="0"/>
              <w:spacing w:before="78" w:after="0" w:line="23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5.3.</w:t>
            </w: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6093" w:rsidRPr="00CA324F" w:rsidRDefault="003122E3" w:rsidP="00A72FAA">
            <w:pPr>
              <w:autoSpaceDE w:val="0"/>
              <w:autoSpaceDN w:val="0"/>
              <w:spacing w:before="78" w:after="0" w:line="245" w:lineRule="auto"/>
              <w:ind w:left="72" w:right="28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Построение изученных геометрических фигур с  помощью линейки, угольника, циркуля.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CA324F" w:rsidRDefault="003122E3" w:rsidP="00A72FAA">
            <w:pPr>
              <w:autoSpaceDE w:val="0"/>
              <w:autoSpaceDN w:val="0"/>
              <w:spacing w:before="78" w:after="0" w:line="230" w:lineRule="auto"/>
              <w:ind w:left="6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CA324F" w:rsidRDefault="003122E3" w:rsidP="00A72FAA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0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CA324F" w:rsidRDefault="003122E3" w:rsidP="00A72FAA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0.25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CA324F" w:rsidRDefault="003122E3" w:rsidP="00A72FAA">
            <w:pPr>
              <w:autoSpaceDE w:val="0"/>
              <w:autoSpaceDN w:val="0"/>
              <w:spacing w:before="78" w:after="0"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17.02.2023 20.02.2023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CA324F" w:rsidRDefault="003122E3" w:rsidP="00A72FAA">
            <w:pPr>
              <w:autoSpaceDE w:val="0"/>
              <w:autoSpaceDN w:val="0"/>
              <w:spacing w:before="78" w:after="0" w:line="250" w:lineRule="auto"/>
              <w:ind w:left="74" w:right="28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Конструирование, изображение фигур, имеющих ось симметрии; построение </w:t>
            </w:r>
            <w:r w:rsidRPr="00CA32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окружности заданного радиуса с помощью циркуля;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CA324F" w:rsidRDefault="003122E3" w:rsidP="00A72FAA">
            <w:pPr>
              <w:autoSpaceDE w:val="0"/>
              <w:autoSpaceDN w:val="0"/>
              <w:spacing w:before="78" w:after="0" w:line="25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Устный</w:t>
            </w:r>
            <w:proofErr w:type="spellEnd"/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Pr="00CA324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опрос</w:t>
            </w:r>
            <w:proofErr w:type="spellEnd"/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; </w:t>
            </w:r>
            <w:r w:rsidRPr="00CA324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Практическая</w:t>
            </w:r>
            <w:proofErr w:type="spellEnd"/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работа</w:t>
            </w:r>
            <w:proofErr w:type="spellEnd"/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CA324F" w:rsidRDefault="003C7C98" w:rsidP="00A72FAA">
            <w:pPr>
              <w:autoSpaceDE w:val="0"/>
              <w:autoSpaceDN w:val="0"/>
              <w:spacing w:before="78" w:after="0" w:line="247" w:lineRule="auto"/>
              <w:ind w:left="72"/>
              <w:jc w:val="both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РЭШ. Урок «Простейшие построения циркулем и линейкой» - </w:t>
            </w:r>
            <w:hyperlink r:id="rId34" w:history="1">
              <w:r w:rsidRPr="00CA324F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https://resh.edu.ru/subject/lesson/1408/</w:t>
              </w:r>
            </w:hyperlink>
          </w:p>
          <w:p w:rsidR="003C7C98" w:rsidRPr="00CA324F" w:rsidRDefault="003C7C98" w:rsidP="00A72FAA">
            <w:pPr>
              <w:autoSpaceDE w:val="0"/>
              <w:autoSpaceDN w:val="0"/>
              <w:spacing w:before="78" w:after="0" w:line="247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96093" w:rsidRPr="00D40119" w:rsidTr="00CA324F">
        <w:trPr>
          <w:trHeight w:hRule="exact" w:val="3971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CA324F" w:rsidRDefault="003122E3" w:rsidP="00A72FAA">
            <w:pPr>
              <w:autoSpaceDE w:val="0"/>
              <w:autoSpaceDN w:val="0"/>
              <w:spacing w:before="78" w:after="0" w:line="23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5.4.</w:t>
            </w: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6093" w:rsidRPr="00CA324F" w:rsidRDefault="003122E3" w:rsidP="00A72FAA">
            <w:pPr>
              <w:autoSpaceDE w:val="0"/>
              <w:autoSpaceDN w:val="0"/>
              <w:spacing w:before="78" w:after="0" w:line="245" w:lineRule="auto"/>
              <w:ind w:left="72" w:right="14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Пространственные геометрические фигуры (тела): шар, куб, цилиндр, конус, пирамида; их различение, называние.</w:t>
            </w:r>
            <w:proofErr w:type="gramEnd"/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CA324F" w:rsidRDefault="003122E3" w:rsidP="00A72FAA">
            <w:pPr>
              <w:autoSpaceDE w:val="0"/>
              <w:autoSpaceDN w:val="0"/>
              <w:spacing w:before="78" w:after="0" w:line="230" w:lineRule="auto"/>
              <w:ind w:left="6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7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CA324F" w:rsidRDefault="003122E3" w:rsidP="00A72FAA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0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CA324F" w:rsidRDefault="003122E3" w:rsidP="00A72FAA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0.5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CA324F" w:rsidRDefault="003122E3" w:rsidP="00A72FAA">
            <w:pPr>
              <w:autoSpaceDE w:val="0"/>
              <w:autoSpaceDN w:val="0"/>
              <w:spacing w:before="78" w:after="0"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21.02.2023 06.03.2023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CA324F" w:rsidRDefault="003122E3" w:rsidP="00A72FAA">
            <w:pPr>
              <w:autoSpaceDE w:val="0"/>
              <w:autoSpaceDN w:val="0"/>
              <w:spacing w:before="78" w:after="0" w:line="254" w:lineRule="auto"/>
              <w:ind w:left="74" w:right="14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Исследование объектов окружающего мира: сопоставление их с изученными </w:t>
            </w:r>
            <w:r w:rsidRPr="00CA32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геометрическими формами; </w:t>
            </w:r>
            <w:r w:rsidRPr="00CA32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Конструирование, изображение фигур, </w:t>
            </w:r>
            <w:r w:rsidRPr="00CA32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имеющих ось симметрии; построение </w:t>
            </w:r>
            <w:r w:rsidRPr="00CA32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окружности заданного радиуса с помощью циркуля;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CA324F" w:rsidRDefault="003122E3" w:rsidP="00A72FAA">
            <w:pPr>
              <w:autoSpaceDE w:val="0"/>
              <w:autoSpaceDN w:val="0"/>
              <w:spacing w:before="78" w:after="0" w:line="252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Устный </w:t>
            </w:r>
            <w:r w:rsidRPr="00CA32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опрос; </w:t>
            </w:r>
            <w:r w:rsidRPr="00CA32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Практическая работа; </w:t>
            </w:r>
            <w:r w:rsidRPr="00CA32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Тестирование;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CA324F" w:rsidRDefault="003C7C98" w:rsidP="00A72FAA">
            <w:pPr>
              <w:autoSpaceDE w:val="0"/>
              <w:autoSpaceDN w:val="0"/>
              <w:spacing w:before="78" w:after="0" w:line="247" w:lineRule="auto"/>
              <w:ind w:left="72"/>
              <w:jc w:val="both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РЭШ. Урок «Куб, шар, пирамида, цилиндр» - </w:t>
            </w:r>
            <w:hyperlink r:id="rId35" w:history="1">
              <w:r w:rsidRPr="00CA324F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https://resh.edu.ru/subject/lesson/557/</w:t>
              </w:r>
            </w:hyperlink>
          </w:p>
          <w:p w:rsidR="00FA2EA9" w:rsidRPr="00CA324F" w:rsidRDefault="00FA2EA9" w:rsidP="00A72FAA">
            <w:pPr>
              <w:autoSpaceDE w:val="0"/>
              <w:autoSpaceDN w:val="0"/>
              <w:spacing w:before="76" w:after="0" w:line="25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РЭШ.</w:t>
            </w:r>
            <w:r w:rsidRPr="00CA32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Урок «Пирамида» - </w:t>
            </w:r>
            <w:hyperlink r:id="rId36" w:history="1">
              <w:r w:rsidRPr="00CA324F">
                <w:rPr>
                  <w:rStyle w:val="aff8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https://resh.edu.ru/subject/lesson/4129/start/218551/</w:t>
              </w:r>
            </w:hyperlink>
          </w:p>
          <w:p w:rsidR="003C7C98" w:rsidRPr="00CA324F" w:rsidRDefault="00FA2EA9" w:rsidP="00A72FAA">
            <w:pPr>
              <w:autoSpaceDE w:val="0"/>
              <w:autoSpaceDN w:val="0"/>
              <w:spacing w:before="78" w:after="0" w:line="247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РЭШ. Урок «Куб»- </w:t>
            </w:r>
            <w:hyperlink r:id="rId37" w:history="1">
              <w:r w:rsidRPr="00CA324F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https://resh.edu.ru/subject/lesson/4623/start/218458/</w:t>
              </w:r>
            </w:hyperlink>
          </w:p>
        </w:tc>
      </w:tr>
      <w:tr w:rsidR="00496093" w:rsidRPr="00D40119" w:rsidTr="00A72FAA">
        <w:trPr>
          <w:trHeight w:hRule="exact" w:val="2133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CA324F" w:rsidRDefault="003122E3" w:rsidP="00A72FAA">
            <w:pPr>
              <w:autoSpaceDE w:val="0"/>
              <w:autoSpaceDN w:val="0"/>
              <w:spacing w:before="76" w:after="0"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lastRenderedPageBreak/>
              <w:t>5.5.</w:t>
            </w: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6093" w:rsidRPr="00CA324F" w:rsidRDefault="003122E3" w:rsidP="00A72FAA">
            <w:pPr>
              <w:autoSpaceDE w:val="0"/>
              <w:autoSpaceDN w:val="0"/>
              <w:spacing w:before="76" w:after="0" w:line="250" w:lineRule="auto"/>
              <w:ind w:left="72" w:right="28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Конструирование: разбиение фигуры на прямоугольники (квадраты), составление фигур из </w:t>
            </w:r>
            <w:r w:rsidRPr="00CA32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прямоугольников/квадратов.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CA324F" w:rsidRDefault="003122E3" w:rsidP="00A72FAA">
            <w:pPr>
              <w:autoSpaceDE w:val="0"/>
              <w:autoSpaceDN w:val="0"/>
              <w:spacing w:before="76" w:after="0" w:line="233" w:lineRule="auto"/>
              <w:ind w:left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CA324F" w:rsidRDefault="003122E3" w:rsidP="00A72FAA">
            <w:pPr>
              <w:autoSpaceDE w:val="0"/>
              <w:autoSpaceDN w:val="0"/>
              <w:spacing w:before="76" w:after="0" w:line="233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CA324F" w:rsidRDefault="003122E3" w:rsidP="00A72FAA">
            <w:pPr>
              <w:autoSpaceDE w:val="0"/>
              <w:autoSpaceDN w:val="0"/>
              <w:spacing w:before="76" w:after="0" w:line="233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0.25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CA324F" w:rsidRDefault="003122E3" w:rsidP="00A72FAA">
            <w:pPr>
              <w:autoSpaceDE w:val="0"/>
              <w:autoSpaceDN w:val="0"/>
              <w:spacing w:before="76" w:after="0"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07.03.2023 09.03.2023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CA324F" w:rsidRDefault="003122E3" w:rsidP="00A72FAA">
            <w:pPr>
              <w:autoSpaceDE w:val="0"/>
              <w:autoSpaceDN w:val="0"/>
              <w:spacing w:before="76" w:after="0" w:line="252" w:lineRule="auto"/>
              <w:ind w:left="7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Изображение геометрических фигур с </w:t>
            </w:r>
            <w:r w:rsidRPr="00CA32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заданными свойствами; </w:t>
            </w:r>
            <w:r w:rsidRPr="00CA32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Учебный диалог: различение, называние фигур (прямой угол); геометрических величин </w:t>
            </w:r>
            <w:r w:rsidRPr="00CA32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(периметр, площадь);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CA324F" w:rsidRDefault="003122E3" w:rsidP="00A72FAA">
            <w:pPr>
              <w:autoSpaceDE w:val="0"/>
              <w:autoSpaceDN w:val="0"/>
              <w:spacing w:before="76" w:after="0" w:line="25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Устный</w:t>
            </w:r>
            <w:proofErr w:type="spellEnd"/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Pr="00CA324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опрос</w:t>
            </w:r>
            <w:proofErr w:type="spellEnd"/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; </w:t>
            </w:r>
            <w:r w:rsidRPr="00CA324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Практическая</w:t>
            </w:r>
            <w:proofErr w:type="spellEnd"/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работа</w:t>
            </w:r>
            <w:proofErr w:type="spellEnd"/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CA324F" w:rsidRDefault="00A64C51" w:rsidP="00A72FAA">
            <w:pPr>
              <w:autoSpaceDE w:val="0"/>
              <w:autoSpaceDN w:val="0"/>
              <w:spacing w:before="76" w:after="0" w:line="245" w:lineRule="auto"/>
              <w:ind w:left="72" w:right="432"/>
              <w:jc w:val="both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РЭШ. Урок «Прямоугольник» - </w:t>
            </w:r>
            <w:hyperlink r:id="rId38" w:history="1">
              <w:r w:rsidRPr="00CA324F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https://resh.edu.ru/subject/lesson/4295/start/211859/</w:t>
              </w:r>
            </w:hyperlink>
          </w:p>
          <w:p w:rsidR="00A64C51" w:rsidRPr="00CA324F" w:rsidRDefault="00A64C51" w:rsidP="00A72FAA">
            <w:pPr>
              <w:autoSpaceDE w:val="0"/>
              <w:autoSpaceDN w:val="0"/>
              <w:spacing w:before="76" w:after="0" w:line="245" w:lineRule="auto"/>
              <w:ind w:left="72" w:right="432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</w:tbl>
    <w:p w:rsidR="00496093" w:rsidRPr="003122E3" w:rsidRDefault="00496093" w:rsidP="00A72FAA">
      <w:pPr>
        <w:autoSpaceDE w:val="0"/>
        <w:autoSpaceDN w:val="0"/>
        <w:spacing w:after="0" w:line="14" w:lineRule="exact"/>
        <w:jc w:val="both"/>
        <w:rPr>
          <w:lang w:val="ru-RU"/>
        </w:rPr>
      </w:pPr>
    </w:p>
    <w:p w:rsidR="00496093" w:rsidRPr="003122E3" w:rsidRDefault="00496093" w:rsidP="00A72FAA">
      <w:pPr>
        <w:jc w:val="both"/>
        <w:rPr>
          <w:lang w:val="ru-RU"/>
        </w:rPr>
        <w:sectPr w:rsidR="00496093" w:rsidRPr="003122E3">
          <w:pgSz w:w="16840" w:h="11900"/>
          <w:pgMar w:top="284" w:right="640" w:bottom="376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496093" w:rsidRPr="003122E3" w:rsidRDefault="00496093" w:rsidP="00A72FAA">
      <w:pPr>
        <w:autoSpaceDE w:val="0"/>
        <w:autoSpaceDN w:val="0"/>
        <w:spacing w:after="66" w:line="220" w:lineRule="exact"/>
        <w:jc w:val="both"/>
        <w:rPr>
          <w:lang w:val="ru-RU"/>
        </w:rPr>
      </w:pPr>
    </w:p>
    <w:tbl>
      <w:tblPr>
        <w:tblW w:w="0" w:type="auto"/>
        <w:tblInd w:w="6" w:type="dxa"/>
        <w:tblLayout w:type="fixed"/>
        <w:tblLook w:val="04A0"/>
      </w:tblPr>
      <w:tblGrid>
        <w:gridCol w:w="396"/>
        <w:gridCol w:w="4588"/>
        <w:gridCol w:w="528"/>
        <w:gridCol w:w="1104"/>
        <w:gridCol w:w="896"/>
        <w:gridCol w:w="1108"/>
        <w:gridCol w:w="3326"/>
        <w:gridCol w:w="1118"/>
        <w:gridCol w:w="2438"/>
      </w:tblGrid>
      <w:tr w:rsidR="00496093" w:rsidRPr="00D40119" w:rsidTr="00CA324F">
        <w:trPr>
          <w:trHeight w:hRule="exact" w:val="667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CA324F" w:rsidRDefault="003122E3" w:rsidP="00A72FAA">
            <w:pPr>
              <w:autoSpaceDE w:val="0"/>
              <w:autoSpaceDN w:val="0"/>
              <w:spacing w:before="78" w:after="0" w:line="23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5.6.</w:t>
            </w: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6093" w:rsidRPr="00CA324F" w:rsidRDefault="003122E3" w:rsidP="00A72FAA">
            <w:pPr>
              <w:autoSpaceDE w:val="0"/>
              <w:autoSpaceDN w:val="0"/>
              <w:spacing w:before="78" w:after="0" w:line="245" w:lineRule="auto"/>
              <w:ind w:left="72" w:right="43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Периметр, площадь фигуры, составленной из  двух-трёх прямоугольников (квадратов)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CA324F" w:rsidRDefault="003122E3" w:rsidP="00A72FAA">
            <w:pPr>
              <w:autoSpaceDE w:val="0"/>
              <w:autoSpaceDN w:val="0"/>
              <w:spacing w:before="78" w:after="0" w:line="230" w:lineRule="auto"/>
              <w:ind w:left="6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CA324F" w:rsidRDefault="003122E3" w:rsidP="00A72FAA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0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CA324F" w:rsidRDefault="003122E3" w:rsidP="00A72FAA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0.25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CA324F" w:rsidRDefault="003122E3" w:rsidP="00A72FAA">
            <w:pPr>
              <w:autoSpaceDE w:val="0"/>
              <w:autoSpaceDN w:val="0"/>
              <w:spacing w:before="78" w:after="0"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10.03.2023 14.03.2023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CA324F" w:rsidRDefault="003122E3" w:rsidP="00A72FAA">
            <w:pPr>
              <w:autoSpaceDE w:val="0"/>
              <w:autoSpaceDN w:val="0"/>
              <w:spacing w:before="78" w:after="0" w:line="254" w:lineRule="auto"/>
              <w:ind w:left="74" w:right="14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Комментирование хода и результата поиска информации о площади и способах её </w:t>
            </w:r>
            <w:r w:rsidRPr="00CA32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нахождения; </w:t>
            </w:r>
            <w:r w:rsidRPr="00CA32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Упражнения: графические и измерительные действия при выполнении измерений и </w:t>
            </w:r>
            <w:r w:rsidRPr="00CA32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вычислений периметра многоугольника, </w:t>
            </w:r>
            <w:r w:rsidRPr="00CA32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площади прямоугольника, квадрата, фигуры, составленной из прямоугольников; </w:t>
            </w:r>
            <w:r w:rsidRPr="00CA32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Практические работы: нахождение площади фигуры, составленной из прямоугольников (квадратов), сравнение однородных величин, использование свойств прямоугольника и квадрата для решения задач;</w:t>
            </w:r>
            <w:proofErr w:type="gramEnd"/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CA324F" w:rsidRDefault="003122E3" w:rsidP="00A72FAA">
            <w:pPr>
              <w:autoSpaceDE w:val="0"/>
              <w:autoSpaceDN w:val="0"/>
              <w:spacing w:before="78" w:after="0" w:line="25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Устный</w:t>
            </w:r>
            <w:proofErr w:type="spellEnd"/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Pr="00CA324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опрос</w:t>
            </w:r>
            <w:proofErr w:type="spellEnd"/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; </w:t>
            </w:r>
            <w:r w:rsidRPr="00CA324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Практическая</w:t>
            </w:r>
            <w:proofErr w:type="spellEnd"/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работа</w:t>
            </w:r>
            <w:proofErr w:type="spellEnd"/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CA324F" w:rsidRDefault="00A64C51" w:rsidP="00A72FAA">
            <w:pPr>
              <w:autoSpaceDE w:val="0"/>
              <w:autoSpaceDN w:val="0"/>
              <w:spacing w:before="78" w:after="0" w:line="245" w:lineRule="auto"/>
              <w:ind w:left="72" w:right="432"/>
              <w:jc w:val="both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РЭШ. Урок «Площадь прямоугольника» - </w:t>
            </w:r>
            <w:hyperlink r:id="rId39" w:history="1">
              <w:r w:rsidRPr="00CA324F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https://resh.edu.ru/subject/lesson/7732/conspect/325582/</w:t>
              </w:r>
            </w:hyperlink>
          </w:p>
          <w:p w:rsidR="00A64C51" w:rsidRPr="00CA324F" w:rsidRDefault="00A64C51" w:rsidP="00A72FAA">
            <w:pPr>
              <w:autoSpaceDE w:val="0"/>
              <w:autoSpaceDN w:val="0"/>
              <w:spacing w:before="78" w:after="0" w:line="245" w:lineRule="auto"/>
              <w:ind w:left="72" w:right="43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96093" w:rsidRPr="00CA324F">
        <w:trPr>
          <w:trHeight w:hRule="exact" w:val="348"/>
        </w:trPr>
        <w:tc>
          <w:tcPr>
            <w:tcW w:w="4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6093" w:rsidRPr="00CA324F" w:rsidRDefault="003122E3" w:rsidP="00A72FAA">
            <w:pPr>
              <w:autoSpaceDE w:val="0"/>
              <w:autoSpaceDN w:val="0"/>
              <w:spacing w:before="76" w:after="0" w:line="233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CA324F" w:rsidRDefault="003122E3" w:rsidP="00A72FAA">
            <w:pPr>
              <w:autoSpaceDE w:val="0"/>
              <w:autoSpaceDN w:val="0"/>
              <w:spacing w:before="76" w:after="0" w:line="233" w:lineRule="auto"/>
              <w:ind w:left="6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20</w:t>
            </w:r>
          </w:p>
        </w:tc>
        <w:tc>
          <w:tcPr>
            <w:tcW w:w="99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CA324F" w:rsidRDefault="00496093" w:rsidP="00A72F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96093" w:rsidRPr="00CA324F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CA324F" w:rsidRDefault="003122E3" w:rsidP="00A72FAA">
            <w:pPr>
              <w:autoSpaceDE w:val="0"/>
              <w:autoSpaceDN w:val="0"/>
              <w:spacing w:before="76" w:after="0" w:line="233" w:lineRule="auto"/>
              <w:ind w:left="7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A324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Раздел 6. Математическая информация</w:t>
            </w:r>
          </w:p>
        </w:tc>
      </w:tr>
      <w:tr w:rsidR="00496093" w:rsidRPr="00CA324F" w:rsidTr="00A72FAA">
        <w:trPr>
          <w:trHeight w:hRule="exact" w:val="454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CA324F" w:rsidRDefault="003122E3" w:rsidP="00A72FAA">
            <w:pPr>
              <w:autoSpaceDE w:val="0"/>
              <w:autoSpaceDN w:val="0"/>
              <w:spacing w:before="76" w:after="0"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lastRenderedPageBreak/>
              <w:t>6.1.</w:t>
            </w: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6093" w:rsidRPr="00CA324F" w:rsidRDefault="003122E3" w:rsidP="00A72FAA">
            <w:pPr>
              <w:autoSpaceDE w:val="0"/>
              <w:autoSpaceDN w:val="0"/>
              <w:spacing w:before="76" w:after="0" w:line="25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Работа с утверждениями: конструирование, проверка </w:t>
            </w:r>
            <w:r w:rsidRPr="00CA32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истинности; составление и проверка </w:t>
            </w:r>
            <w:proofErr w:type="gramStart"/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логических рассуждений</w:t>
            </w:r>
            <w:proofErr w:type="gramEnd"/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при решении задач. </w:t>
            </w:r>
            <w:proofErr w:type="spellStart"/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Примеры</w:t>
            </w:r>
            <w:proofErr w:type="spellEnd"/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и </w:t>
            </w:r>
            <w:proofErr w:type="spellStart"/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контрпримеры</w:t>
            </w:r>
            <w:proofErr w:type="spellEnd"/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CA324F" w:rsidRDefault="003122E3" w:rsidP="00A72FAA">
            <w:pPr>
              <w:autoSpaceDE w:val="0"/>
              <w:autoSpaceDN w:val="0"/>
              <w:spacing w:before="76" w:after="0" w:line="233" w:lineRule="auto"/>
              <w:ind w:left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CA324F" w:rsidRDefault="003122E3" w:rsidP="00A72FAA">
            <w:pPr>
              <w:autoSpaceDE w:val="0"/>
              <w:autoSpaceDN w:val="0"/>
              <w:spacing w:before="76" w:after="0" w:line="233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CA324F" w:rsidRDefault="003122E3" w:rsidP="00A72FAA">
            <w:pPr>
              <w:autoSpaceDE w:val="0"/>
              <w:autoSpaceDN w:val="0"/>
              <w:spacing w:before="76" w:after="0" w:line="233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0.25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CA324F" w:rsidRDefault="003122E3" w:rsidP="00A72FAA">
            <w:pPr>
              <w:autoSpaceDE w:val="0"/>
              <w:autoSpaceDN w:val="0"/>
              <w:spacing w:before="76" w:after="0"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16.03.2023 20.03.2023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CA324F" w:rsidRDefault="003122E3" w:rsidP="00A72FAA">
            <w:pPr>
              <w:autoSpaceDE w:val="0"/>
              <w:autoSpaceDN w:val="0"/>
              <w:spacing w:before="76" w:after="0" w:line="254" w:lineRule="auto"/>
              <w:ind w:left="74" w:right="28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Дифференцированное задание: комментирование с использованием математической </w:t>
            </w:r>
            <w:r w:rsidR="00A72FA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т</w:t>
            </w:r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ерминологии; </w:t>
            </w:r>
            <w:r w:rsidRPr="00CA32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Дифференцированное задание: оформление математической записи. Представление информации в предложенной или </w:t>
            </w:r>
            <w:r w:rsidRPr="00CA32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самостоятельно выбранной форме.</w:t>
            </w:r>
            <w:r w:rsidR="00A72FA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Установление истинности заданных и </w:t>
            </w:r>
            <w:r w:rsidRPr="00CA32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самостоятельно составленных утверждений;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CA324F" w:rsidRDefault="003122E3" w:rsidP="00A72FAA">
            <w:pPr>
              <w:autoSpaceDE w:val="0"/>
              <w:autoSpaceDN w:val="0"/>
              <w:spacing w:before="76" w:after="0" w:line="25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Устный</w:t>
            </w:r>
            <w:proofErr w:type="spellEnd"/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Pr="00CA324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опрос</w:t>
            </w:r>
            <w:proofErr w:type="spellEnd"/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; </w:t>
            </w:r>
            <w:r w:rsidRPr="00CA324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Практическая</w:t>
            </w:r>
            <w:proofErr w:type="spellEnd"/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работа</w:t>
            </w:r>
            <w:proofErr w:type="spellEnd"/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CA324F" w:rsidRDefault="00496093" w:rsidP="00A72FAA">
            <w:pPr>
              <w:autoSpaceDE w:val="0"/>
              <w:autoSpaceDN w:val="0"/>
              <w:spacing w:before="76" w:after="0" w:line="245" w:lineRule="auto"/>
              <w:ind w:left="72" w:right="43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96093" w:rsidRPr="00D40119" w:rsidTr="00805FA4">
        <w:trPr>
          <w:trHeight w:hRule="exact" w:val="3120"/>
        </w:trPr>
        <w:tc>
          <w:tcPr>
            <w:tcW w:w="39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CA324F" w:rsidRDefault="003122E3" w:rsidP="00A72FAA">
            <w:pPr>
              <w:autoSpaceDE w:val="0"/>
              <w:autoSpaceDN w:val="0"/>
              <w:spacing w:before="76" w:after="0" w:line="23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6.2.</w:t>
            </w:r>
          </w:p>
        </w:tc>
        <w:tc>
          <w:tcPr>
            <w:tcW w:w="458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6093" w:rsidRPr="00CA324F" w:rsidRDefault="003122E3" w:rsidP="00A72FAA">
            <w:pPr>
              <w:autoSpaceDE w:val="0"/>
              <w:autoSpaceDN w:val="0"/>
              <w:spacing w:before="76" w:after="0" w:line="250" w:lineRule="auto"/>
              <w:ind w:left="72" w:right="14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Данные о реальных процессах и явлениях окружающего мира, представленные на столбчатых диаграммах, схемах, в таблицах, текстах.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CA324F" w:rsidRDefault="003122E3" w:rsidP="00A72FAA">
            <w:pPr>
              <w:autoSpaceDE w:val="0"/>
              <w:autoSpaceDN w:val="0"/>
              <w:spacing w:before="76" w:after="0" w:line="230" w:lineRule="auto"/>
              <w:ind w:left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CA324F" w:rsidRDefault="003122E3" w:rsidP="00A72FAA">
            <w:pPr>
              <w:autoSpaceDE w:val="0"/>
              <w:autoSpaceDN w:val="0"/>
              <w:spacing w:before="76" w:after="0" w:line="23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89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CA324F" w:rsidRDefault="003122E3" w:rsidP="00A72FAA">
            <w:pPr>
              <w:autoSpaceDE w:val="0"/>
              <w:autoSpaceDN w:val="0"/>
              <w:spacing w:before="76" w:after="0" w:line="23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0.25</w:t>
            </w:r>
          </w:p>
        </w:tc>
        <w:tc>
          <w:tcPr>
            <w:tcW w:w="110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CA324F" w:rsidRDefault="003122E3" w:rsidP="00A72FAA">
            <w:pPr>
              <w:autoSpaceDE w:val="0"/>
              <w:autoSpaceDN w:val="0"/>
              <w:spacing w:before="76" w:after="0"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30.03.2023 04.04.2023</w:t>
            </w:r>
          </w:p>
        </w:tc>
        <w:tc>
          <w:tcPr>
            <w:tcW w:w="332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CA324F" w:rsidRDefault="003122E3" w:rsidP="00A72FAA">
            <w:pPr>
              <w:autoSpaceDE w:val="0"/>
              <w:autoSpaceDN w:val="0"/>
              <w:spacing w:before="76" w:after="0" w:line="252" w:lineRule="auto"/>
              <w:ind w:left="74" w:right="72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Дифференцированное задание: </w:t>
            </w:r>
            <w:r w:rsidRPr="00CA32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комментирование с использованием математической терминологии; </w:t>
            </w:r>
            <w:r w:rsidRPr="00CA32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Использование простейших</w:t>
            </w:r>
            <w:r w:rsidR="00FA2EA9"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шкал и измерительных приборов.</w:t>
            </w:r>
          </w:p>
        </w:tc>
        <w:tc>
          <w:tcPr>
            <w:tcW w:w="111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CA324F" w:rsidRDefault="003122E3" w:rsidP="00A72FAA">
            <w:pPr>
              <w:autoSpaceDE w:val="0"/>
              <w:autoSpaceDN w:val="0"/>
              <w:spacing w:before="76" w:after="0" w:line="252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Устный </w:t>
            </w:r>
            <w:r w:rsidRPr="00CA32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опрос; </w:t>
            </w:r>
            <w:r w:rsidRPr="00CA32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Письменный контроль; </w:t>
            </w:r>
            <w:r w:rsidRPr="00CA32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Практическая работа;</w:t>
            </w:r>
          </w:p>
        </w:tc>
        <w:tc>
          <w:tcPr>
            <w:tcW w:w="243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CA324F" w:rsidRDefault="00FA2EA9" w:rsidP="00A72FAA">
            <w:pPr>
              <w:autoSpaceDE w:val="0"/>
              <w:autoSpaceDN w:val="0"/>
              <w:spacing w:before="76" w:after="0" w:line="250" w:lineRule="auto"/>
              <w:ind w:left="72"/>
              <w:jc w:val="both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РЭШ. Урок «Наглядное представление статистической информации» - </w:t>
            </w:r>
            <w:hyperlink r:id="rId40" w:history="1">
              <w:r w:rsidRPr="00CA324F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https://resh.edu.ru/subject/lesson/1988/main/</w:t>
              </w:r>
            </w:hyperlink>
          </w:p>
          <w:p w:rsidR="00FA2EA9" w:rsidRPr="00CA324F" w:rsidRDefault="00FA2EA9" w:rsidP="00A72FAA">
            <w:pPr>
              <w:autoSpaceDE w:val="0"/>
              <w:autoSpaceDN w:val="0"/>
              <w:spacing w:before="76" w:after="0" w:line="25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96093" w:rsidRPr="00D40119" w:rsidTr="00CA324F">
        <w:trPr>
          <w:trHeight w:hRule="exact" w:val="397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CA324F" w:rsidRDefault="003122E3" w:rsidP="00A72FAA">
            <w:pPr>
              <w:autoSpaceDE w:val="0"/>
              <w:autoSpaceDN w:val="0"/>
              <w:spacing w:before="76" w:after="0"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lastRenderedPageBreak/>
              <w:t>6.3.</w:t>
            </w: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6093" w:rsidRPr="00CA324F" w:rsidRDefault="003122E3" w:rsidP="00A72FAA">
            <w:pPr>
              <w:autoSpaceDE w:val="0"/>
              <w:autoSpaceDN w:val="0"/>
              <w:spacing w:before="76" w:after="0" w:line="250" w:lineRule="auto"/>
              <w:ind w:left="72" w:right="3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Сбор математических данных о  заданном объекте (числе, величине, геометрической фигуре). </w:t>
            </w:r>
            <w:proofErr w:type="spellStart"/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Поиск</w:t>
            </w:r>
            <w:proofErr w:type="spellEnd"/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информации</w:t>
            </w:r>
            <w:proofErr w:type="spellEnd"/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в </w:t>
            </w:r>
            <w:proofErr w:type="spellStart"/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справочной</w:t>
            </w:r>
            <w:proofErr w:type="spellEnd"/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литературе, сети Интернет.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CA324F" w:rsidRDefault="003122E3" w:rsidP="00A72FAA">
            <w:pPr>
              <w:autoSpaceDE w:val="0"/>
              <w:autoSpaceDN w:val="0"/>
              <w:spacing w:before="76" w:after="0" w:line="233" w:lineRule="auto"/>
              <w:ind w:left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CA324F" w:rsidRDefault="003122E3" w:rsidP="00A72FAA">
            <w:pPr>
              <w:autoSpaceDE w:val="0"/>
              <w:autoSpaceDN w:val="0"/>
              <w:spacing w:before="76" w:after="0" w:line="233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CA324F" w:rsidRDefault="003122E3" w:rsidP="00A72FAA">
            <w:pPr>
              <w:autoSpaceDE w:val="0"/>
              <w:autoSpaceDN w:val="0"/>
              <w:spacing w:before="76" w:after="0" w:line="233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CA324F" w:rsidRDefault="003122E3" w:rsidP="00A72FAA">
            <w:pPr>
              <w:autoSpaceDE w:val="0"/>
              <w:autoSpaceDN w:val="0"/>
              <w:spacing w:before="76" w:after="0"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06.04.2023 07.04.2023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CA324F" w:rsidRDefault="003122E3" w:rsidP="00A72FAA">
            <w:pPr>
              <w:autoSpaceDE w:val="0"/>
              <w:autoSpaceDN w:val="0"/>
              <w:spacing w:before="76" w:after="0" w:line="254" w:lineRule="auto"/>
              <w:ind w:left="74" w:right="14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Формулирование вопросов для поиска </w:t>
            </w:r>
            <w:r w:rsidRPr="00CA32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числовых характеристик, математических отношений и зависимостей </w:t>
            </w:r>
            <w:r w:rsidRPr="00CA32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(последовательность и продолжительность событий, положение в пространстве, формы и размеры); </w:t>
            </w:r>
            <w:r w:rsidRPr="00CA32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Планирование сбора данных о заданном </w:t>
            </w:r>
            <w:r w:rsidRPr="00CA32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объекте (числе, величине, геометрической фигуре);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CA324F" w:rsidRDefault="003122E3" w:rsidP="00A72FAA">
            <w:pPr>
              <w:autoSpaceDE w:val="0"/>
              <w:autoSpaceDN w:val="0"/>
              <w:spacing w:before="76" w:after="0" w:line="245" w:lineRule="auto"/>
              <w:ind w:left="72" w:right="4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Устный</w:t>
            </w:r>
            <w:proofErr w:type="spellEnd"/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Pr="00CA324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опрос</w:t>
            </w:r>
            <w:proofErr w:type="spellEnd"/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CA324F" w:rsidRDefault="007C5101" w:rsidP="00A72FAA">
            <w:pPr>
              <w:autoSpaceDE w:val="0"/>
              <w:autoSpaceDN w:val="0"/>
              <w:spacing w:before="76" w:after="0" w:line="25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32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РЭШ. Урок «Деятельность в сети Интернет» - </w:t>
            </w:r>
            <w:hyperlink r:id="rId41" w:history="1">
              <w:r w:rsidRPr="00CA324F">
                <w:rPr>
                  <w:rStyle w:val="aff8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https://resh.edu.ru/subject/lesson/5496/start/78889/</w:t>
              </w:r>
            </w:hyperlink>
          </w:p>
          <w:p w:rsidR="007C5101" w:rsidRPr="00CA324F" w:rsidRDefault="007C5101" w:rsidP="00A72FAA">
            <w:pPr>
              <w:autoSpaceDE w:val="0"/>
              <w:autoSpaceDN w:val="0"/>
              <w:spacing w:before="76" w:after="0" w:line="25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96093" w:rsidRPr="00D40119" w:rsidTr="00CA324F">
        <w:trPr>
          <w:trHeight w:hRule="exact" w:val="340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CA324F" w:rsidRDefault="003122E3" w:rsidP="00A72FAA">
            <w:pPr>
              <w:autoSpaceDE w:val="0"/>
              <w:autoSpaceDN w:val="0"/>
              <w:spacing w:before="78" w:after="0" w:line="23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6.4.</w:t>
            </w: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6093" w:rsidRPr="00CA324F" w:rsidRDefault="003122E3" w:rsidP="00A72FAA">
            <w:pPr>
              <w:autoSpaceDE w:val="0"/>
              <w:autoSpaceDN w:val="0"/>
              <w:spacing w:before="78" w:after="0" w:line="245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Запись информации в  предложенной таблице, на  столбчатой диаграмме.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CA324F" w:rsidRDefault="003122E3" w:rsidP="00A72FAA">
            <w:pPr>
              <w:autoSpaceDE w:val="0"/>
              <w:autoSpaceDN w:val="0"/>
              <w:spacing w:before="78" w:after="0" w:line="230" w:lineRule="auto"/>
              <w:ind w:left="6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CA324F" w:rsidRDefault="003122E3" w:rsidP="00A72FAA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0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CA324F" w:rsidRDefault="003122E3" w:rsidP="00A72FAA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CA324F" w:rsidRDefault="003122E3" w:rsidP="00A72FAA">
            <w:pPr>
              <w:autoSpaceDE w:val="0"/>
              <w:autoSpaceDN w:val="0"/>
              <w:spacing w:before="78" w:after="0"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10.04.2023 11.04.2023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CA324F" w:rsidRDefault="003122E3" w:rsidP="00A72FAA">
            <w:pPr>
              <w:autoSpaceDE w:val="0"/>
              <w:autoSpaceDN w:val="0"/>
              <w:spacing w:before="78" w:after="0" w:line="250" w:lineRule="auto"/>
              <w:ind w:left="74" w:right="28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Дифференцированное задание: оформление математической записи. Представление информации в предложенной или </w:t>
            </w:r>
            <w:r w:rsidRPr="00CA32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самостоятельно выбранной форме.</w:t>
            </w:r>
          </w:p>
          <w:p w:rsidR="00496093" w:rsidRPr="00CA324F" w:rsidRDefault="003122E3" w:rsidP="00A72FAA">
            <w:pPr>
              <w:autoSpaceDE w:val="0"/>
              <w:autoSpaceDN w:val="0"/>
              <w:spacing w:before="18" w:after="0" w:line="245" w:lineRule="auto"/>
              <w:ind w:left="74" w:right="14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Установление истинности заданных и </w:t>
            </w:r>
            <w:r w:rsidRPr="00CA32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самостоятельно составленных утверждений;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CA324F" w:rsidRDefault="003122E3" w:rsidP="00A72FAA">
            <w:pPr>
              <w:autoSpaceDE w:val="0"/>
              <w:autoSpaceDN w:val="0"/>
              <w:spacing w:before="78" w:after="0" w:line="245" w:lineRule="auto"/>
              <w:ind w:left="72" w:right="4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Устный</w:t>
            </w:r>
            <w:proofErr w:type="spellEnd"/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Pr="00CA324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опрос</w:t>
            </w:r>
            <w:proofErr w:type="spellEnd"/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CA324F" w:rsidRDefault="007C5101" w:rsidP="00A72FAA">
            <w:pPr>
              <w:autoSpaceDE w:val="0"/>
              <w:autoSpaceDN w:val="0"/>
              <w:spacing w:before="78" w:after="0" w:line="25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32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РЭШ. Урок «Диаграммы» - </w:t>
            </w:r>
            <w:hyperlink r:id="rId42" w:history="1">
              <w:r w:rsidRPr="00CA324F">
                <w:rPr>
                  <w:rStyle w:val="aff8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https://resh.edu.ru/subject/lesson/5233/conspect/214054/</w:t>
              </w:r>
            </w:hyperlink>
          </w:p>
          <w:p w:rsidR="007C5101" w:rsidRPr="00CA324F" w:rsidRDefault="007C5101" w:rsidP="00A72FAA">
            <w:pPr>
              <w:autoSpaceDE w:val="0"/>
              <w:autoSpaceDN w:val="0"/>
              <w:spacing w:before="78" w:after="0" w:line="25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496093" w:rsidRPr="003122E3" w:rsidRDefault="00496093" w:rsidP="00A72FAA">
      <w:pPr>
        <w:autoSpaceDE w:val="0"/>
        <w:autoSpaceDN w:val="0"/>
        <w:spacing w:after="0" w:line="14" w:lineRule="exact"/>
        <w:jc w:val="both"/>
        <w:rPr>
          <w:lang w:val="ru-RU"/>
        </w:rPr>
      </w:pPr>
    </w:p>
    <w:p w:rsidR="00496093" w:rsidRPr="003122E3" w:rsidRDefault="00496093" w:rsidP="00A72FAA">
      <w:pPr>
        <w:jc w:val="both"/>
        <w:rPr>
          <w:lang w:val="ru-RU"/>
        </w:rPr>
        <w:sectPr w:rsidR="00496093" w:rsidRPr="003122E3">
          <w:pgSz w:w="16840" w:h="11900"/>
          <w:pgMar w:top="284" w:right="640" w:bottom="724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496093" w:rsidRPr="003122E3" w:rsidRDefault="00496093" w:rsidP="00A72FAA">
      <w:pPr>
        <w:autoSpaceDE w:val="0"/>
        <w:autoSpaceDN w:val="0"/>
        <w:spacing w:after="66" w:line="220" w:lineRule="exact"/>
        <w:jc w:val="both"/>
        <w:rPr>
          <w:lang w:val="ru-RU"/>
        </w:rPr>
      </w:pPr>
    </w:p>
    <w:tbl>
      <w:tblPr>
        <w:tblW w:w="0" w:type="auto"/>
        <w:tblInd w:w="6" w:type="dxa"/>
        <w:tblLayout w:type="fixed"/>
        <w:tblLook w:val="04A0"/>
      </w:tblPr>
      <w:tblGrid>
        <w:gridCol w:w="396"/>
        <w:gridCol w:w="4588"/>
        <w:gridCol w:w="528"/>
        <w:gridCol w:w="1104"/>
        <w:gridCol w:w="896"/>
        <w:gridCol w:w="1108"/>
        <w:gridCol w:w="3326"/>
        <w:gridCol w:w="1118"/>
        <w:gridCol w:w="2438"/>
      </w:tblGrid>
      <w:tr w:rsidR="00496093" w:rsidRPr="00CA324F" w:rsidTr="00CA324F">
        <w:trPr>
          <w:trHeight w:hRule="exact" w:val="1853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CA324F" w:rsidRDefault="003122E3" w:rsidP="00A72FAA">
            <w:pPr>
              <w:autoSpaceDE w:val="0"/>
              <w:autoSpaceDN w:val="0"/>
              <w:spacing w:before="78" w:after="0" w:line="23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6.5.</w:t>
            </w: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6093" w:rsidRPr="00CA324F" w:rsidRDefault="003122E3" w:rsidP="00A72FAA">
            <w:pPr>
              <w:autoSpaceDE w:val="0"/>
              <w:autoSpaceDN w:val="0"/>
              <w:spacing w:before="78" w:after="0" w:line="245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Доступные электронные средства обучения, пособия, их использование под  руководством педагога и самостоятельно.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CA324F" w:rsidRDefault="003122E3" w:rsidP="00A72FAA">
            <w:pPr>
              <w:autoSpaceDE w:val="0"/>
              <w:autoSpaceDN w:val="0"/>
              <w:spacing w:before="78" w:after="0" w:line="230" w:lineRule="auto"/>
              <w:ind w:left="6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CA324F" w:rsidRDefault="003122E3" w:rsidP="00A72FAA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CA324F" w:rsidRDefault="003122E3" w:rsidP="00A72FAA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CA324F" w:rsidRDefault="003122E3" w:rsidP="00A72FAA">
            <w:pPr>
              <w:autoSpaceDE w:val="0"/>
              <w:autoSpaceDN w:val="0"/>
              <w:spacing w:before="78" w:after="0"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12.04.2023 13.04.2023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CA324F" w:rsidRDefault="003122E3" w:rsidP="00A72FAA">
            <w:pPr>
              <w:autoSpaceDE w:val="0"/>
              <w:autoSpaceDN w:val="0"/>
              <w:spacing w:before="78" w:after="0" w:line="250" w:lineRule="auto"/>
              <w:ind w:left="74" w:right="43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Практические работы: учебные задачи с точными и приближёнными данными, доступными электронными средствами обучения, пособиями;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CA324F" w:rsidRDefault="003122E3" w:rsidP="00A72FAA">
            <w:pPr>
              <w:autoSpaceDE w:val="0"/>
              <w:autoSpaceDN w:val="0"/>
              <w:spacing w:before="78" w:after="0" w:line="245" w:lineRule="auto"/>
              <w:ind w:left="72" w:right="4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Устный</w:t>
            </w:r>
            <w:proofErr w:type="spellEnd"/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Pr="00CA324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опрос</w:t>
            </w:r>
            <w:proofErr w:type="spellEnd"/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CA324F" w:rsidRDefault="00496093" w:rsidP="00A72FAA">
            <w:pPr>
              <w:autoSpaceDE w:val="0"/>
              <w:autoSpaceDN w:val="0"/>
              <w:spacing w:before="78" w:after="0" w:line="245" w:lineRule="auto"/>
              <w:ind w:left="72" w:right="43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96093" w:rsidRPr="00D40119" w:rsidTr="00CA324F">
        <w:trPr>
          <w:trHeight w:hRule="exact" w:val="339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CA324F" w:rsidRDefault="003122E3" w:rsidP="00A72FAA">
            <w:pPr>
              <w:autoSpaceDE w:val="0"/>
              <w:autoSpaceDN w:val="0"/>
              <w:spacing w:before="78" w:after="0" w:line="23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6.6.</w:t>
            </w: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6093" w:rsidRPr="00CA324F" w:rsidRDefault="003122E3" w:rsidP="00A72FAA">
            <w:pPr>
              <w:autoSpaceDE w:val="0"/>
              <w:autoSpaceDN w:val="0"/>
              <w:spacing w:before="78" w:after="0" w:line="245" w:lineRule="auto"/>
              <w:ind w:left="72" w:right="14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Правила безопасной работы с  электронными источниками информации.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CA324F" w:rsidRDefault="003122E3" w:rsidP="00A72FAA">
            <w:pPr>
              <w:autoSpaceDE w:val="0"/>
              <w:autoSpaceDN w:val="0"/>
              <w:spacing w:before="78" w:after="0" w:line="230" w:lineRule="auto"/>
              <w:ind w:left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CA324F" w:rsidRDefault="003122E3" w:rsidP="00A72FAA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CA324F" w:rsidRDefault="003122E3" w:rsidP="00A72FAA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CA324F" w:rsidRDefault="003122E3" w:rsidP="00A72FAA">
            <w:pPr>
              <w:autoSpaceDE w:val="0"/>
              <w:autoSpaceDN w:val="0"/>
              <w:spacing w:before="78" w:after="0"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14.04.2023 15.04.2023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CA324F" w:rsidRDefault="003122E3" w:rsidP="00A72FAA">
            <w:pPr>
              <w:autoSpaceDE w:val="0"/>
              <w:autoSpaceDN w:val="0"/>
              <w:spacing w:before="78" w:after="0" w:line="252" w:lineRule="auto"/>
              <w:ind w:left="74" w:right="43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Практические работы: учебные задачи с точными и приближёнными данными, доступными электронными средствами обучения, пособиями; </w:t>
            </w:r>
            <w:r w:rsidRPr="00CA32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Применение правил безопасной работы с электронными источниками информации;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CA324F" w:rsidRDefault="003122E3" w:rsidP="00A72FAA">
            <w:pPr>
              <w:autoSpaceDE w:val="0"/>
              <w:autoSpaceDN w:val="0"/>
              <w:spacing w:before="78" w:after="0" w:line="245" w:lineRule="auto"/>
              <w:ind w:left="72" w:right="4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Устный</w:t>
            </w:r>
            <w:proofErr w:type="spellEnd"/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Pr="00CA324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опрос</w:t>
            </w:r>
            <w:proofErr w:type="spellEnd"/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CA324F" w:rsidRDefault="007C5101" w:rsidP="00A72FAA">
            <w:pPr>
              <w:autoSpaceDE w:val="0"/>
              <w:autoSpaceDN w:val="0"/>
              <w:spacing w:before="78" w:after="0" w:line="252" w:lineRule="auto"/>
              <w:ind w:left="72"/>
              <w:jc w:val="both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proofErr w:type="spellStart"/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Инфоурок</w:t>
            </w:r>
            <w:proofErr w:type="spellEnd"/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. Урок «Правила безопасной работы с  электронными источниками информации» - </w:t>
            </w:r>
            <w:hyperlink r:id="rId43" w:history="1">
              <w:r w:rsidRPr="00CA324F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https://infourok.ru/prezentaciya-na-temu-pravila-bezopasnogo-polzovaniya-v-internete-klass-401692.html</w:t>
              </w:r>
            </w:hyperlink>
          </w:p>
          <w:p w:rsidR="007C5101" w:rsidRPr="00CA324F" w:rsidRDefault="007C5101" w:rsidP="00A72FAA">
            <w:pPr>
              <w:autoSpaceDE w:val="0"/>
              <w:autoSpaceDN w:val="0"/>
              <w:spacing w:before="78" w:after="0" w:line="252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96093" w:rsidRPr="00D40119" w:rsidTr="00805FA4">
        <w:trPr>
          <w:trHeight w:hRule="exact" w:val="2271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CA324F" w:rsidRDefault="003122E3" w:rsidP="00A72FAA">
            <w:pPr>
              <w:autoSpaceDE w:val="0"/>
              <w:autoSpaceDN w:val="0"/>
              <w:spacing w:before="76" w:after="0"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6.7.</w:t>
            </w: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6093" w:rsidRPr="00CA324F" w:rsidRDefault="003122E3" w:rsidP="00A72FAA">
            <w:pPr>
              <w:autoSpaceDE w:val="0"/>
              <w:autoSpaceDN w:val="0"/>
              <w:spacing w:before="76" w:after="0" w:line="233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Алгоритмы для решения учебных и практических задач.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CA324F" w:rsidRDefault="003122E3" w:rsidP="00A72FAA">
            <w:pPr>
              <w:autoSpaceDE w:val="0"/>
              <w:autoSpaceDN w:val="0"/>
              <w:spacing w:before="76" w:after="0" w:line="233" w:lineRule="auto"/>
              <w:ind w:left="6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CA324F" w:rsidRDefault="003122E3" w:rsidP="00A72FAA">
            <w:pPr>
              <w:autoSpaceDE w:val="0"/>
              <w:autoSpaceDN w:val="0"/>
              <w:spacing w:before="76" w:after="0" w:line="233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1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CA324F" w:rsidRDefault="003122E3" w:rsidP="00A72FAA">
            <w:pPr>
              <w:autoSpaceDE w:val="0"/>
              <w:autoSpaceDN w:val="0"/>
              <w:spacing w:before="76" w:after="0" w:line="233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0.25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CA324F" w:rsidRDefault="003122E3" w:rsidP="00A72FAA">
            <w:pPr>
              <w:autoSpaceDE w:val="0"/>
              <w:autoSpaceDN w:val="0"/>
              <w:spacing w:before="76" w:after="0"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17.04.2023 18.04.2023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CA324F" w:rsidRDefault="003122E3" w:rsidP="00A72FAA">
            <w:pPr>
              <w:autoSpaceDE w:val="0"/>
              <w:autoSpaceDN w:val="0"/>
              <w:spacing w:before="76" w:after="0" w:line="245" w:lineRule="auto"/>
              <w:ind w:left="74" w:right="14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Учебный диалог: «Применение алгоритмов в учебных и практических ситуациях»;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CA324F" w:rsidRDefault="003122E3" w:rsidP="00A72FAA">
            <w:pPr>
              <w:autoSpaceDE w:val="0"/>
              <w:autoSpaceDN w:val="0"/>
              <w:spacing w:before="76" w:after="0" w:line="25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Контрольная</w:t>
            </w:r>
            <w:proofErr w:type="spellEnd"/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Pr="00CA324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работа</w:t>
            </w:r>
            <w:proofErr w:type="spellEnd"/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; </w:t>
            </w:r>
            <w:r w:rsidRPr="00CA324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Тестирование</w:t>
            </w:r>
            <w:proofErr w:type="spellEnd"/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CA324F" w:rsidRDefault="007C5101" w:rsidP="00A72FAA">
            <w:pPr>
              <w:autoSpaceDE w:val="0"/>
              <w:autoSpaceDN w:val="0"/>
              <w:spacing w:before="76" w:after="0" w:line="252" w:lineRule="auto"/>
              <w:ind w:left="72"/>
              <w:jc w:val="both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proofErr w:type="spellStart"/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Инфоурок</w:t>
            </w:r>
            <w:proofErr w:type="spellEnd"/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. </w:t>
            </w:r>
            <w:r w:rsidR="009804A0"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Урок «Алгоритмы» - </w:t>
            </w:r>
            <w:hyperlink r:id="rId44" w:history="1">
              <w:r w:rsidR="009804A0" w:rsidRPr="00CA324F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https://infourok.ru/prezentaciya-po-matematike-na-temu-algoritmy-vokrug-nas-4284339.html</w:t>
              </w:r>
            </w:hyperlink>
          </w:p>
          <w:p w:rsidR="009804A0" w:rsidRPr="00CA324F" w:rsidRDefault="009804A0" w:rsidP="00A72FAA">
            <w:pPr>
              <w:autoSpaceDE w:val="0"/>
              <w:autoSpaceDN w:val="0"/>
              <w:spacing w:before="76" w:after="0" w:line="252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96093" w:rsidRPr="00CA324F">
        <w:trPr>
          <w:trHeight w:hRule="exact" w:val="348"/>
        </w:trPr>
        <w:tc>
          <w:tcPr>
            <w:tcW w:w="4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6093" w:rsidRPr="00CA324F" w:rsidRDefault="003122E3" w:rsidP="00A72FAA">
            <w:pPr>
              <w:autoSpaceDE w:val="0"/>
              <w:autoSpaceDN w:val="0"/>
              <w:spacing w:before="76" w:after="0" w:line="233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CA324F" w:rsidRDefault="003122E3" w:rsidP="00A72FAA">
            <w:pPr>
              <w:autoSpaceDE w:val="0"/>
              <w:autoSpaceDN w:val="0"/>
              <w:spacing w:before="76" w:after="0" w:line="233" w:lineRule="auto"/>
              <w:ind w:left="6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15</w:t>
            </w:r>
          </w:p>
        </w:tc>
        <w:tc>
          <w:tcPr>
            <w:tcW w:w="99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CA324F" w:rsidRDefault="00496093" w:rsidP="00A72F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96093" w:rsidRPr="00CA324F">
        <w:trPr>
          <w:trHeight w:hRule="exact" w:val="348"/>
        </w:trPr>
        <w:tc>
          <w:tcPr>
            <w:tcW w:w="4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6093" w:rsidRPr="00CA324F" w:rsidRDefault="003122E3" w:rsidP="00A72FAA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Резервное время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CA324F" w:rsidRDefault="003122E3" w:rsidP="00A72FAA">
            <w:pPr>
              <w:autoSpaceDE w:val="0"/>
              <w:autoSpaceDN w:val="0"/>
              <w:spacing w:before="78" w:after="0" w:line="230" w:lineRule="auto"/>
              <w:ind w:left="6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20</w:t>
            </w:r>
          </w:p>
        </w:tc>
        <w:tc>
          <w:tcPr>
            <w:tcW w:w="99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CA324F" w:rsidRDefault="00496093" w:rsidP="00A72F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96093" w:rsidRPr="00CA324F" w:rsidTr="00805FA4">
        <w:trPr>
          <w:trHeight w:hRule="exact" w:val="328"/>
        </w:trPr>
        <w:tc>
          <w:tcPr>
            <w:tcW w:w="4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6093" w:rsidRPr="00CA324F" w:rsidRDefault="003122E3" w:rsidP="00A72FAA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324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ОБЩЕЕ КОЛИЧЕСТВО ЧАСОВ ПО</w:t>
            </w:r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CA324F" w:rsidRDefault="003122E3" w:rsidP="00A72FAA">
            <w:pPr>
              <w:autoSpaceDE w:val="0"/>
              <w:autoSpaceDN w:val="0"/>
              <w:spacing w:before="78" w:after="0" w:line="230" w:lineRule="auto"/>
              <w:ind w:left="6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136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CA324F" w:rsidRDefault="003122E3" w:rsidP="00A72FAA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2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CA324F" w:rsidRDefault="003122E3" w:rsidP="00A72FAA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324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9.5</w:t>
            </w:r>
          </w:p>
        </w:tc>
        <w:tc>
          <w:tcPr>
            <w:tcW w:w="79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CA324F" w:rsidRDefault="00496093" w:rsidP="00A72F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496093" w:rsidRPr="007C5101" w:rsidRDefault="00496093" w:rsidP="00A72FAA">
      <w:pPr>
        <w:autoSpaceDE w:val="0"/>
        <w:autoSpaceDN w:val="0"/>
        <w:spacing w:after="0" w:line="14" w:lineRule="exact"/>
        <w:jc w:val="both"/>
        <w:rPr>
          <w:lang w:val="ru-RU"/>
        </w:rPr>
      </w:pPr>
    </w:p>
    <w:p w:rsidR="00496093" w:rsidRPr="007C5101" w:rsidRDefault="00496093">
      <w:pPr>
        <w:rPr>
          <w:lang w:val="ru-RU"/>
        </w:rPr>
        <w:sectPr w:rsidR="00496093" w:rsidRPr="007C5101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496093" w:rsidRPr="007C5101" w:rsidRDefault="00496093">
      <w:pPr>
        <w:autoSpaceDE w:val="0"/>
        <w:autoSpaceDN w:val="0"/>
        <w:spacing w:after="78" w:line="220" w:lineRule="exact"/>
        <w:rPr>
          <w:lang w:val="ru-RU"/>
        </w:rPr>
      </w:pPr>
    </w:p>
    <w:p w:rsidR="00496093" w:rsidRPr="007C5101" w:rsidRDefault="003122E3">
      <w:pPr>
        <w:autoSpaceDE w:val="0"/>
        <w:autoSpaceDN w:val="0"/>
        <w:spacing w:after="316" w:line="233" w:lineRule="auto"/>
        <w:ind w:left="2"/>
        <w:rPr>
          <w:lang w:val="ru-RU"/>
        </w:rPr>
      </w:pPr>
      <w:r w:rsidRPr="007C510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ПОУРОЧНОЕ ПЛАНИРОВАНИЕ </w:t>
      </w:r>
    </w:p>
    <w:tbl>
      <w:tblPr>
        <w:tblW w:w="0" w:type="auto"/>
        <w:tblInd w:w="5" w:type="dxa"/>
        <w:tblLayout w:type="fixed"/>
        <w:tblLook w:val="04A0"/>
      </w:tblPr>
      <w:tblGrid>
        <w:gridCol w:w="572"/>
        <w:gridCol w:w="3244"/>
        <w:gridCol w:w="724"/>
        <w:gridCol w:w="1606"/>
        <w:gridCol w:w="1652"/>
        <w:gridCol w:w="1222"/>
        <w:gridCol w:w="1630"/>
      </w:tblGrid>
      <w:tr w:rsidR="00496093">
        <w:trPr>
          <w:trHeight w:hRule="exact" w:val="488"/>
        </w:trPr>
        <w:tc>
          <w:tcPr>
            <w:tcW w:w="572" w:type="dxa"/>
            <w:vMerge w:val="restart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п/п</w:t>
            </w:r>
          </w:p>
        </w:tc>
        <w:tc>
          <w:tcPr>
            <w:tcW w:w="3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Тема урока</w:t>
            </w:r>
          </w:p>
        </w:tc>
        <w:tc>
          <w:tcPr>
            <w:tcW w:w="3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изучения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71" w:lineRule="auto"/>
              <w:ind w:left="72" w:right="43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Виды,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формы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контроля</w:t>
            </w:r>
          </w:p>
        </w:tc>
      </w:tr>
      <w:tr w:rsidR="00496093">
        <w:trPr>
          <w:trHeight w:hRule="exact" w:val="820"/>
        </w:trPr>
        <w:tc>
          <w:tcPr>
            <w:tcW w:w="1526" w:type="dxa"/>
            <w:vMerge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496093" w:rsidRDefault="00496093"/>
        </w:tc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093" w:rsidRDefault="00496093"/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всего 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контрольные работы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62" w:lineRule="auto"/>
              <w:ind w:left="68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практические работы</w:t>
            </w:r>
          </w:p>
        </w:tc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093" w:rsidRDefault="00496093"/>
        </w:tc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093" w:rsidRDefault="00496093"/>
        </w:tc>
      </w:tr>
      <w:tr w:rsidR="00496093">
        <w:trPr>
          <w:trHeight w:hRule="exact" w:val="820"/>
        </w:trPr>
        <w:tc>
          <w:tcPr>
            <w:tcW w:w="57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3122E3" w:rsidRDefault="003122E3">
            <w:pPr>
              <w:autoSpaceDE w:val="0"/>
              <w:autoSpaceDN w:val="0"/>
              <w:spacing w:before="96" w:after="0" w:line="262" w:lineRule="auto"/>
              <w:ind w:left="70" w:right="432"/>
              <w:rPr>
                <w:lang w:val="ru-RU"/>
              </w:rPr>
            </w:pP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Числа. Числа в пределах миллиона: чтение, запись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496093">
            <w:pPr>
              <w:autoSpaceDE w:val="0"/>
              <w:autoSpaceDN w:val="0"/>
              <w:spacing w:before="96" w:after="0" w:line="233" w:lineRule="auto"/>
              <w:jc w:val="center"/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62" w:lineRule="auto"/>
              <w:ind w:right="720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  <w:tr w:rsidR="00496093">
        <w:trPr>
          <w:trHeight w:hRule="exact" w:val="1818"/>
        </w:trPr>
        <w:tc>
          <w:tcPr>
            <w:tcW w:w="57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2.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3122E3" w:rsidRDefault="003122E3">
            <w:pPr>
              <w:autoSpaceDE w:val="0"/>
              <w:autoSpaceDN w:val="0"/>
              <w:spacing w:before="96" w:after="0" w:line="262" w:lineRule="auto"/>
              <w:ind w:left="70" w:right="432"/>
              <w:rPr>
                <w:lang w:val="ru-RU"/>
              </w:rPr>
            </w:pP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Числа. Числа в пределах миллиона: чтение, запись.</w:t>
            </w:r>
          </w:p>
          <w:p w:rsidR="00496093" w:rsidRPr="003122E3" w:rsidRDefault="003122E3">
            <w:pPr>
              <w:autoSpaceDE w:val="0"/>
              <w:autoSpaceDN w:val="0"/>
              <w:spacing w:before="70" w:after="0" w:line="271" w:lineRule="auto"/>
              <w:ind w:left="70" w:right="144"/>
              <w:rPr>
                <w:lang w:val="ru-RU"/>
              </w:rPr>
            </w:pP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Изменение значения цифры в зависимости от её места в </w:t>
            </w:r>
            <w:r w:rsidRPr="003122E3">
              <w:rPr>
                <w:lang w:val="ru-RU"/>
              </w:rPr>
              <w:br/>
            </w: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записи числа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496093">
            <w:pPr>
              <w:autoSpaceDE w:val="0"/>
              <w:autoSpaceDN w:val="0"/>
              <w:spacing w:before="96" w:after="0" w:line="233" w:lineRule="auto"/>
              <w:jc w:val="center"/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62" w:lineRule="auto"/>
              <w:ind w:right="720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  <w:tr w:rsidR="00496093">
        <w:trPr>
          <w:trHeight w:hRule="exact" w:val="1818"/>
        </w:trPr>
        <w:tc>
          <w:tcPr>
            <w:tcW w:w="57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3.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3122E3" w:rsidRDefault="003122E3">
            <w:pPr>
              <w:autoSpaceDE w:val="0"/>
              <w:autoSpaceDN w:val="0"/>
              <w:spacing w:before="96" w:after="0" w:line="281" w:lineRule="auto"/>
              <w:ind w:left="70" w:right="144"/>
              <w:rPr>
                <w:lang w:val="ru-RU"/>
              </w:rPr>
            </w:pP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Числа. Числа в пределах </w:t>
            </w:r>
            <w:r w:rsidRPr="003122E3">
              <w:rPr>
                <w:lang w:val="ru-RU"/>
              </w:rPr>
              <w:br/>
            </w: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миллиона: поразрядное </w:t>
            </w:r>
            <w:r w:rsidRPr="003122E3">
              <w:rPr>
                <w:lang w:val="ru-RU"/>
              </w:rPr>
              <w:br/>
            </w: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сравнение. Представление многозначного числа в виде суммы разрядных слагаемых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496093">
            <w:pPr>
              <w:autoSpaceDE w:val="0"/>
              <w:autoSpaceDN w:val="0"/>
              <w:spacing w:before="96" w:after="0" w:line="233" w:lineRule="auto"/>
              <w:jc w:val="center"/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62" w:lineRule="auto"/>
              <w:ind w:right="720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  <w:tr w:rsidR="00496093">
        <w:trPr>
          <w:trHeight w:hRule="exact" w:val="1818"/>
        </w:trPr>
        <w:tc>
          <w:tcPr>
            <w:tcW w:w="57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4.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3122E3" w:rsidRDefault="003122E3">
            <w:pPr>
              <w:autoSpaceDE w:val="0"/>
              <w:autoSpaceDN w:val="0"/>
              <w:spacing w:before="96" w:after="0" w:line="281" w:lineRule="auto"/>
              <w:ind w:left="70"/>
              <w:rPr>
                <w:lang w:val="ru-RU"/>
              </w:rPr>
            </w:pP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Числа. Числа в пределах </w:t>
            </w:r>
            <w:r w:rsidRPr="003122E3">
              <w:rPr>
                <w:lang w:val="ru-RU"/>
              </w:rPr>
              <w:br/>
            </w: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миллиона: поразрядное </w:t>
            </w:r>
            <w:r w:rsidRPr="003122E3">
              <w:rPr>
                <w:lang w:val="ru-RU"/>
              </w:rPr>
              <w:br/>
            </w: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сравнение. Выделение в числе общего количества единиц </w:t>
            </w:r>
            <w:r w:rsidRPr="003122E3">
              <w:rPr>
                <w:lang w:val="ru-RU"/>
              </w:rPr>
              <w:br/>
            </w: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любого разряда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496093">
            <w:pPr>
              <w:autoSpaceDE w:val="0"/>
              <w:autoSpaceDN w:val="0"/>
              <w:spacing w:before="96" w:after="0" w:line="233" w:lineRule="auto"/>
              <w:jc w:val="center"/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62" w:lineRule="auto"/>
              <w:ind w:right="720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  <w:tr w:rsidR="00496093">
        <w:trPr>
          <w:trHeight w:hRule="exact" w:val="1152"/>
        </w:trPr>
        <w:tc>
          <w:tcPr>
            <w:tcW w:w="57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5.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3122E3" w:rsidRDefault="003122E3">
            <w:pPr>
              <w:autoSpaceDE w:val="0"/>
              <w:autoSpaceDN w:val="0"/>
              <w:spacing w:before="98" w:after="0" w:line="271" w:lineRule="auto"/>
              <w:ind w:left="70" w:right="576"/>
              <w:rPr>
                <w:lang w:val="ru-RU"/>
              </w:rPr>
            </w:pP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Числа. Числа в пределах миллиона: поразрядное сравнение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496093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62" w:lineRule="auto"/>
              <w:ind w:right="720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  <w:tr w:rsidR="00496093">
        <w:trPr>
          <w:trHeight w:hRule="exact" w:val="820"/>
        </w:trPr>
        <w:tc>
          <w:tcPr>
            <w:tcW w:w="57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6.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3122E3" w:rsidRDefault="003122E3">
            <w:pPr>
              <w:autoSpaceDE w:val="0"/>
              <w:autoSpaceDN w:val="0"/>
              <w:spacing w:before="98" w:after="0" w:line="262" w:lineRule="auto"/>
              <w:ind w:right="576"/>
              <w:jc w:val="center"/>
              <w:rPr>
                <w:lang w:val="ru-RU"/>
              </w:rPr>
            </w:pP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Числа. Числа в пределах миллиона: упорядочение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0.25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496093">
            <w:pPr>
              <w:autoSpaceDE w:val="0"/>
              <w:autoSpaceDN w:val="0"/>
              <w:spacing w:before="98" w:after="0" w:line="233" w:lineRule="auto"/>
              <w:jc w:val="center"/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tabs>
                <w:tab w:val="left" w:pos="154"/>
              </w:tabs>
              <w:autoSpaceDE w:val="0"/>
              <w:autoSpaceDN w:val="0"/>
              <w:spacing w:before="98" w:after="0" w:line="262" w:lineRule="auto"/>
              <w:ind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tab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496093">
        <w:trPr>
          <w:trHeight w:hRule="exact" w:val="1486"/>
        </w:trPr>
        <w:tc>
          <w:tcPr>
            <w:tcW w:w="57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7.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3122E3" w:rsidRDefault="003122E3">
            <w:pPr>
              <w:autoSpaceDE w:val="0"/>
              <w:autoSpaceDN w:val="0"/>
              <w:spacing w:before="98" w:after="0"/>
              <w:ind w:left="70" w:right="288"/>
              <w:rPr>
                <w:lang w:val="ru-RU"/>
              </w:rPr>
            </w:pP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Числа. Число, большее или меньшее данного числа на заданное число разрядных единиц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496093">
            <w:pPr>
              <w:autoSpaceDE w:val="0"/>
              <w:autoSpaceDN w:val="0"/>
              <w:spacing w:before="98" w:after="0" w:line="233" w:lineRule="auto"/>
              <w:jc w:val="center"/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62" w:lineRule="auto"/>
              <w:ind w:right="720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  <w:tr w:rsidR="00496093">
        <w:trPr>
          <w:trHeight w:hRule="exact" w:val="1486"/>
        </w:trPr>
        <w:tc>
          <w:tcPr>
            <w:tcW w:w="57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8.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3122E3" w:rsidRDefault="003122E3">
            <w:pPr>
              <w:autoSpaceDE w:val="0"/>
              <w:autoSpaceDN w:val="0"/>
              <w:spacing w:before="98" w:after="0"/>
              <w:ind w:left="70"/>
              <w:rPr>
                <w:lang w:val="ru-RU"/>
              </w:rPr>
            </w:pP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Числа. Число, большее или меньшее данного числа в </w:t>
            </w:r>
            <w:r w:rsidRPr="003122E3">
              <w:rPr>
                <w:lang w:val="ru-RU"/>
              </w:rPr>
              <w:br/>
            </w: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заданное число раз разрядных единиц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496093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tabs>
                <w:tab w:val="left" w:pos="154"/>
              </w:tabs>
              <w:autoSpaceDE w:val="0"/>
              <w:autoSpaceDN w:val="0"/>
              <w:spacing w:before="98" w:after="0" w:line="262" w:lineRule="auto"/>
              <w:ind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Письменный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496093">
        <w:trPr>
          <w:trHeight w:hRule="exact" w:val="1466"/>
        </w:trPr>
        <w:tc>
          <w:tcPr>
            <w:tcW w:w="57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9.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3122E3" w:rsidRDefault="003122E3">
            <w:pPr>
              <w:autoSpaceDE w:val="0"/>
              <w:autoSpaceDN w:val="0"/>
              <w:spacing w:before="96" w:after="0"/>
              <w:ind w:left="70" w:right="144"/>
              <w:rPr>
                <w:lang w:val="ru-RU"/>
              </w:rPr>
            </w:pP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Числа. Число, большее или меньшее данного числа на заданное число разрядных единиц, в заданное число раз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0.25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496093">
            <w:pPr>
              <w:autoSpaceDE w:val="0"/>
              <w:autoSpaceDN w:val="0"/>
              <w:spacing w:before="96" w:after="0" w:line="233" w:lineRule="auto"/>
              <w:jc w:val="center"/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tabs>
                <w:tab w:val="left" w:pos="154"/>
              </w:tabs>
              <w:autoSpaceDE w:val="0"/>
              <w:autoSpaceDN w:val="0"/>
              <w:spacing w:before="96" w:after="0" w:line="262" w:lineRule="auto"/>
              <w:ind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tab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</w:tbl>
    <w:p w:rsidR="00496093" w:rsidRDefault="00496093">
      <w:pPr>
        <w:autoSpaceDE w:val="0"/>
        <w:autoSpaceDN w:val="0"/>
        <w:spacing w:after="0" w:line="14" w:lineRule="exact"/>
      </w:pPr>
    </w:p>
    <w:p w:rsidR="00496093" w:rsidRDefault="00496093">
      <w:pPr>
        <w:sectPr w:rsidR="00496093">
          <w:pgSz w:w="11900" w:h="16840"/>
          <w:pgMar w:top="298" w:right="556" w:bottom="820" w:left="664" w:header="720" w:footer="720" w:gutter="0"/>
          <w:cols w:space="720" w:equalWidth="0">
            <w:col w:w="10680" w:space="0"/>
          </w:cols>
          <w:docGrid w:linePitch="360"/>
        </w:sectPr>
      </w:pPr>
    </w:p>
    <w:p w:rsidR="00496093" w:rsidRDefault="00496093">
      <w:pPr>
        <w:autoSpaceDE w:val="0"/>
        <w:autoSpaceDN w:val="0"/>
        <w:spacing w:after="66" w:line="220" w:lineRule="exact"/>
      </w:pPr>
    </w:p>
    <w:tbl>
      <w:tblPr>
        <w:tblW w:w="0" w:type="auto"/>
        <w:tblInd w:w="5" w:type="dxa"/>
        <w:tblLayout w:type="fixed"/>
        <w:tblLook w:val="04A0"/>
      </w:tblPr>
      <w:tblGrid>
        <w:gridCol w:w="572"/>
        <w:gridCol w:w="3244"/>
        <w:gridCol w:w="724"/>
        <w:gridCol w:w="1606"/>
        <w:gridCol w:w="1652"/>
        <w:gridCol w:w="1222"/>
        <w:gridCol w:w="1630"/>
      </w:tblGrid>
      <w:tr w:rsidR="00496093">
        <w:trPr>
          <w:trHeight w:hRule="exact" w:val="1486"/>
        </w:trPr>
        <w:tc>
          <w:tcPr>
            <w:tcW w:w="57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62" w:lineRule="auto"/>
              <w:ind w:left="70" w:right="86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Числа. Свойства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многозначного числа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0.25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496093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/>
              <w:ind w:left="154" w:right="144" w:hanging="15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496093">
        <w:trPr>
          <w:trHeight w:hRule="exact" w:val="1484"/>
        </w:trPr>
        <w:tc>
          <w:tcPr>
            <w:tcW w:w="57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3122E3" w:rsidRDefault="003122E3">
            <w:pPr>
              <w:autoSpaceDE w:val="0"/>
              <w:autoSpaceDN w:val="0"/>
              <w:spacing w:before="96" w:after="0" w:line="262" w:lineRule="auto"/>
              <w:ind w:left="70" w:right="144"/>
              <w:rPr>
                <w:lang w:val="ru-RU"/>
              </w:rPr>
            </w:pP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Числа. Дополнение числа до заданного круглого числа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0.25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496093">
            <w:pPr>
              <w:autoSpaceDE w:val="0"/>
              <w:autoSpaceDN w:val="0"/>
              <w:spacing w:before="96" w:after="0" w:line="233" w:lineRule="auto"/>
              <w:jc w:val="center"/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/>
              <w:ind w:left="154" w:right="144" w:hanging="15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496093">
        <w:trPr>
          <w:trHeight w:hRule="exact" w:val="1820"/>
        </w:trPr>
        <w:tc>
          <w:tcPr>
            <w:tcW w:w="57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81" w:lineRule="auto"/>
              <w:ind w:left="70" w:right="144"/>
            </w:pP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Величины. Величины: </w:t>
            </w:r>
            <w:r w:rsidRPr="003122E3">
              <w:rPr>
                <w:lang w:val="ru-RU"/>
              </w:rPr>
              <w:br/>
            </w: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сравнение объектов по массе, длине, площади, </w:t>
            </w:r>
            <w:r w:rsidRPr="003122E3">
              <w:rPr>
                <w:lang w:val="ru-RU"/>
              </w:rPr>
              <w:br/>
            </w: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вместимости.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Единица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вместимости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литр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496093">
            <w:pPr>
              <w:autoSpaceDE w:val="0"/>
              <w:autoSpaceDN w:val="0"/>
              <w:spacing w:before="98" w:after="0" w:line="233" w:lineRule="auto"/>
              <w:jc w:val="center"/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62" w:lineRule="auto"/>
              <w:ind w:right="720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  <w:tr w:rsidR="00496093">
        <w:trPr>
          <w:trHeight w:hRule="exact" w:val="1152"/>
        </w:trPr>
        <w:tc>
          <w:tcPr>
            <w:tcW w:w="57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3122E3" w:rsidRDefault="003122E3">
            <w:pPr>
              <w:autoSpaceDE w:val="0"/>
              <w:autoSpaceDN w:val="0"/>
              <w:spacing w:before="96" w:after="0" w:line="271" w:lineRule="auto"/>
              <w:ind w:left="70"/>
              <w:rPr>
                <w:lang w:val="ru-RU"/>
              </w:rPr>
            </w:pP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Величины. Единицы массы </w:t>
            </w:r>
            <w:proofErr w:type="gramStart"/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—ц</w:t>
            </w:r>
            <w:proofErr w:type="gramEnd"/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ентнер, тонна; соотношения между единицами массы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496093">
            <w:pPr>
              <w:autoSpaceDE w:val="0"/>
              <w:autoSpaceDN w:val="0"/>
              <w:spacing w:before="96" w:after="0" w:line="233" w:lineRule="auto"/>
              <w:jc w:val="center"/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62" w:lineRule="auto"/>
              <w:ind w:right="720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  <w:tr w:rsidR="00496093">
        <w:trPr>
          <w:trHeight w:hRule="exact" w:val="2150"/>
        </w:trPr>
        <w:tc>
          <w:tcPr>
            <w:tcW w:w="57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3122E3" w:rsidRDefault="003122E3">
            <w:pPr>
              <w:autoSpaceDE w:val="0"/>
              <w:autoSpaceDN w:val="0"/>
              <w:spacing w:before="98" w:after="0" w:line="271" w:lineRule="auto"/>
              <w:ind w:left="70"/>
              <w:rPr>
                <w:lang w:val="ru-RU"/>
              </w:rPr>
            </w:pP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Величины. Единицы массы </w:t>
            </w:r>
            <w:proofErr w:type="gramStart"/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—ц</w:t>
            </w:r>
            <w:proofErr w:type="gramEnd"/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ентнер, тонна; соотношения между единицами массы.</w:t>
            </w:r>
          </w:p>
          <w:p w:rsidR="00496093" w:rsidRPr="003122E3" w:rsidRDefault="003122E3">
            <w:pPr>
              <w:autoSpaceDE w:val="0"/>
              <w:autoSpaceDN w:val="0"/>
              <w:spacing w:before="70" w:after="0" w:line="230" w:lineRule="auto"/>
              <w:ind w:left="70"/>
              <w:rPr>
                <w:lang w:val="ru-RU"/>
              </w:rPr>
            </w:pP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Таблица единиц массы.</w:t>
            </w:r>
          </w:p>
          <w:p w:rsidR="00496093" w:rsidRPr="003122E3" w:rsidRDefault="003122E3">
            <w:pPr>
              <w:autoSpaceDE w:val="0"/>
              <w:autoSpaceDN w:val="0"/>
              <w:spacing w:before="70" w:after="0" w:line="262" w:lineRule="auto"/>
              <w:ind w:left="70"/>
              <w:rPr>
                <w:lang w:val="ru-RU"/>
              </w:rPr>
            </w:pP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Соотношение между </w:t>
            </w:r>
            <w:r w:rsidRPr="003122E3">
              <w:rPr>
                <w:lang w:val="ru-RU"/>
              </w:rPr>
              <w:br/>
            </w: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единицами в пределах 100 000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0.25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496093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tabs>
                <w:tab w:val="left" w:pos="154"/>
              </w:tabs>
              <w:autoSpaceDE w:val="0"/>
              <w:autoSpaceDN w:val="0"/>
              <w:spacing w:before="98" w:after="0" w:line="262" w:lineRule="auto"/>
              <w:ind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Практическая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работа;</w:t>
            </w:r>
          </w:p>
        </w:tc>
      </w:tr>
      <w:tr w:rsidR="00496093">
        <w:trPr>
          <w:trHeight w:hRule="exact" w:val="1486"/>
        </w:trPr>
        <w:tc>
          <w:tcPr>
            <w:tcW w:w="57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/>
              <w:ind w:left="70" w:right="144"/>
            </w:pP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Величины. Единицы времени (сутки, неделя, месяц, год, </w:t>
            </w:r>
            <w:r w:rsidRPr="003122E3">
              <w:rPr>
                <w:lang w:val="ru-RU"/>
              </w:rPr>
              <w:br/>
            </w: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век), соотношение между </w:t>
            </w:r>
            <w:r w:rsidRPr="003122E3">
              <w:rPr>
                <w:lang w:val="ru-RU"/>
              </w:rPr>
              <w:br/>
            </w: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ними.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Календарь</w:t>
            </w:r>
            <w:proofErr w:type="spellEnd"/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496093">
            <w:pPr>
              <w:autoSpaceDE w:val="0"/>
              <w:autoSpaceDN w:val="0"/>
              <w:spacing w:before="98" w:after="0" w:line="233" w:lineRule="auto"/>
              <w:jc w:val="center"/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tabs>
                <w:tab w:val="left" w:pos="154"/>
              </w:tabs>
              <w:autoSpaceDE w:val="0"/>
              <w:autoSpaceDN w:val="0"/>
              <w:spacing w:before="98" w:after="0" w:line="262" w:lineRule="auto"/>
              <w:ind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Письменный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496093">
        <w:trPr>
          <w:trHeight w:hRule="exact" w:val="2484"/>
        </w:trPr>
        <w:tc>
          <w:tcPr>
            <w:tcW w:w="57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81" w:lineRule="auto"/>
              <w:ind w:left="70" w:right="144"/>
            </w:pP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Величины. Единицы времени (сутки, неделя, месяц, год, </w:t>
            </w:r>
            <w:r w:rsidRPr="003122E3">
              <w:rPr>
                <w:lang w:val="ru-RU"/>
              </w:rPr>
              <w:br/>
            </w: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век), соотношение между </w:t>
            </w:r>
            <w:r w:rsidRPr="003122E3">
              <w:rPr>
                <w:lang w:val="ru-RU"/>
              </w:rPr>
              <w:br/>
            </w: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ними.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Календарь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. Таблица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единиц времени.</w:t>
            </w:r>
          </w:p>
          <w:p w:rsidR="00496093" w:rsidRDefault="003122E3">
            <w:pPr>
              <w:autoSpaceDE w:val="0"/>
              <w:autoSpaceDN w:val="0"/>
              <w:spacing w:before="70" w:after="0" w:line="262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Соотношение между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единицами в пределах 100 000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0.25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496093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tabs>
                <w:tab w:val="left" w:pos="154"/>
              </w:tabs>
              <w:autoSpaceDE w:val="0"/>
              <w:autoSpaceDN w:val="0"/>
              <w:spacing w:before="98" w:after="0" w:line="262" w:lineRule="auto"/>
              <w:ind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Практическая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работа;</w:t>
            </w:r>
          </w:p>
        </w:tc>
      </w:tr>
      <w:tr w:rsidR="00496093">
        <w:trPr>
          <w:trHeight w:hRule="exact" w:val="1152"/>
        </w:trPr>
        <w:tc>
          <w:tcPr>
            <w:tcW w:w="57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3122E3" w:rsidRDefault="003122E3">
            <w:pPr>
              <w:autoSpaceDE w:val="0"/>
              <w:autoSpaceDN w:val="0"/>
              <w:spacing w:before="98" w:after="0" w:line="271" w:lineRule="auto"/>
              <w:ind w:left="70" w:right="288"/>
              <w:rPr>
                <w:lang w:val="ru-RU"/>
              </w:rPr>
            </w:pP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Величины. Единицы длины (миллиметр, сантиметр, </w:t>
            </w:r>
            <w:r w:rsidRPr="003122E3">
              <w:rPr>
                <w:lang w:val="ru-RU"/>
              </w:rPr>
              <w:br/>
            </w: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дециметр, метр, километр)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496093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62" w:lineRule="auto"/>
              <w:ind w:right="720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  <w:tr w:rsidR="00496093">
        <w:trPr>
          <w:trHeight w:hRule="exact" w:val="2382"/>
        </w:trPr>
        <w:tc>
          <w:tcPr>
            <w:tcW w:w="57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3122E3" w:rsidRDefault="003122E3">
            <w:pPr>
              <w:autoSpaceDE w:val="0"/>
              <w:autoSpaceDN w:val="0"/>
              <w:spacing w:before="98" w:after="0" w:line="271" w:lineRule="auto"/>
              <w:ind w:left="70" w:right="288"/>
              <w:rPr>
                <w:lang w:val="ru-RU"/>
              </w:rPr>
            </w:pP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Величины. Единицы длины (миллиметр, сантиметр, </w:t>
            </w:r>
            <w:r w:rsidRPr="003122E3">
              <w:rPr>
                <w:lang w:val="ru-RU"/>
              </w:rPr>
              <w:br/>
            </w: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дециметр, метр, километр).</w:t>
            </w:r>
          </w:p>
          <w:p w:rsidR="00496093" w:rsidRPr="003122E3" w:rsidRDefault="003122E3">
            <w:pPr>
              <w:autoSpaceDE w:val="0"/>
              <w:autoSpaceDN w:val="0"/>
              <w:spacing w:before="70" w:after="0" w:line="233" w:lineRule="auto"/>
              <w:ind w:left="70"/>
              <w:rPr>
                <w:lang w:val="ru-RU"/>
              </w:rPr>
            </w:pP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Таблица единиц длины.</w:t>
            </w:r>
          </w:p>
          <w:p w:rsidR="00496093" w:rsidRPr="003122E3" w:rsidRDefault="003122E3">
            <w:pPr>
              <w:autoSpaceDE w:val="0"/>
              <w:autoSpaceDN w:val="0"/>
              <w:spacing w:before="70" w:after="0" w:line="262" w:lineRule="auto"/>
              <w:ind w:left="70"/>
              <w:rPr>
                <w:lang w:val="ru-RU"/>
              </w:rPr>
            </w:pP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Соотношение между </w:t>
            </w:r>
            <w:r w:rsidRPr="003122E3">
              <w:rPr>
                <w:lang w:val="ru-RU"/>
              </w:rPr>
              <w:br/>
            </w: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единицами в пределах 100 000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0.25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496093">
            <w:pPr>
              <w:autoSpaceDE w:val="0"/>
              <w:autoSpaceDN w:val="0"/>
              <w:spacing w:before="98" w:after="0" w:line="233" w:lineRule="auto"/>
              <w:jc w:val="center"/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62" w:lineRule="auto"/>
              <w:ind w:right="720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</w:tbl>
    <w:p w:rsidR="00496093" w:rsidRDefault="00496093">
      <w:pPr>
        <w:autoSpaceDE w:val="0"/>
        <w:autoSpaceDN w:val="0"/>
        <w:spacing w:after="0" w:line="14" w:lineRule="exact"/>
      </w:pPr>
    </w:p>
    <w:p w:rsidR="00496093" w:rsidRDefault="00496093">
      <w:pPr>
        <w:sectPr w:rsidR="00496093">
          <w:pgSz w:w="11900" w:h="16840"/>
          <w:pgMar w:top="284" w:right="556" w:bottom="320" w:left="664" w:header="720" w:footer="720" w:gutter="0"/>
          <w:cols w:space="720" w:equalWidth="0">
            <w:col w:w="10680" w:space="0"/>
          </w:cols>
          <w:docGrid w:linePitch="360"/>
        </w:sectPr>
      </w:pPr>
    </w:p>
    <w:p w:rsidR="00496093" w:rsidRDefault="00496093">
      <w:pPr>
        <w:autoSpaceDE w:val="0"/>
        <w:autoSpaceDN w:val="0"/>
        <w:spacing w:after="66" w:line="220" w:lineRule="exact"/>
      </w:pPr>
    </w:p>
    <w:tbl>
      <w:tblPr>
        <w:tblW w:w="0" w:type="auto"/>
        <w:tblInd w:w="5" w:type="dxa"/>
        <w:tblLayout w:type="fixed"/>
        <w:tblLook w:val="04A0"/>
      </w:tblPr>
      <w:tblGrid>
        <w:gridCol w:w="572"/>
        <w:gridCol w:w="3244"/>
        <w:gridCol w:w="724"/>
        <w:gridCol w:w="1606"/>
        <w:gridCol w:w="1652"/>
        <w:gridCol w:w="1222"/>
        <w:gridCol w:w="1630"/>
      </w:tblGrid>
      <w:tr w:rsidR="00496093">
        <w:trPr>
          <w:trHeight w:hRule="exact" w:val="1486"/>
        </w:trPr>
        <w:tc>
          <w:tcPr>
            <w:tcW w:w="57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3122E3" w:rsidRDefault="003122E3">
            <w:pPr>
              <w:autoSpaceDE w:val="0"/>
              <w:autoSpaceDN w:val="0"/>
              <w:spacing w:before="98" w:after="0"/>
              <w:ind w:left="70"/>
              <w:rPr>
                <w:lang w:val="ru-RU"/>
              </w:rPr>
            </w:pP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Величины. Единицы площади (квадратный метр, </w:t>
            </w:r>
            <w:r w:rsidRPr="003122E3">
              <w:rPr>
                <w:lang w:val="ru-RU"/>
              </w:rPr>
              <w:br/>
            </w: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квадратный дециметр, </w:t>
            </w:r>
            <w:r w:rsidRPr="003122E3">
              <w:rPr>
                <w:lang w:val="ru-RU"/>
              </w:rPr>
              <w:br/>
            </w: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квадратный сантиметр)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496093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62" w:lineRule="auto"/>
              <w:ind w:right="720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  <w:tr w:rsidR="00496093">
        <w:trPr>
          <w:trHeight w:hRule="exact" w:val="2484"/>
        </w:trPr>
        <w:tc>
          <w:tcPr>
            <w:tcW w:w="57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3122E3" w:rsidRDefault="003122E3">
            <w:pPr>
              <w:autoSpaceDE w:val="0"/>
              <w:autoSpaceDN w:val="0"/>
              <w:spacing w:before="96" w:after="0"/>
              <w:ind w:left="70"/>
              <w:rPr>
                <w:lang w:val="ru-RU"/>
              </w:rPr>
            </w:pP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Величины. Единицы площади (квадратный метр, </w:t>
            </w:r>
            <w:r w:rsidRPr="003122E3">
              <w:rPr>
                <w:lang w:val="ru-RU"/>
              </w:rPr>
              <w:br/>
            </w: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квадратный дециметр, </w:t>
            </w:r>
            <w:r w:rsidRPr="003122E3">
              <w:rPr>
                <w:lang w:val="ru-RU"/>
              </w:rPr>
              <w:br/>
            </w: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квадратный сантиметр).</w:t>
            </w:r>
          </w:p>
          <w:p w:rsidR="00496093" w:rsidRPr="003122E3" w:rsidRDefault="003122E3">
            <w:pPr>
              <w:autoSpaceDE w:val="0"/>
              <w:autoSpaceDN w:val="0"/>
              <w:spacing w:before="70" w:after="0" w:line="230" w:lineRule="auto"/>
              <w:ind w:left="70"/>
              <w:rPr>
                <w:lang w:val="ru-RU"/>
              </w:rPr>
            </w:pP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Таблица единиц площади.</w:t>
            </w:r>
          </w:p>
          <w:p w:rsidR="00496093" w:rsidRPr="003122E3" w:rsidRDefault="003122E3">
            <w:pPr>
              <w:autoSpaceDE w:val="0"/>
              <w:autoSpaceDN w:val="0"/>
              <w:spacing w:before="70" w:after="0" w:line="262" w:lineRule="auto"/>
              <w:ind w:left="70"/>
              <w:rPr>
                <w:lang w:val="ru-RU"/>
              </w:rPr>
            </w:pP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Соотношение между </w:t>
            </w:r>
            <w:r w:rsidRPr="003122E3">
              <w:rPr>
                <w:lang w:val="ru-RU"/>
              </w:rPr>
              <w:br/>
            </w: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единицами в пределах 100 000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0.25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496093">
            <w:pPr>
              <w:autoSpaceDE w:val="0"/>
              <w:autoSpaceDN w:val="0"/>
              <w:spacing w:before="96" w:after="0" w:line="233" w:lineRule="auto"/>
              <w:jc w:val="center"/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tabs>
                <w:tab w:val="left" w:pos="154"/>
              </w:tabs>
              <w:autoSpaceDE w:val="0"/>
              <w:autoSpaceDN w:val="0"/>
              <w:spacing w:before="96" w:after="0" w:line="262" w:lineRule="auto"/>
              <w:ind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Практическая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работа;</w:t>
            </w:r>
          </w:p>
        </w:tc>
      </w:tr>
      <w:tr w:rsidR="00496093">
        <w:trPr>
          <w:trHeight w:hRule="exact" w:val="1152"/>
        </w:trPr>
        <w:tc>
          <w:tcPr>
            <w:tcW w:w="57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3122E3" w:rsidRDefault="003122E3">
            <w:pPr>
              <w:autoSpaceDE w:val="0"/>
              <w:autoSpaceDN w:val="0"/>
              <w:spacing w:before="96" w:after="0" w:line="271" w:lineRule="auto"/>
              <w:ind w:left="70"/>
              <w:rPr>
                <w:lang w:val="ru-RU"/>
              </w:rPr>
            </w:pP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Величины. Единицы скорости (километры в час, метры в </w:t>
            </w:r>
            <w:r w:rsidRPr="003122E3">
              <w:rPr>
                <w:lang w:val="ru-RU"/>
              </w:rPr>
              <w:br/>
            </w: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минуту, метры в секунду)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496093">
            <w:pPr>
              <w:autoSpaceDE w:val="0"/>
              <w:autoSpaceDN w:val="0"/>
              <w:spacing w:before="96" w:after="0" w:line="233" w:lineRule="auto"/>
              <w:jc w:val="center"/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62" w:lineRule="auto"/>
              <w:ind w:right="720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  <w:tr w:rsidR="00496093">
        <w:trPr>
          <w:trHeight w:hRule="exact" w:val="2150"/>
        </w:trPr>
        <w:tc>
          <w:tcPr>
            <w:tcW w:w="57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3122E3" w:rsidRDefault="003122E3">
            <w:pPr>
              <w:autoSpaceDE w:val="0"/>
              <w:autoSpaceDN w:val="0"/>
              <w:spacing w:before="98" w:after="0" w:line="271" w:lineRule="auto"/>
              <w:ind w:left="70"/>
              <w:rPr>
                <w:lang w:val="ru-RU"/>
              </w:rPr>
            </w:pP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Величины. Единицы скорости (километры в час, метры в </w:t>
            </w:r>
            <w:r w:rsidRPr="003122E3">
              <w:rPr>
                <w:lang w:val="ru-RU"/>
              </w:rPr>
              <w:br/>
            </w: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минуту, метры в секунду).</w:t>
            </w:r>
          </w:p>
          <w:p w:rsidR="00496093" w:rsidRPr="003122E3" w:rsidRDefault="003122E3">
            <w:pPr>
              <w:autoSpaceDE w:val="0"/>
              <w:autoSpaceDN w:val="0"/>
              <w:spacing w:before="70" w:after="0" w:line="230" w:lineRule="auto"/>
              <w:ind w:left="70"/>
              <w:rPr>
                <w:lang w:val="ru-RU"/>
              </w:rPr>
            </w:pP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Таблица единиц скорости.</w:t>
            </w:r>
          </w:p>
          <w:p w:rsidR="00496093" w:rsidRPr="003122E3" w:rsidRDefault="003122E3">
            <w:pPr>
              <w:autoSpaceDE w:val="0"/>
              <w:autoSpaceDN w:val="0"/>
              <w:spacing w:before="70" w:after="0" w:line="262" w:lineRule="auto"/>
              <w:ind w:left="70"/>
              <w:rPr>
                <w:lang w:val="ru-RU"/>
              </w:rPr>
            </w:pP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Соотношение между </w:t>
            </w:r>
            <w:r w:rsidRPr="003122E3">
              <w:rPr>
                <w:lang w:val="ru-RU"/>
              </w:rPr>
              <w:br/>
            </w: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единицами в пределах 100 000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0.25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496093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Тестирование;</w:t>
            </w:r>
          </w:p>
        </w:tc>
      </w:tr>
      <w:tr w:rsidR="00496093">
        <w:trPr>
          <w:trHeight w:hRule="exact" w:val="820"/>
        </w:trPr>
        <w:tc>
          <w:tcPr>
            <w:tcW w:w="57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3122E3" w:rsidRDefault="003122E3">
            <w:pPr>
              <w:autoSpaceDE w:val="0"/>
              <w:autoSpaceDN w:val="0"/>
              <w:spacing w:before="98" w:after="0" w:line="262" w:lineRule="auto"/>
              <w:ind w:left="70" w:right="432"/>
              <w:rPr>
                <w:lang w:val="ru-RU"/>
              </w:rPr>
            </w:pP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Величины. Доля величины времени, массы, длины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496093">
            <w:pPr>
              <w:autoSpaceDE w:val="0"/>
              <w:autoSpaceDN w:val="0"/>
              <w:spacing w:before="98" w:after="0" w:line="233" w:lineRule="auto"/>
              <w:jc w:val="center"/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62" w:lineRule="auto"/>
              <w:ind w:right="720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  <w:tr w:rsidR="00496093">
        <w:trPr>
          <w:trHeight w:hRule="exact" w:val="1486"/>
        </w:trPr>
        <w:tc>
          <w:tcPr>
            <w:tcW w:w="57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3122E3" w:rsidRDefault="003122E3">
            <w:pPr>
              <w:autoSpaceDE w:val="0"/>
              <w:autoSpaceDN w:val="0"/>
              <w:spacing w:before="98" w:after="0"/>
              <w:ind w:left="70" w:right="288"/>
              <w:rPr>
                <w:lang w:val="ru-RU"/>
              </w:rPr>
            </w:pP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Арифметические действия. Письменное сложение </w:t>
            </w:r>
            <w:r w:rsidRPr="003122E3">
              <w:rPr>
                <w:lang w:val="ru-RU"/>
              </w:rPr>
              <w:br/>
            </w: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многозначных чисел в </w:t>
            </w:r>
            <w:r w:rsidRPr="003122E3">
              <w:rPr>
                <w:lang w:val="ru-RU"/>
              </w:rPr>
              <w:br/>
            </w: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пределах миллиона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496093">
            <w:pPr>
              <w:autoSpaceDE w:val="0"/>
              <w:autoSpaceDN w:val="0"/>
              <w:spacing w:before="98" w:after="0" w:line="233" w:lineRule="auto"/>
              <w:jc w:val="center"/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62" w:lineRule="auto"/>
              <w:ind w:right="720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  <w:tr w:rsidR="00496093">
        <w:trPr>
          <w:trHeight w:hRule="exact" w:val="1486"/>
        </w:trPr>
        <w:tc>
          <w:tcPr>
            <w:tcW w:w="57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3122E3" w:rsidRDefault="003122E3">
            <w:pPr>
              <w:autoSpaceDE w:val="0"/>
              <w:autoSpaceDN w:val="0"/>
              <w:spacing w:before="98" w:after="0"/>
              <w:ind w:left="70" w:right="288"/>
              <w:rPr>
                <w:lang w:val="ru-RU"/>
              </w:rPr>
            </w:pP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Арифметические действия. Письменное вычитание </w:t>
            </w:r>
            <w:r w:rsidRPr="003122E3">
              <w:rPr>
                <w:lang w:val="ru-RU"/>
              </w:rPr>
              <w:br/>
            </w: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многозначных чисел в </w:t>
            </w:r>
            <w:r w:rsidRPr="003122E3">
              <w:rPr>
                <w:lang w:val="ru-RU"/>
              </w:rPr>
              <w:br/>
            </w: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пределах миллиона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496093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62" w:lineRule="auto"/>
              <w:ind w:right="720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  <w:tr w:rsidR="00496093">
        <w:trPr>
          <w:trHeight w:hRule="exact" w:val="2484"/>
        </w:trPr>
        <w:tc>
          <w:tcPr>
            <w:tcW w:w="57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3122E3" w:rsidRDefault="003122E3">
            <w:pPr>
              <w:autoSpaceDE w:val="0"/>
              <w:autoSpaceDN w:val="0"/>
              <w:spacing w:before="98" w:after="0" w:line="230" w:lineRule="auto"/>
              <w:ind w:left="70"/>
              <w:rPr>
                <w:lang w:val="ru-RU"/>
              </w:rPr>
            </w:pP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Арифметические действия.</w:t>
            </w:r>
          </w:p>
          <w:p w:rsidR="00496093" w:rsidRDefault="003122E3">
            <w:pPr>
              <w:autoSpaceDE w:val="0"/>
              <w:autoSpaceDN w:val="0"/>
              <w:spacing w:before="70" w:after="0" w:line="281" w:lineRule="auto"/>
              <w:ind w:left="70"/>
            </w:pP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Письменное сложение, </w:t>
            </w:r>
            <w:r w:rsidRPr="003122E3">
              <w:rPr>
                <w:lang w:val="ru-RU"/>
              </w:rPr>
              <w:br/>
            </w: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вычитание многозначных </w:t>
            </w:r>
            <w:r w:rsidRPr="003122E3">
              <w:rPr>
                <w:lang w:val="ru-RU"/>
              </w:rPr>
              <w:br/>
            </w: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чисел в пределах миллиона.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переходом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через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несколько разрядов вида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60005 - 798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0.25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496093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tabs>
                <w:tab w:val="left" w:pos="154"/>
              </w:tabs>
              <w:autoSpaceDE w:val="0"/>
              <w:autoSpaceDN w:val="0"/>
              <w:spacing w:before="98" w:after="0" w:line="262" w:lineRule="auto"/>
              <w:ind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Практическая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работа;</w:t>
            </w:r>
          </w:p>
        </w:tc>
      </w:tr>
      <w:tr w:rsidR="00496093">
        <w:trPr>
          <w:trHeight w:hRule="exact" w:val="2048"/>
        </w:trPr>
        <w:tc>
          <w:tcPr>
            <w:tcW w:w="57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3122E3" w:rsidRDefault="003122E3">
            <w:pPr>
              <w:autoSpaceDE w:val="0"/>
              <w:autoSpaceDN w:val="0"/>
              <w:spacing w:before="96" w:after="0" w:line="233" w:lineRule="auto"/>
              <w:ind w:left="70"/>
              <w:rPr>
                <w:lang w:val="ru-RU"/>
              </w:rPr>
            </w:pP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Арифметические действия.</w:t>
            </w:r>
          </w:p>
          <w:p w:rsidR="00496093" w:rsidRPr="003122E3" w:rsidRDefault="003122E3">
            <w:pPr>
              <w:autoSpaceDE w:val="0"/>
              <w:autoSpaceDN w:val="0"/>
              <w:spacing w:before="70" w:after="0"/>
              <w:ind w:left="70"/>
              <w:rPr>
                <w:lang w:val="ru-RU"/>
              </w:rPr>
            </w:pP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Письменное умножение </w:t>
            </w:r>
            <w:r w:rsidRPr="003122E3">
              <w:rPr>
                <w:lang w:val="ru-RU"/>
              </w:rPr>
              <w:br/>
            </w: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многозначных чисел на </w:t>
            </w:r>
            <w:r w:rsidRPr="003122E3">
              <w:rPr>
                <w:lang w:val="ru-RU"/>
              </w:rPr>
              <w:br/>
            </w: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однозначное число в пределах 100 000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496093">
            <w:pPr>
              <w:autoSpaceDE w:val="0"/>
              <w:autoSpaceDN w:val="0"/>
              <w:spacing w:before="96" w:after="0" w:line="233" w:lineRule="auto"/>
              <w:jc w:val="center"/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62" w:lineRule="auto"/>
              <w:ind w:right="720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</w:tbl>
    <w:p w:rsidR="00496093" w:rsidRDefault="00496093">
      <w:pPr>
        <w:autoSpaceDE w:val="0"/>
        <w:autoSpaceDN w:val="0"/>
        <w:spacing w:after="0" w:line="14" w:lineRule="exact"/>
      </w:pPr>
    </w:p>
    <w:p w:rsidR="00496093" w:rsidRDefault="00496093">
      <w:pPr>
        <w:sectPr w:rsidR="00496093">
          <w:pgSz w:w="11900" w:h="16840"/>
          <w:pgMar w:top="284" w:right="556" w:bottom="320" w:left="664" w:header="720" w:footer="720" w:gutter="0"/>
          <w:cols w:space="720" w:equalWidth="0">
            <w:col w:w="10680" w:space="0"/>
          </w:cols>
          <w:docGrid w:linePitch="360"/>
        </w:sectPr>
      </w:pPr>
    </w:p>
    <w:p w:rsidR="00496093" w:rsidRDefault="00496093">
      <w:pPr>
        <w:autoSpaceDE w:val="0"/>
        <w:autoSpaceDN w:val="0"/>
        <w:spacing w:after="66" w:line="220" w:lineRule="exact"/>
      </w:pPr>
    </w:p>
    <w:tbl>
      <w:tblPr>
        <w:tblW w:w="0" w:type="auto"/>
        <w:tblInd w:w="5" w:type="dxa"/>
        <w:tblLayout w:type="fixed"/>
        <w:tblLook w:val="04A0"/>
      </w:tblPr>
      <w:tblGrid>
        <w:gridCol w:w="572"/>
        <w:gridCol w:w="3244"/>
        <w:gridCol w:w="724"/>
        <w:gridCol w:w="1606"/>
        <w:gridCol w:w="1652"/>
        <w:gridCol w:w="1222"/>
        <w:gridCol w:w="1630"/>
      </w:tblGrid>
      <w:tr w:rsidR="00496093">
        <w:trPr>
          <w:trHeight w:hRule="exact" w:val="1818"/>
        </w:trPr>
        <w:tc>
          <w:tcPr>
            <w:tcW w:w="57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3122E3" w:rsidRDefault="003122E3">
            <w:pPr>
              <w:autoSpaceDE w:val="0"/>
              <w:autoSpaceDN w:val="0"/>
              <w:spacing w:before="98" w:after="0" w:line="230" w:lineRule="auto"/>
              <w:ind w:left="70"/>
              <w:rPr>
                <w:lang w:val="ru-RU"/>
              </w:rPr>
            </w:pP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Арифметические действия.</w:t>
            </w:r>
          </w:p>
          <w:p w:rsidR="00496093" w:rsidRPr="003122E3" w:rsidRDefault="003122E3">
            <w:pPr>
              <w:autoSpaceDE w:val="0"/>
              <w:autoSpaceDN w:val="0"/>
              <w:spacing w:before="70" w:after="0"/>
              <w:ind w:left="70" w:right="144"/>
              <w:rPr>
                <w:lang w:val="ru-RU"/>
              </w:rPr>
            </w:pP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Письменное умножение </w:t>
            </w:r>
            <w:r w:rsidRPr="003122E3">
              <w:rPr>
                <w:lang w:val="ru-RU"/>
              </w:rPr>
              <w:br/>
            </w: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многозначных чисел на </w:t>
            </w:r>
            <w:r w:rsidRPr="003122E3">
              <w:rPr>
                <w:lang w:val="ru-RU"/>
              </w:rPr>
              <w:br/>
            </w: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двузначное число в пределах 100 000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496093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62" w:lineRule="auto"/>
              <w:ind w:right="720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  <w:tr w:rsidR="00496093">
        <w:trPr>
          <w:trHeight w:hRule="exact" w:val="2484"/>
        </w:trPr>
        <w:tc>
          <w:tcPr>
            <w:tcW w:w="57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3122E3" w:rsidRDefault="003122E3">
            <w:pPr>
              <w:autoSpaceDE w:val="0"/>
              <w:autoSpaceDN w:val="0"/>
              <w:spacing w:before="98" w:after="0" w:line="230" w:lineRule="auto"/>
              <w:ind w:left="70"/>
              <w:rPr>
                <w:lang w:val="ru-RU"/>
              </w:rPr>
            </w:pP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Арифметические действия.</w:t>
            </w:r>
          </w:p>
          <w:p w:rsidR="00496093" w:rsidRDefault="003122E3">
            <w:pPr>
              <w:autoSpaceDE w:val="0"/>
              <w:autoSpaceDN w:val="0"/>
              <w:spacing w:before="70" w:after="0" w:line="283" w:lineRule="auto"/>
              <w:ind w:left="70"/>
            </w:pP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Письменное умножение </w:t>
            </w:r>
            <w:r w:rsidRPr="003122E3">
              <w:rPr>
                <w:lang w:val="ru-RU"/>
              </w:rPr>
              <w:br/>
            </w: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многозначных чисел на </w:t>
            </w:r>
            <w:r w:rsidRPr="003122E3">
              <w:rPr>
                <w:lang w:val="ru-RU"/>
              </w:rPr>
              <w:br/>
            </w: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двузначное число в пределах 100 000.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приемы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умножения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вида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243 ∙ 20, 545∙ 200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496093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62" w:lineRule="auto"/>
              <w:ind w:right="720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  <w:tr w:rsidR="00496093">
        <w:trPr>
          <w:trHeight w:hRule="exact" w:val="2150"/>
        </w:trPr>
        <w:tc>
          <w:tcPr>
            <w:tcW w:w="57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3122E3" w:rsidRDefault="003122E3">
            <w:pPr>
              <w:autoSpaceDE w:val="0"/>
              <w:autoSpaceDN w:val="0"/>
              <w:spacing w:before="98" w:after="0" w:line="230" w:lineRule="auto"/>
              <w:ind w:left="70"/>
              <w:rPr>
                <w:lang w:val="ru-RU"/>
              </w:rPr>
            </w:pP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Арифметические действия.</w:t>
            </w:r>
          </w:p>
          <w:p w:rsidR="00496093" w:rsidRDefault="003122E3">
            <w:pPr>
              <w:autoSpaceDE w:val="0"/>
              <w:autoSpaceDN w:val="0"/>
              <w:spacing w:before="70" w:after="0" w:line="281" w:lineRule="auto"/>
              <w:ind w:left="70" w:right="144"/>
            </w:pP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Письменное умножение </w:t>
            </w:r>
            <w:r w:rsidRPr="003122E3">
              <w:rPr>
                <w:lang w:val="ru-RU"/>
              </w:rPr>
              <w:br/>
            </w: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многозначных чисел на </w:t>
            </w:r>
            <w:r w:rsidRPr="003122E3">
              <w:rPr>
                <w:lang w:val="ru-RU"/>
              </w:rPr>
              <w:br/>
            </w: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двузначное число в пределах 100 000.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Умножение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чисел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оканчивающихся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нулями</w:t>
            </w:r>
            <w:proofErr w:type="spellEnd"/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0.25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496093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tabs>
                <w:tab w:val="left" w:pos="154"/>
              </w:tabs>
              <w:autoSpaceDE w:val="0"/>
              <w:autoSpaceDN w:val="0"/>
              <w:spacing w:before="98" w:after="0" w:line="262" w:lineRule="auto"/>
              <w:ind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Письменный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496093">
        <w:trPr>
          <w:trHeight w:hRule="exact" w:val="1820"/>
        </w:trPr>
        <w:tc>
          <w:tcPr>
            <w:tcW w:w="57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31.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3122E3" w:rsidRDefault="003122E3">
            <w:pPr>
              <w:autoSpaceDE w:val="0"/>
              <w:autoSpaceDN w:val="0"/>
              <w:spacing w:before="98" w:after="0" w:line="233" w:lineRule="auto"/>
              <w:ind w:left="70"/>
              <w:rPr>
                <w:lang w:val="ru-RU"/>
              </w:rPr>
            </w:pP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Арифметические действия.</w:t>
            </w:r>
          </w:p>
          <w:p w:rsidR="00496093" w:rsidRPr="003122E3" w:rsidRDefault="003122E3">
            <w:pPr>
              <w:autoSpaceDE w:val="0"/>
              <w:autoSpaceDN w:val="0"/>
              <w:spacing w:before="68" w:after="0"/>
              <w:ind w:left="70"/>
              <w:rPr>
                <w:lang w:val="ru-RU"/>
              </w:rPr>
            </w:pP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Письменное деление </w:t>
            </w:r>
            <w:r w:rsidRPr="003122E3">
              <w:rPr>
                <w:lang w:val="ru-RU"/>
              </w:rPr>
              <w:br/>
            </w: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многозначных чисел на </w:t>
            </w:r>
            <w:r w:rsidRPr="003122E3">
              <w:rPr>
                <w:lang w:val="ru-RU"/>
              </w:rPr>
              <w:br/>
            </w: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однозначное число в пределах 100 000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496093">
            <w:pPr>
              <w:autoSpaceDE w:val="0"/>
              <w:autoSpaceDN w:val="0"/>
              <w:spacing w:before="98" w:after="0" w:line="233" w:lineRule="auto"/>
              <w:jc w:val="center"/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62" w:lineRule="auto"/>
              <w:ind w:right="720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  <w:tr w:rsidR="00496093">
        <w:trPr>
          <w:trHeight w:hRule="exact" w:val="2816"/>
        </w:trPr>
        <w:tc>
          <w:tcPr>
            <w:tcW w:w="57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32.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3122E3" w:rsidRDefault="003122E3">
            <w:pPr>
              <w:autoSpaceDE w:val="0"/>
              <w:autoSpaceDN w:val="0"/>
              <w:spacing w:before="96" w:after="0" w:line="233" w:lineRule="auto"/>
              <w:ind w:left="70"/>
              <w:rPr>
                <w:lang w:val="ru-RU"/>
              </w:rPr>
            </w:pP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Арифметические действия.</w:t>
            </w:r>
          </w:p>
          <w:p w:rsidR="00496093" w:rsidRDefault="003122E3">
            <w:pPr>
              <w:autoSpaceDE w:val="0"/>
              <w:autoSpaceDN w:val="0"/>
              <w:spacing w:before="70" w:after="0" w:line="283" w:lineRule="auto"/>
              <w:ind w:left="70"/>
            </w:pP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Письменное деление </w:t>
            </w:r>
            <w:r w:rsidRPr="003122E3">
              <w:rPr>
                <w:lang w:val="ru-RU"/>
              </w:rPr>
              <w:br/>
            </w: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многозначных чисел на </w:t>
            </w:r>
            <w:r w:rsidRPr="003122E3">
              <w:rPr>
                <w:lang w:val="ru-RU"/>
              </w:rPr>
              <w:br/>
            </w: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однозначное число в пределах 100 000.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Деление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многозначного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однозначное (в записи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частного - нули)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496093">
            <w:pPr>
              <w:autoSpaceDE w:val="0"/>
              <w:autoSpaceDN w:val="0"/>
              <w:spacing w:before="96" w:after="0" w:line="233" w:lineRule="auto"/>
              <w:jc w:val="center"/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62" w:lineRule="auto"/>
              <w:ind w:right="720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  <w:tr w:rsidR="00496093">
        <w:trPr>
          <w:trHeight w:hRule="exact" w:val="2484"/>
        </w:trPr>
        <w:tc>
          <w:tcPr>
            <w:tcW w:w="57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33.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3122E3" w:rsidRDefault="003122E3">
            <w:pPr>
              <w:autoSpaceDE w:val="0"/>
              <w:autoSpaceDN w:val="0"/>
              <w:spacing w:before="96" w:after="0" w:line="233" w:lineRule="auto"/>
              <w:ind w:left="70"/>
              <w:rPr>
                <w:lang w:val="ru-RU"/>
              </w:rPr>
            </w:pP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Арифметические действия.</w:t>
            </w:r>
          </w:p>
          <w:p w:rsidR="00496093" w:rsidRDefault="003122E3">
            <w:pPr>
              <w:autoSpaceDE w:val="0"/>
              <w:autoSpaceDN w:val="0"/>
              <w:spacing w:before="70" w:after="0" w:line="281" w:lineRule="auto"/>
              <w:ind w:left="70"/>
            </w:pP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Письменное деление </w:t>
            </w:r>
            <w:r w:rsidRPr="003122E3">
              <w:rPr>
                <w:lang w:val="ru-RU"/>
              </w:rPr>
              <w:br/>
            </w: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многозначных чисел на </w:t>
            </w:r>
            <w:r w:rsidRPr="003122E3">
              <w:rPr>
                <w:lang w:val="ru-RU"/>
              </w:rPr>
              <w:br/>
            </w: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однозначное число в пределах 100 000.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Писменное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деление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, оканчивающееся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нулями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496093">
            <w:pPr>
              <w:autoSpaceDE w:val="0"/>
              <w:autoSpaceDN w:val="0"/>
              <w:spacing w:before="96" w:after="0" w:line="233" w:lineRule="auto"/>
              <w:jc w:val="center"/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62" w:lineRule="auto"/>
              <w:ind w:right="720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  <w:tr w:rsidR="00496093">
        <w:trPr>
          <w:trHeight w:hRule="exact" w:val="2024"/>
        </w:trPr>
        <w:tc>
          <w:tcPr>
            <w:tcW w:w="57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34.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3122E3" w:rsidRDefault="003122E3">
            <w:pPr>
              <w:autoSpaceDE w:val="0"/>
              <w:autoSpaceDN w:val="0"/>
              <w:spacing w:before="96" w:after="0" w:line="233" w:lineRule="auto"/>
              <w:ind w:left="70"/>
              <w:rPr>
                <w:lang w:val="ru-RU"/>
              </w:rPr>
            </w:pP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Арифметические действия.</w:t>
            </w:r>
          </w:p>
          <w:p w:rsidR="00496093" w:rsidRPr="003122E3" w:rsidRDefault="003122E3">
            <w:pPr>
              <w:autoSpaceDE w:val="0"/>
              <w:autoSpaceDN w:val="0"/>
              <w:spacing w:before="70" w:after="0"/>
              <w:ind w:left="70" w:right="144"/>
              <w:rPr>
                <w:lang w:val="ru-RU"/>
              </w:rPr>
            </w:pP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Письменное деление </w:t>
            </w:r>
            <w:r w:rsidRPr="003122E3">
              <w:rPr>
                <w:lang w:val="ru-RU"/>
              </w:rPr>
              <w:br/>
            </w: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многозначных чисел на </w:t>
            </w:r>
            <w:r w:rsidRPr="003122E3">
              <w:rPr>
                <w:lang w:val="ru-RU"/>
              </w:rPr>
              <w:br/>
            </w: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двузначное число в пределах 100 000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0.25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496093">
            <w:pPr>
              <w:autoSpaceDE w:val="0"/>
              <w:autoSpaceDN w:val="0"/>
              <w:spacing w:before="96" w:after="0" w:line="233" w:lineRule="auto"/>
              <w:jc w:val="center"/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tabs>
                <w:tab w:val="left" w:pos="154"/>
              </w:tabs>
              <w:autoSpaceDE w:val="0"/>
              <w:autoSpaceDN w:val="0"/>
              <w:spacing w:before="96" w:after="0" w:line="262" w:lineRule="auto"/>
              <w:ind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Практическая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работа;</w:t>
            </w:r>
          </w:p>
        </w:tc>
      </w:tr>
    </w:tbl>
    <w:p w:rsidR="00496093" w:rsidRDefault="00496093">
      <w:pPr>
        <w:autoSpaceDE w:val="0"/>
        <w:autoSpaceDN w:val="0"/>
        <w:spacing w:after="0" w:line="14" w:lineRule="exact"/>
      </w:pPr>
    </w:p>
    <w:p w:rsidR="00496093" w:rsidRDefault="00496093">
      <w:pPr>
        <w:sectPr w:rsidR="00496093">
          <w:pgSz w:w="11900" w:h="16840"/>
          <w:pgMar w:top="284" w:right="556" w:bottom="320" w:left="664" w:header="720" w:footer="720" w:gutter="0"/>
          <w:cols w:space="720" w:equalWidth="0">
            <w:col w:w="10680" w:space="0"/>
          </w:cols>
          <w:docGrid w:linePitch="360"/>
        </w:sectPr>
      </w:pPr>
    </w:p>
    <w:p w:rsidR="00496093" w:rsidRDefault="00496093">
      <w:pPr>
        <w:autoSpaceDE w:val="0"/>
        <w:autoSpaceDN w:val="0"/>
        <w:spacing w:after="66" w:line="220" w:lineRule="exact"/>
      </w:pPr>
    </w:p>
    <w:tbl>
      <w:tblPr>
        <w:tblW w:w="0" w:type="auto"/>
        <w:tblInd w:w="5" w:type="dxa"/>
        <w:tblLayout w:type="fixed"/>
        <w:tblLook w:val="04A0"/>
      </w:tblPr>
      <w:tblGrid>
        <w:gridCol w:w="572"/>
        <w:gridCol w:w="3244"/>
        <w:gridCol w:w="724"/>
        <w:gridCol w:w="1606"/>
        <w:gridCol w:w="1652"/>
        <w:gridCol w:w="1222"/>
        <w:gridCol w:w="1630"/>
      </w:tblGrid>
      <w:tr w:rsidR="00496093">
        <w:trPr>
          <w:trHeight w:hRule="exact" w:val="2816"/>
        </w:trPr>
        <w:tc>
          <w:tcPr>
            <w:tcW w:w="57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35.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3122E3" w:rsidRDefault="003122E3">
            <w:pPr>
              <w:autoSpaceDE w:val="0"/>
              <w:autoSpaceDN w:val="0"/>
              <w:spacing w:before="98" w:after="0" w:line="230" w:lineRule="auto"/>
              <w:ind w:left="70"/>
              <w:rPr>
                <w:lang w:val="ru-RU"/>
              </w:rPr>
            </w:pP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Арифметические действия.</w:t>
            </w:r>
          </w:p>
          <w:p w:rsidR="00496093" w:rsidRDefault="003122E3">
            <w:pPr>
              <w:autoSpaceDE w:val="0"/>
              <w:autoSpaceDN w:val="0"/>
              <w:spacing w:before="70" w:after="0" w:line="283" w:lineRule="auto"/>
              <w:ind w:left="70" w:right="144"/>
            </w:pP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Письменное деление </w:t>
            </w:r>
            <w:r w:rsidRPr="003122E3">
              <w:rPr>
                <w:lang w:val="ru-RU"/>
              </w:rPr>
              <w:br/>
            </w: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многозначных чисел на </w:t>
            </w:r>
            <w:r w:rsidRPr="003122E3">
              <w:rPr>
                <w:lang w:val="ru-RU"/>
              </w:rPr>
              <w:br/>
            </w: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двузначное число в пределах 100 000.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Деление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двузначное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(цифра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частного находится способом проб)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496093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62" w:lineRule="auto"/>
              <w:ind w:right="720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  <w:tr w:rsidR="00496093">
        <w:trPr>
          <w:trHeight w:hRule="exact" w:val="2484"/>
        </w:trPr>
        <w:tc>
          <w:tcPr>
            <w:tcW w:w="57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36.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3122E3" w:rsidRDefault="003122E3">
            <w:pPr>
              <w:autoSpaceDE w:val="0"/>
              <w:autoSpaceDN w:val="0"/>
              <w:spacing w:before="98" w:after="0" w:line="230" w:lineRule="auto"/>
              <w:ind w:left="70"/>
              <w:rPr>
                <w:lang w:val="ru-RU"/>
              </w:rPr>
            </w:pP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Арифметические действия.</w:t>
            </w:r>
          </w:p>
          <w:p w:rsidR="00496093" w:rsidRDefault="003122E3">
            <w:pPr>
              <w:autoSpaceDE w:val="0"/>
              <w:autoSpaceDN w:val="0"/>
              <w:spacing w:before="70" w:after="0" w:line="283" w:lineRule="auto"/>
              <w:ind w:left="70" w:right="144"/>
            </w:pP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Письменное деление </w:t>
            </w:r>
            <w:r w:rsidRPr="003122E3">
              <w:rPr>
                <w:lang w:val="ru-RU"/>
              </w:rPr>
              <w:br/>
            </w: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многозначных чисел на </w:t>
            </w:r>
            <w:r w:rsidRPr="003122E3">
              <w:rPr>
                <w:lang w:val="ru-RU"/>
              </w:rPr>
              <w:br/>
            </w: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двузначное число в пределах 100 000.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Деление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двузначное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(в записи частного есть нули)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496093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62" w:lineRule="auto"/>
              <w:ind w:right="720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  <w:tr w:rsidR="00496093">
        <w:trPr>
          <w:trHeight w:hRule="exact" w:val="3150"/>
        </w:trPr>
        <w:tc>
          <w:tcPr>
            <w:tcW w:w="57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37.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3122E3" w:rsidRDefault="003122E3">
            <w:pPr>
              <w:autoSpaceDE w:val="0"/>
              <w:autoSpaceDN w:val="0"/>
              <w:spacing w:before="98" w:after="0" w:line="230" w:lineRule="auto"/>
              <w:ind w:left="70"/>
              <w:rPr>
                <w:lang w:val="ru-RU"/>
              </w:rPr>
            </w:pP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Арифметические действия.</w:t>
            </w:r>
          </w:p>
          <w:p w:rsidR="00496093" w:rsidRPr="003122E3" w:rsidRDefault="003122E3">
            <w:pPr>
              <w:autoSpaceDE w:val="0"/>
              <w:autoSpaceDN w:val="0"/>
              <w:spacing w:before="70" w:after="0"/>
              <w:ind w:left="70" w:right="432"/>
              <w:rPr>
                <w:lang w:val="ru-RU"/>
              </w:rPr>
            </w:pP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Письменное деление </w:t>
            </w:r>
            <w:r w:rsidRPr="003122E3">
              <w:rPr>
                <w:lang w:val="ru-RU"/>
              </w:rPr>
              <w:br/>
            </w: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многозначных чисел на однозначное/двузначное число в пределах 100 000.</w:t>
            </w:r>
          </w:p>
          <w:p w:rsidR="00496093" w:rsidRPr="003122E3" w:rsidRDefault="003122E3">
            <w:pPr>
              <w:autoSpaceDE w:val="0"/>
              <w:autoSpaceDN w:val="0"/>
              <w:spacing w:before="70" w:after="0"/>
              <w:ind w:left="70"/>
              <w:rPr>
                <w:lang w:val="ru-RU"/>
              </w:rPr>
            </w:pP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Нахождение числа, большего или меньшего данного числа на заданное число, в заданное число раз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496093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62" w:lineRule="auto"/>
              <w:ind w:right="720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  <w:tr w:rsidR="00496093">
        <w:trPr>
          <w:trHeight w:hRule="exact" w:val="1484"/>
        </w:trPr>
        <w:tc>
          <w:tcPr>
            <w:tcW w:w="57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38.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3122E3" w:rsidRDefault="003122E3">
            <w:pPr>
              <w:autoSpaceDE w:val="0"/>
              <w:autoSpaceDN w:val="0"/>
              <w:spacing w:before="96" w:after="0" w:line="233" w:lineRule="auto"/>
              <w:ind w:left="70"/>
              <w:rPr>
                <w:lang w:val="ru-RU"/>
              </w:rPr>
            </w:pP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Арифметические действия.</w:t>
            </w:r>
          </w:p>
          <w:p w:rsidR="00496093" w:rsidRPr="003122E3" w:rsidRDefault="003122E3">
            <w:pPr>
              <w:autoSpaceDE w:val="0"/>
              <w:autoSpaceDN w:val="0"/>
              <w:spacing w:before="70" w:after="0" w:line="271" w:lineRule="auto"/>
              <w:ind w:left="70" w:right="144"/>
              <w:rPr>
                <w:lang w:val="ru-RU"/>
              </w:rPr>
            </w:pP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Письменное деление с </w:t>
            </w:r>
            <w:r w:rsidRPr="003122E3">
              <w:rPr>
                <w:lang w:val="ru-RU"/>
              </w:rPr>
              <w:br/>
            </w: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остатком (запись уголком) в пределах 100 000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0.25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496093">
            <w:pPr>
              <w:autoSpaceDE w:val="0"/>
              <w:autoSpaceDN w:val="0"/>
              <w:spacing w:before="96" w:after="0" w:line="233" w:lineRule="auto"/>
              <w:jc w:val="center"/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tabs>
                <w:tab w:val="left" w:pos="154"/>
              </w:tabs>
              <w:autoSpaceDE w:val="0"/>
              <w:autoSpaceDN w:val="0"/>
              <w:spacing w:before="96" w:after="0" w:line="262" w:lineRule="auto"/>
              <w:ind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Практическая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работа;</w:t>
            </w:r>
          </w:p>
        </w:tc>
      </w:tr>
      <w:tr w:rsidR="00496093">
        <w:trPr>
          <w:trHeight w:hRule="exact" w:val="820"/>
        </w:trPr>
        <w:tc>
          <w:tcPr>
            <w:tcW w:w="57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39.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62" w:lineRule="auto"/>
              <w:ind w:left="70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Арифметические действия. Умножение на 10, 100, 1000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496093">
            <w:pPr>
              <w:autoSpaceDE w:val="0"/>
              <w:autoSpaceDN w:val="0"/>
              <w:spacing w:before="98" w:after="0" w:line="233" w:lineRule="auto"/>
              <w:jc w:val="center"/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62" w:lineRule="auto"/>
              <w:ind w:right="720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  <w:tr w:rsidR="00496093">
        <w:trPr>
          <w:trHeight w:hRule="exact" w:val="820"/>
        </w:trPr>
        <w:tc>
          <w:tcPr>
            <w:tcW w:w="57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40.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62" w:lineRule="auto"/>
              <w:ind w:left="70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Арифметические действия. Деление на 10, 100, 1000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0.25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496093">
            <w:pPr>
              <w:autoSpaceDE w:val="0"/>
              <w:autoSpaceDN w:val="0"/>
              <w:spacing w:before="98" w:after="0" w:line="233" w:lineRule="auto"/>
              <w:jc w:val="center"/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tabs>
                <w:tab w:val="left" w:pos="154"/>
              </w:tabs>
              <w:autoSpaceDE w:val="0"/>
              <w:autoSpaceDN w:val="0"/>
              <w:spacing w:before="98" w:after="0" w:line="262" w:lineRule="auto"/>
              <w:ind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Практическая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работа;</w:t>
            </w:r>
          </w:p>
        </w:tc>
      </w:tr>
      <w:tr w:rsidR="00496093">
        <w:trPr>
          <w:trHeight w:hRule="exact" w:val="820"/>
        </w:trPr>
        <w:tc>
          <w:tcPr>
            <w:tcW w:w="57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41.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62" w:lineRule="auto"/>
              <w:ind w:left="70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Арифметические действия. Свойства сложения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496093">
            <w:pPr>
              <w:autoSpaceDE w:val="0"/>
              <w:autoSpaceDN w:val="0"/>
              <w:spacing w:before="98" w:after="0" w:line="233" w:lineRule="auto"/>
              <w:jc w:val="center"/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62" w:lineRule="auto"/>
              <w:ind w:right="720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  <w:tr w:rsidR="00496093">
        <w:trPr>
          <w:trHeight w:hRule="exact" w:val="820"/>
        </w:trPr>
        <w:tc>
          <w:tcPr>
            <w:tcW w:w="57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42.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62" w:lineRule="auto"/>
              <w:ind w:left="70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Арифметические действия. Свойства умножения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496093">
            <w:pPr>
              <w:autoSpaceDE w:val="0"/>
              <w:autoSpaceDN w:val="0"/>
              <w:spacing w:before="98" w:after="0" w:line="233" w:lineRule="auto"/>
              <w:jc w:val="center"/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tabs>
                <w:tab w:val="left" w:pos="154"/>
              </w:tabs>
              <w:autoSpaceDE w:val="0"/>
              <w:autoSpaceDN w:val="0"/>
              <w:spacing w:before="98" w:after="0" w:line="262" w:lineRule="auto"/>
              <w:ind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Письменный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496093">
        <w:trPr>
          <w:trHeight w:hRule="exact" w:val="1466"/>
        </w:trPr>
        <w:tc>
          <w:tcPr>
            <w:tcW w:w="57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43.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3122E3" w:rsidRDefault="003122E3">
            <w:pPr>
              <w:autoSpaceDE w:val="0"/>
              <w:autoSpaceDN w:val="0"/>
              <w:spacing w:before="98" w:after="0" w:line="233" w:lineRule="auto"/>
              <w:ind w:left="70"/>
              <w:rPr>
                <w:lang w:val="ru-RU"/>
              </w:rPr>
            </w:pP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Арифметические действия.</w:t>
            </w:r>
          </w:p>
          <w:p w:rsidR="00496093" w:rsidRPr="003122E3" w:rsidRDefault="003122E3">
            <w:pPr>
              <w:autoSpaceDE w:val="0"/>
              <w:autoSpaceDN w:val="0"/>
              <w:spacing w:before="68" w:after="0" w:line="271" w:lineRule="auto"/>
              <w:ind w:left="70"/>
              <w:rPr>
                <w:lang w:val="ru-RU"/>
              </w:rPr>
            </w:pP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Применение свойств </w:t>
            </w:r>
            <w:r w:rsidRPr="003122E3">
              <w:rPr>
                <w:lang w:val="ru-RU"/>
              </w:rPr>
              <w:br/>
            </w: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арифметических действий для вычислений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0.25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496093">
            <w:pPr>
              <w:autoSpaceDE w:val="0"/>
              <w:autoSpaceDN w:val="0"/>
              <w:spacing w:before="98" w:after="0" w:line="233" w:lineRule="auto"/>
              <w:jc w:val="center"/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tabs>
                <w:tab w:val="left" w:pos="154"/>
              </w:tabs>
              <w:autoSpaceDE w:val="0"/>
              <w:autoSpaceDN w:val="0"/>
              <w:spacing w:before="98" w:after="0" w:line="262" w:lineRule="auto"/>
              <w:ind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Практическая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работа;</w:t>
            </w:r>
          </w:p>
        </w:tc>
      </w:tr>
    </w:tbl>
    <w:p w:rsidR="00496093" w:rsidRDefault="00496093">
      <w:pPr>
        <w:autoSpaceDE w:val="0"/>
        <w:autoSpaceDN w:val="0"/>
        <w:spacing w:after="0" w:line="14" w:lineRule="exact"/>
      </w:pPr>
    </w:p>
    <w:p w:rsidR="00496093" w:rsidRDefault="00496093">
      <w:pPr>
        <w:sectPr w:rsidR="00496093">
          <w:pgSz w:w="11900" w:h="16840"/>
          <w:pgMar w:top="284" w:right="556" w:bottom="780" w:left="664" w:header="720" w:footer="720" w:gutter="0"/>
          <w:cols w:space="720" w:equalWidth="0">
            <w:col w:w="10680" w:space="0"/>
          </w:cols>
          <w:docGrid w:linePitch="360"/>
        </w:sectPr>
      </w:pPr>
    </w:p>
    <w:p w:rsidR="00496093" w:rsidRDefault="00496093">
      <w:pPr>
        <w:autoSpaceDE w:val="0"/>
        <w:autoSpaceDN w:val="0"/>
        <w:spacing w:after="66" w:line="220" w:lineRule="exact"/>
      </w:pPr>
    </w:p>
    <w:tbl>
      <w:tblPr>
        <w:tblW w:w="0" w:type="auto"/>
        <w:tblInd w:w="5" w:type="dxa"/>
        <w:tblLayout w:type="fixed"/>
        <w:tblLook w:val="04A0"/>
      </w:tblPr>
      <w:tblGrid>
        <w:gridCol w:w="572"/>
        <w:gridCol w:w="3244"/>
        <w:gridCol w:w="724"/>
        <w:gridCol w:w="1606"/>
        <w:gridCol w:w="1652"/>
        <w:gridCol w:w="1222"/>
        <w:gridCol w:w="1630"/>
      </w:tblGrid>
      <w:tr w:rsidR="00496093">
        <w:trPr>
          <w:trHeight w:hRule="exact" w:val="3150"/>
        </w:trPr>
        <w:tc>
          <w:tcPr>
            <w:tcW w:w="57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44.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3122E3" w:rsidRDefault="003122E3">
            <w:pPr>
              <w:autoSpaceDE w:val="0"/>
              <w:autoSpaceDN w:val="0"/>
              <w:spacing w:before="98" w:after="0" w:line="286" w:lineRule="auto"/>
              <w:ind w:left="70" w:right="288"/>
              <w:rPr>
                <w:lang w:val="ru-RU"/>
              </w:rPr>
            </w:pP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Арифметические действия. Поиск значения числового выражения, содержащего несколько действий в </w:t>
            </w:r>
            <w:r w:rsidRPr="003122E3">
              <w:rPr>
                <w:lang w:val="ru-RU"/>
              </w:rPr>
              <w:br/>
            </w: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пределах 100 000. Числовое выражение, содержащее </w:t>
            </w:r>
            <w:r w:rsidRPr="003122E3">
              <w:rPr>
                <w:lang w:val="ru-RU"/>
              </w:rPr>
              <w:br/>
            </w: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действия сложения, </w:t>
            </w:r>
            <w:r w:rsidRPr="003122E3">
              <w:rPr>
                <w:lang w:val="ru-RU"/>
              </w:rPr>
              <w:br/>
            </w: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вычитания, умножения и </w:t>
            </w:r>
            <w:r w:rsidRPr="003122E3">
              <w:rPr>
                <w:lang w:val="ru-RU"/>
              </w:rPr>
              <w:br/>
            </w: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деления (без скобок)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496093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62" w:lineRule="auto"/>
              <w:ind w:right="720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  <w:tr w:rsidR="00496093">
        <w:trPr>
          <w:trHeight w:hRule="exact" w:val="3148"/>
        </w:trPr>
        <w:tc>
          <w:tcPr>
            <w:tcW w:w="57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45.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3122E3" w:rsidRDefault="003122E3">
            <w:pPr>
              <w:autoSpaceDE w:val="0"/>
              <w:autoSpaceDN w:val="0"/>
              <w:spacing w:before="96" w:after="0" w:line="286" w:lineRule="auto"/>
              <w:ind w:left="70" w:right="288"/>
              <w:rPr>
                <w:lang w:val="ru-RU"/>
              </w:rPr>
            </w:pP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Арифметические действия. Поиск значения числового выражения, содержащего несколько действий в </w:t>
            </w:r>
            <w:r w:rsidRPr="003122E3">
              <w:rPr>
                <w:lang w:val="ru-RU"/>
              </w:rPr>
              <w:br/>
            </w: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пределах 100 000. Числовое выражение, содержащее </w:t>
            </w:r>
            <w:r w:rsidRPr="003122E3">
              <w:rPr>
                <w:lang w:val="ru-RU"/>
              </w:rPr>
              <w:br/>
            </w: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действия сложения, </w:t>
            </w:r>
            <w:r w:rsidRPr="003122E3">
              <w:rPr>
                <w:lang w:val="ru-RU"/>
              </w:rPr>
              <w:br/>
            </w: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вычитания, умножения и </w:t>
            </w:r>
            <w:r w:rsidRPr="003122E3">
              <w:rPr>
                <w:lang w:val="ru-RU"/>
              </w:rPr>
              <w:br/>
            </w: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деления (со скобками)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0.25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496093">
            <w:pPr>
              <w:autoSpaceDE w:val="0"/>
              <w:autoSpaceDN w:val="0"/>
              <w:spacing w:before="96" w:after="0" w:line="233" w:lineRule="auto"/>
              <w:jc w:val="center"/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tabs>
                <w:tab w:val="left" w:pos="154"/>
              </w:tabs>
              <w:autoSpaceDE w:val="0"/>
              <w:autoSpaceDN w:val="0"/>
              <w:spacing w:before="96" w:after="0" w:line="262" w:lineRule="auto"/>
              <w:ind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Практическая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работа;</w:t>
            </w:r>
          </w:p>
        </w:tc>
      </w:tr>
      <w:tr w:rsidR="00496093">
        <w:trPr>
          <w:trHeight w:hRule="exact" w:val="1486"/>
        </w:trPr>
        <w:tc>
          <w:tcPr>
            <w:tcW w:w="57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46.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3122E3" w:rsidRDefault="003122E3">
            <w:pPr>
              <w:autoSpaceDE w:val="0"/>
              <w:autoSpaceDN w:val="0"/>
              <w:spacing w:before="98" w:after="0" w:line="230" w:lineRule="auto"/>
              <w:ind w:left="70"/>
              <w:rPr>
                <w:lang w:val="ru-RU"/>
              </w:rPr>
            </w:pP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Арифметические действия.</w:t>
            </w:r>
          </w:p>
          <w:p w:rsidR="00496093" w:rsidRPr="003122E3" w:rsidRDefault="003122E3">
            <w:pPr>
              <w:autoSpaceDE w:val="0"/>
              <w:autoSpaceDN w:val="0"/>
              <w:spacing w:before="70" w:after="0" w:line="271" w:lineRule="auto"/>
              <w:ind w:left="70" w:right="432"/>
              <w:rPr>
                <w:lang w:val="ru-RU"/>
              </w:rPr>
            </w:pP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Проверка результата </w:t>
            </w:r>
            <w:r w:rsidRPr="003122E3">
              <w:rPr>
                <w:lang w:val="ru-RU"/>
              </w:rPr>
              <w:br/>
            </w: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вычислений, в том числе с помощью калькулятора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496093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62" w:lineRule="auto"/>
              <w:ind w:right="720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  <w:tr w:rsidR="00496093">
        <w:trPr>
          <w:trHeight w:hRule="exact" w:val="2150"/>
        </w:trPr>
        <w:tc>
          <w:tcPr>
            <w:tcW w:w="57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47.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3122E3" w:rsidRDefault="003122E3">
            <w:pPr>
              <w:autoSpaceDE w:val="0"/>
              <w:autoSpaceDN w:val="0"/>
              <w:spacing w:before="98" w:after="0" w:line="230" w:lineRule="auto"/>
              <w:ind w:left="70"/>
              <w:rPr>
                <w:lang w:val="ru-RU"/>
              </w:rPr>
            </w:pP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Арифметические действия.</w:t>
            </w:r>
          </w:p>
          <w:p w:rsidR="00496093" w:rsidRPr="003122E3" w:rsidRDefault="003122E3">
            <w:pPr>
              <w:autoSpaceDE w:val="0"/>
              <w:autoSpaceDN w:val="0"/>
              <w:spacing w:before="70" w:after="0" w:line="271" w:lineRule="auto"/>
              <w:ind w:left="70" w:right="432"/>
              <w:rPr>
                <w:lang w:val="ru-RU"/>
              </w:rPr>
            </w:pP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Проверка результата </w:t>
            </w:r>
            <w:r w:rsidRPr="003122E3">
              <w:rPr>
                <w:lang w:val="ru-RU"/>
              </w:rPr>
              <w:br/>
            </w: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вычислений, в том числе с помощью калькулятора.</w:t>
            </w:r>
          </w:p>
          <w:p w:rsidR="00496093" w:rsidRDefault="003122E3">
            <w:pPr>
              <w:autoSpaceDE w:val="0"/>
              <w:autoSpaceDN w:val="0"/>
              <w:spacing w:before="70" w:after="0" w:line="262" w:lineRule="auto"/>
              <w:ind w:left="70" w:right="86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Проверка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умножения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делением</w:t>
            </w:r>
            <w:proofErr w:type="spellEnd"/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496093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62" w:lineRule="auto"/>
              <w:ind w:right="720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  <w:tr w:rsidR="00496093">
        <w:trPr>
          <w:trHeight w:hRule="exact" w:val="2152"/>
        </w:trPr>
        <w:tc>
          <w:tcPr>
            <w:tcW w:w="57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48.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3122E3" w:rsidRDefault="003122E3">
            <w:pPr>
              <w:autoSpaceDE w:val="0"/>
              <w:autoSpaceDN w:val="0"/>
              <w:spacing w:before="98" w:after="0" w:line="233" w:lineRule="auto"/>
              <w:ind w:left="70"/>
              <w:rPr>
                <w:lang w:val="ru-RU"/>
              </w:rPr>
            </w:pP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Арифметические действия.</w:t>
            </w:r>
          </w:p>
          <w:p w:rsidR="00496093" w:rsidRPr="003122E3" w:rsidRDefault="003122E3">
            <w:pPr>
              <w:autoSpaceDE w:val="0"/>
              <w:autoSpaceDN w:val="0"/>
              <w:spacing w:before="68" w:after="0" w:line="271" w:lineRule="auto"/>
              <w:ind w:left="70" w:right="432"/>
              <w:rPr>
                <w:lang w:val="ru-RU"/>
              </w:rPr>
            </w:pP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Проверка результата </w:t>
            </w:r>
            <w:r w:rsidRPr="003122E3">
              <w:rPr>
                <w:lang w:val="ru-RU"/>
              </w:rPr>
              <w:br/>
            </w: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вычислений, в том числе с помощью калькулятора.</w:t>
            </w:r>
          </w:p>
          <w:p w:rsidR="00496093" w:rsidRDefault="003122E3">
            <w:pPr>
              <w:autoSpaceDE w:val="0"/>
              <w:autoSpaceDN w:val="0"/>
              <w:spacing w:before="70" w:after="0" w:line="262" w:lineRule="auto"/>
              <w:ind w:left="70" w:right="1296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Проверка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деления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умножением</w:t>
            </w:r>
            <w:proofErr w:type="spellEnd"/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0.25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496093">
            <w:pPr>
              <w:autoSpaceDE w:val="0"/>
              <w:autoSpaceDN w:val="0"/>
              <w:spacing w:before="98" w:after="0" w:line="233" w:lineRule="auto"/>
              <w:jc w:val="center"/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tabs>
                <w:tab w:val="left" w:pos="154"/>
              </w:tabs>
              <w:autoSpaceDE w:val="0"/>
              <w:autoSpaceDN w:val="0"/>
              <w:spacing w:before="98" w:after="0" w:line="262" w:lineRule="auto"/>
              <w:ind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Практическая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работа;</w:t>
            </w:r>
          </w:p>
        </w:tc>
      </w:tr>
      <w:tr w:rsidR="00496093">
        <w:trPr>
          <w:trHeight w:hRule="exact" w:val="2464"/>
        </w:trPr>
        <w:tc>
          <w:tcPr>
            <w:tcW w:w="57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49.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3122E3" w:rsidRDefault="003122E3">
            <w:pPr>
              <w:autoSpaceDE w:val="0"/>
              <w:autoSpaceDN w:val="0"/>
              <w:spacing w:before="98" w:after="0" w:line="230" w:lineRule="auto"/>
              <w:ind w:left="70"/>
              <w:rPr>
                <w:lang w:val="ru-RU"/>
              </w:rPr>
            </w:pP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Арифметические действия.</w:t>
            </w:r>
          </w:p>
          <w:p w:rsidR="00496093" w:rsidRPr="003122E3" w:rsidRDefault="003122E3">
            <w:pPr>
              <w:autoSpaceDE w:val="0"/>
              <w:autoSpaceDN w:val="0"/>
              <w:spacing w:before="70" w:after="0" w:line="281" w:lineRule="auto"/>
              <w:ind w:left="70" w:right="288"/>
              <w:rPr>
                <w:lang w:val="ru-RU"/>
              </w:rPr>
            </w:pP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Равенство, содержащее </w:t>
            </w:r>
            <w:r w:rsidRPr="003122E3">
              <w:rPr>
                <w:lang w:val="ru-RU"/>
              </w:rPr>
              <w:br/>
            </w: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неизвестный компонент </w:t>
            </w:r>
            <w:r w:rsidRPr="003122E3">
              <w:rPr>
                <w:lang w:val="ru-RU"/>
              </w:rPr>
              <w:br/>
            </w: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арифметического действия сложения: запись, </w:t>
            </w:r>
            <w:r w:rsidRPr="003122E3">
              <w:rPr>
                <w:lang w:val="ru-RU"/>
              </w:rPr>
              <w:br/>
            </w: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нахождение неизвестного компонента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496093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62" w:lineRule="auto"/>
              <w:ind w:right="720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</w:tbl>
    <w:p w:rsidR="00496093" w:rsidRDefault="00496093">
      <w:pPr>
        <w:autoSpaceDE w:val="0"/>
        <w:autoSpaceDN w:val="0"/>
        <w:spacing w:after="0" w:line="14" w:lineRule="exact"/>
      </w:pPr>
    </w:p>
    <w:p w:rsidR="00496093" w:rsidRDefault="00496093">
      <w:pPr>
        <w:sectPr w:rsidR="00496093">
          <w:pgSz w:w="11900" w:h="16840"/>
          <w:pgMar w:top="284" w:right="556" w:bottom="844" w:left="664" w:header="720" w:footer="720" w:gutter="0"/>
          <w:cols w:space="720" w:equalWidth="0">
            <w:col w:w="10680" w:space="0"/>
          </w:cols>
          <w:docGrid w:linePitch="360"/>
        </w:sectPr>
      </w:pPr>
    </w:p>
    <w:p w:rsidR="00496093" w:rsidRDefault="00496093">
      <w:pPr>
        <w:autoSpaceDE w:val="0"/>
        <w:autoSpaceDN w:val="0"/>
        <w:spacing w:after="66" w:line="220" w:lineRule="exact"/>
      </w:pPr>
    </w:p>
    <w:tbl>
      <w:tblPr>
        <w:tblW w:w="0" w:type="auto"/>
        <w:tblInd w:w="5" w:type="dxa"/>
        <w:tblLayout w:type="fixed"/>
        <w:tblLook w:val="04A0"/>
      </w:tblPr>
      <w:tblGrid>
        <w:gridCol w:w="572"/>
        <w:gridCol w:w="3244"/>
        <w:gridCol w:w="724"/>
        <w:gridCol w:w="1606"/>
        <w:gridCol w:w="1652"/>
        <w:gridCol w:w="1222"/>
        <w:gridCol w:w="1630"/>
      </w:tblGrid>
      <w:tr w:rsidR="00496093">
        <w:trPr>
          <w:trHeight w:hRule="exact" w:val="2484"/>
        </w:trPr>
        <w:tc>
          <w:tcPr>
            <w:tcW w:w="57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50.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3122E3" w:rsidRDefault="003122E3">
            <w:pPr>
              <w:autoSpaceDE w:val="0"/>
              <w:autoSpaceDN w:val="0"/>
              <w:spacing w:before="98" w:after="0" w:line="230" w:lineRule="auto"/>
              <w:ind w:left="70"/>
              <w:rPr>
                <w:lang w:val="ru-RU"/>
              </w:rPr>
            </w:pP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Арифметические действия.</w:t>
            </w:r>
          </w:p>
          <w:p w:rsidR="00496093" w:rsidRPr="003122E3" w:rsidRDefault="003122E3">
            <w:pPr>
              <w:autoSpaceDE w:val="0"/>
              <w:autoSpaceDN w:val="0"/>
              <w:spacing w:before="70" w:after="0" w:line="281" w:lineRule="auto"/>
              <w:ind w:left="70" w:right="288"/>
              <w:rPr>
                <w:lang w:val="ru-RU"/>
              </w:rPr>
            </w:pP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Равенство, содержащее </w:t>
            </w:r>
            <w:r w:rsidRPr="003122E3">
              <w:rPr>
                <w:lang w:val="ru-RU"/>
              </w:rPr>
              <w:br/>
            </w: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неизвестный компонент </w:t>
            </w:r>
            <w:r w:rsidRPr="003122E3">
              <w:rPr>
                <w:lang w:val="ru-RU"/>
              </w:rPr>
              <w:br/>
            </w: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арифметического действия вычитания: запись, </w:t>
            </w:r>
            <w:r w:rsidRPr="003122E3">
              <w:rPr>
                <w:lang w:val="ru-RU"/>
              </w:rPr>
              <w:br/>
            </w: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нахождение неизвестного компонента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496093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62" w:lineRule="auto"/>
              <w:ind w:right="720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  <w:tr w:rsidR="00496093">
        <w:trPr>
          <w:trHeight w:hRule="exact" w:val="2484"/>
        </w:trPr>
        <w:tc>
          <w:tcPr>
            <w:tcW w:w="57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51.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3122E3" w:rsidRDefault="003122E3">
            <w:pPr>
              <w:autoSpaceDE w:val="0"/>
              <w:autoSpaceDN w:val="0"/>
              <w:spacing w:before="96" w:after="0" w:line="233" w:lineRule="auto"/>
              <w:ind w:left="70"/>
              <w:rPr>
                <w:lang w:val="ru-RU"/>
              </w:rPr>
            </w:pP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Арифметические действия.</w:t>
            </w:r>
          </w:p>
          <w:p w:rsidR="00496093" w:rsidRPr="003122E3" w:rsidRDefault="003122E3">
            <w:pPr>
              <w:autoSpaceDE w:val="0"/>
              <w:autoSpaceDN w:val="0"/>
              <w:spacing w:before="70" w:after="0" w:line="281" w:lineRule="auto"/>
              <w:ind w:left="70" w:right="288"/>
              <w:rPr>
                <w:lang w:val="ru-RU"/>
              </w:rPr>
            </w:pP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Равенство, содержащее </w:t>
            </w:r>
            <w:r w:rsidRPr="003122E3">
              <w:rPr>
                <w:lang w:val="ru-RU"/>
              </w:rPr>
              <w:br/>
            </w: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неизвестный компонент </w:t>
            </w:r>
            <w:r w:rsidRPr="003122E3">
              <w:rPr>
                <w:lang w:val="ru-RU"/>
              </w:rPr>
              <w:br/>
            </w: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арифметического действия умножения: запись, </w:t>
            </w:r>
            <w:r w:rsidRPr="003122E3">
              <w:rPr>
                <w:lang w:val="ru-RU"/>
              </w:rPr>
              <w:br/>
            </w: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нахождение неизвестного компонента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496093">
            <w:pPr>
              <w:autoSpaceDE w:val="0"/>
              <w:autoSpaceDN w:val="0"/>
              <w:spacing w:before="96" w:after="0" w:line="233" w:lineRule="auto"/>
              <w:jc w:val="center"/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62" w:lineRule="auto"/>
              <w:ind w:right="720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  <w:tr w:rsidR="00496093">
        <w:trPr>
          <w:trHeight w:hRule="exact" w:val="2150"/>
        </w:trPr>
        <w:tc>
          <w:tcPr>
            <w:tcW w:w="57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52.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3122E3" w:rsidRDefault="003122E3">
            <w:pPr>
              <w:autoSpaceDE w:val="0"/>
              <w:autoSpaceDN w:val="0"/>
              <w:spacing w:before="96" w:after="0" w:line="233" w:lineRule="auto"/>
              <w:ind w:left="70"/>
              <w:rPr>
                <w:lang w:val="ru-RU"/>
              </w:rPr>
            </w:pP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Арифметические действия.</w:t>
            </w:r>
          </w:p>
          <w:p w:rsidR="00496093" w:rsidRPr="003122E3" w:rsidRDefault="003122E3">
            <w:pPr>
              <w:autoSpaceDE w:val="0"/>
              <w:autoSpaceDN w:val="0"/>
              <w:spacing w:before="70" w:after="0" w:line="281" w:lineRule="auto"/>
              <w:ind w:left="70" w:right="144"/>
              <w:rPr>
                <w:lang w:val="ru-RU"/>
              </w:rPr>
            </w:pP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Равенство, содержащее </w:t>
            </w:r>
            <w:r w:rsidRPr="003122E3">
              <w:rPr>
                <w:lang w:val="ru-RU"/>
              </w:rPr>
              <w:br/>
            </w: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неизвестный компонент </w:t>
            </w:r>
            <w:r w:rsidRPr="003122E3">
              <w:rPr>
                <w:lang w:val="ru-RU"/>
              </w:rPr>
              <w:br/>
            </w: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арифметического действия деления: запись, нахождение неизвестного компонента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0.25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496093">
            <w:pPr>
              <w:autoSpaceDE w:val="0"/>
              <w:autoSpaceDN w:val="0"/>
              <w:spacing w:before="96" w:after="0" w:line="233" w:lineRule="auto"/>
              <w:jc w:val="center"/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tabs>
                <w:tab w:val="left" w:pos="154"/>
              </w:tabs>
              <w:autoSpaceDE w:val="0"/>
              <w:autoSpaceDN w:val="0"/>
              <w:spacing w:before="96" w:after="0" w:line="262" w:lineRule="auto"/>
              <w:ind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Практическая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работа;</w:t>
            </w:r>
          </w:p>
        </w:tc>
      </w:tr>
      <w:tr w:rsidR="00496093">
        <w:trPr>
          <w:trHeight w:hRule="exact" w:val="2484"/>
        </w:trPr>
        <w:tc>
          <w:tcPr>
            <w:tcW w:w="57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53.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3122E3" w:rsidRDefault="003122E3">
            <w:pPr>
              <w:autoSpaceDE w:val="0"/>
              <w:autoSpaceDN w:val="0"/>
              <w:spacing w:before="98" w:after="0" w:line="230" w:lineRule="auto"/>
              <w:ind w:left="70"/>
              <w:rPr>
                <w:lang w:val="ru-RU"/>
              </w:rPr>
            </w:pP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Арифметические действия.</w:t>
            </w:r>
          </w:p>
          <w:p w:rsidR="00496093" w:rsidRPr="003122E3" w:rsidRDefault="003122E3">
            <w:pPr>
              <w:autoSpaceDE w:val="0"/>
              <w:autoSpaceDN w:val="0"/>
              <w:spacing w:before="70" w:after="0" w:line="283" w:lineRule="auto"/>
              <w:ind w:left="70" w:right="288"/>
              <w:rPr>
                <w:lang w:val="ru-RU"/>
              </w:rPr>
            </w:pP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Равенство, содержащее </w:t>
            </w:r>
            <w:r w:rsidRPr="003122E3">
              <w:rPr>
                <w:lang w:val="ru-RU"/>
              </w:rPr>
              <w:br/>
            </w: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неизвестный компонент </w:t>
            </w:r>
            <w:r w:rsidRPr="003122E3">
              <w:rPr>
                <w:lang w:val="ru-RU"/>
              </w:rPr>
              <w:br/>
            </w: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арифметического действия деления с остатком: запись, нахождение неизвестного компонента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496093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62" w:lineRule="auto"/>
              <w:ind w:right="720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  <w:tr w:rsidR="00496093">
        <w:trPr>
          <w:trHeight w:hRule="exact" w:val="1152"/>
        </w:trPr>
        <w:tc>
          <w:tcPr>
            <w:tcW w:w="57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54.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3122E3" w:rsidRDefault="003122E3">
            <w:pPr>
              <w:autoSpaceDE w:val="0"/>
              <w:autoSpaceDN w:val="0"/>
              <w:spacing w:before="98" w:after="0" w:line="271" w:lineRule="auto"/>
              <w:ind w:left="70" w:right="288"/>
              <w:rPr>
                <w:lang w:val="ru-RU"/>
              </w:rPr>
            </w:pP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Арифметические действия. Умножение величины на однозначное число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496093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62" w:lineRule="auto"/>
              <w:ind w:right="720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  <w:tr w:rsidR="00496093">
        <w:trPr>
          <w:trHeight w:hRule="exact" w:val="1154"/>
        </w:trPr>
        <w:tc>
          <w:tcPr>
            <w:tcW w:w="57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55.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3122E3" w:rsidRDefault="003122E3">
            <w:pPr>
              <w:autoSpaceDE w:val="0"/>
              <w:autoSpaceDN w:val="0"/>
              <w:spacing w:before="98" w:after="0" w:line="271" w:lineRule="auto"/>
              <w:ind w:left="70" w:right="288"/>
              <w:rPr>
                <w:lang w:val="ru-RU"/>
              </w:rPr>
            </w:pP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Арифметические действия. Деление величины на </w:t>
            </w:r>
            <w:r w:rsidRPr="003122E3">
              <w:rPr>
                <w:lang w:val="ru-RU"/>
              </w:rPr>
              <w:br/>
            </w: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однозначное число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0.25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496093">
            <w:pPr>
              <w:autoSpaceDE w:val="0"/>
              <w:autoSpaceDN w:val="0"/>
              <w:spacing w:before="98" w:after="0" w:line="233" w:lineRule="auto"/>
              <w:jc w:val="center"/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tabs>
                <w:tab w:val="left" w:pos="154"/>
              </w:tabs>
              <w:autoSpaceDE w:val="0"/>
              <w:autoSpaceDN w:val="0"/>
              <w:spacing w:before="98" w:after="0" w:line="262" w:lineRule="auto"/>
              <w:ind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Письменный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496093">
        <w:trPr>
          <w:trHeight w:hRule="exact" w:val="1486"/>
        </w:trPr>
        <w:tc>
          <w:tcPr>
            <w:tcW w:w="57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56.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3122E3" w:rsidRDefault="003122E3">
            <w:pPr>
              <w:autoSpaceDE w:val="0"/>
              <w:autoSpaceDN w:val="0"/>
              <w:spacing w:before="96" w:after="0" w:line="233" w:lineRule="auto"/>
              <w:ind w:left="70"/>
              <w:rPr>
                <w:lang w:val="ru-RU"/>
              </w:rPr>
            </w:pP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Арифметические действия.</w:t>
            </w:r>
          </w:p>
          <w:p w:rsidR="00496093" w:rsidRPr="003122E3" w:rsidRDefault="003122E3">
            <w:pPr>
              <w:autoSpaceDE w:val="0"/>
              <w:autoSpaceDN w:val="0"/>
              <w:spacing w:before="70" w:after="0" w:line="271" w:lineRule="auto"/>
              <w:ind w:left="70" w:right="432"/>
              <w:rPr>
                <w:lang w:val="ru-RU"/>
              </w:rPr>
            </w:pP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Умножение и деление </w:t>
            </w:r>
            <w:r w:rsidRPr="003122E3">
              <w:rPr>
                <w:lang w:val="ru-RU"/>
              </w:rPr>
              <w:br/>
            </w: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величины на однозначное число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496093">
            <w:pPr>
              <w:autoSpaceDE w:val="0"/>
              <w:autoSpaceDN w:val="0"/>
              <w:spacing w:before="96" w:after="0" w:line="233" w:lineRule="auto"/>
              <w:jc w:val="center"/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62" w:lineRule="auto"/>
              <w:ind w:right="720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  <w:tr w:rsidR="00496093">
        <w:trPr>
          <w:trHeight w:hRule="exact" w:val="1916"/>
        </w:trPr>
        <w:tc>
          <w:tcPr>
            <w:tcW w:w="57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57.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3122E3" w:rsidRDefault="003122E3">
            <w:pPr>
              <w:autoSpaceDE w:val="0"/>
              <w:autoSpaceDN w:val="0"/>
              <w:spacing w:before="96" w:after="0" w:line="233" w:lineRule="auto"/>
              <w:ind w:left="70"/>
              <w:rPr>
                <w:lang w:val="ru-RU"/>
              </w:rPr>
            </w:pP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Арифметические действия.</w:t>
            </w:r>
          </w:p>
          <w:p w:rsidR="00496093" w:rsidRDefault="003122E3">
            <w:pPr>
              <w:autoSpaceDE w:val="0"/>
              <w:autoSpaceDN w:val="0"/>
              <w:spacing w:before="70" w:after="0"/>
              <w:ind w:left="70" w:right="432"/>
            </w:pP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Умножение и деление </w:t>
            </w:r>
            <w:r w:rsidRPr="003122E3">
              <w:rPr>
                <w:lang w:val="ru-RU"/>
              </w:rPr>
              <w:br/>
            </w: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величины на однозначное число.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доли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0.25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496093">
            <w:pPr>
              <w:autoSpaceDE w:val="0"/>
              <w:autoSpaceDN w:val="0"/>
              <w:spacing w:before="96" w:after="0" w:line="233" w:lineRule="auto"/>
              <w:jc w:val="center"/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tabs>
                <w:tab w:val="left" w:pos="154"/>
              </w:tabs>
              <w:autoSpaceDE w:val="0"/>
              <w:autoSpaceDN w:val="0"/>
              <w:spacing w:before="96" w:after="0" w:line="262" w:lineRule="auto"/>
              <w:ind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Практическая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работа;</w:t>
            </w:r>
          </w:p>
        </w:tc>
      </w:tr>
    </w:tbl>
    <w:p w:rsidR="00496093" w:rsidRDefault="00496093">
      <w:pPr>
        <w:autoSpaceDE w:val="0"/>
        <w:autoSpaceDN w:val="0"/>
        <w:spacing w:after="0" w:line="14" w:lineRule="exact"/>
      </w:pPr>
    </w:p>
    <w:p w:rsidR="00496093" w:rsidRDefault="00496093">
      <w:pPr>
        <w:sectPr w:rsidR="00496093">
          <w:pgSz w:w="11900" w:h="16840"/>
          <w:pgMar w:top="284" w:right="556" w:bottom="464" w:left="664" w:header="720" w:footer="720" w:gutter="0"/>
          <w:cols w:space="720" w:equalWidth="0">
            <w:col w:w="10680" w:space="0"/>
          </w:cols>
          <w:docGrid w:linePitch="360"/>
        </w:sectPr>
      </w:pPr>
    </w:p>
    <w:p w:rsidR="00496093" w:rsidRDefault="00496093">
      <w:pPr>
        <w:autoSpaceDE w:val="0"/>
        <w:autoSpaceDN w:val="0"/>
        <w:spacing w:after="66" w:line="220" w:lineRule="exact"/>
      </w:pPr>
    </w:p>
    <w:tbl>
      <w:tblPr>
        <w:tblW w:w="0" w:type="auto"/>
        <w:tblInd w:w="5" w:type="dxa"/>
        <w:tblLayout w:type="fixed"/>
        <w:tblLook w:val="04A0"/>
      </w:tblPr>
      <w:tblGrid>
        <w:gridCol w:w="572"/>
        <w:gridCol w:w="3244"/>
        <w:gridCol w:w="724"/>
        <w:gridCol w:w="1606"/>
        <w:gridCol w:w="1652"/>
        <w:gridCol w:w="1222"/>
        <w:gridCol w:w="1630"/>
      </w:tblGrid>
      <w:tr w:rsidR="00496093">
        <w:trPr>
          <w:trHeight w:hRule="exact" w:val="1818"/>
        </w:trPr>
        <w:tc>
          <w:tcPr>
            <w:tcW w:w="57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58.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3122E3" w:rsidRDefault="003122E3">
            <w:pPr>
              <w:autoSpaceDE w:val="0"/>
              <w:autoSpaceDN w:val="0"/>
              <w:spacing w:before="98" w:after="0" w:line="230" w:lineRule="auto"/>
              <w:ind w:left="70"/>
              <w:rPr>
                <w:lang w:val="ru-RU"/>
              </w:rPr>
            </w:pP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Арифметические действия.</w:t>
            </w:r>
          </w:p>
          <w:p w:rsidR="00496093" w:rsidRDefault="003122E3">
            <w:pPr>
              <w:autoSpaceDE w:val="0"/>
              <w:autoSpaceDN w:val="0"/>
              <w:spacing w:before="70" w:after="0"/>
              <w:ind w:left="70" w:right="432"/>
            </w:pP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Умножение и деление </w:t>
            </w:r>
            <w:r w:rsidRPr="003122E3">
              <w:rPr>
                <w:lang w:val="ru-RU"/>
              </w:rPr>
              <w:br/>
            </w: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величины на однозначное число.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долей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одного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целого</w:t>
            </w:r>
            <w:proofErr w:type="spellEnd"/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496093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62" w:lineRule="auto"/>
              <w:ind w:right="720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  <w:tr w:rsidR="00496093">
        <w:trPr>
          <w:trHeight w:hRule="exact" w:val="1818"/>
        </w:trPr>
        <w:tc>
          <w:tcPr>
            <w:tcW w:w="57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59.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3122E3" w:rsidRDefault="003122E3">
            <w:pPr>
              <w:autoSpaceDE w:val="0"/>
              <w:autoSpaceDN w:val="0"/>
              <w:spacing w:before="98" w:after="0" w:line="230" w:lineRule="auto"/>
              <w:ind w:left="70"/>
              <w:rPr>
                <w:lang w:val="ru-RU"/>
              </w:rPr>
            </w:pP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Арифметические действия.</w:t>
            </w:r>
          </w:p>
          <w:p w:rsidR="00496093" w:rsidRDefault="003122E3">
            <w:pPr>
              <w:autoSpaceDE w:val="0"/>
              <w:autoSpaceDN w:val="0"/>
              <w:spacing w:before="70" w:after="0"/>
              <w:ind w:left="70" w:right="288"/>
            </w:pP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Умножение и деление </w:t>
            </w:r>
            <w:r w:rsidRPr="003122E3">
              <w:rPr>
                <w:lang w:val="ru-RU"/>
              </w:rPr>
              <w:br/>
            </w: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величины на однозначное число.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Нахождение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доли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496093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62" w:lineRule="auto"/>
              <w:ind w:right="720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  <w:tr w:rsidR="00496093">
        <w:trPr>
          <w:trHeight w:hRule="exact" w:val="1818"/>
        </w:trPr>
        <w:tc>
          <w:tcPr>
            <w:tcW w:w="57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60.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3122E3" w:rsidRDefault="003122E3">
            <w:pPr>
              <w:autoSpaceDE w:val="0"/>
              <w:autoSpaceDN w:val="0"/>
              <w:spacing w:before="98" w:after="0" w:line="230" w:lineRule="auto"/>
              <w:ind w:left="70"/>
              <w:rPr>
                <w:lang w:val="ru-RU"/>
              </w:rPr>
            </w:pP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Арифметические действия.</w:t>
            </w:r>
          </w:p>
          <w:p w:rsidR="00496093" w:rsidRPr="003122E3" w:rsidRDefault="003122E3">
            <w:pPr>
              <w:autoSpaceDE w:val="0"/>
              <w:autoSpaceDN w:val="0"/>
              <w:spacing w:before="70" w:after="0"/>
              <w:ind w:left="70"/>
              <w:rPr>
                <w:lang w:val="ru-RU"/>
              </w:rPr>
            </w:pP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Умножение и деление </w:t>
            </w:r>
            <w:r w:rsidRPr="003122E3">
              <w:rPr>
                <w:lang w:val="ru-RU"/>
              </w:rPr>
              <w:br/>
            </w: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величины на однозначное </w:t>
            </w:r>
            <w:r w:rsidRPr="003122E3">
              <w:rPr>
                <w:lang w:val="ru-RU"/>
              </w:rPr>
              <w:br/>
            </w: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число. Нахождение величины по её доле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0.25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496093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71" w:lineRule="auto"/>
              <w:ind w:left="154" w:hanging="15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Практическая работа;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496093">
        <w:trPr>
          <w:trHeight w:hRule="exact" w:val="1818"/>
        </w:trPr>
        <w:tc>
          <w:tcPr>
            <w:tcW w:w="57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61.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3122E3" w:rsidRDefault="003122E3">
            <w:pPr>
              <w:autoSpaceDE w:val="0"/>
              <w:autoSpaceDN w:val="0"/>
              <w:spacing w:before="98" w:after="0" w:line="281" w:lineRule="auto"/>
              <w:ind w:left="70" w:right="288"/>
              <w:rPr>
                <w:lang w:val="ru-RU"/>
              </w:rPr>
            </w:pP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Текстовые задачи. Работа с текстовой задачей, решение которой содержит 2—3 </w:t>
            </w:r>
            <w:r w:rsidRPr="003122E3">
              <w:rPr>
                <w:lang w:val="ru-RU"/>
              </w:rPr>
              <w:br/>
            </w: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действия: анализ, </w:t>
            </w:r>
            <w:r w:rsidRPr="003122E3">
              <w:rPr>
                <w:lang w:val="ru-RU"/>
              </w:rPr>
              <w:br/>
            </w: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представление на модели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496093">
            <w:pPr>
              <w:autoSpaceDE w:val="0"/>
              <w:autoSpaceDN w:val="0"/>
              <w:spacing w:before="98" w:after="0" w:line="233" w:lineRule="auto"/>
              <w:jc w:val="center"/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62" w:lineRule="auto"/>
              <w:ind w:right="720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  <w:tr w:rsidR="00496093">
        <w:trPr>
          <w:trHeight w:hRule="exact" w:val="1820"/>
        </w:trPr>
        <w:tc>
          <w:tcPr>
            <w:tcW w:w="57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62.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3122E3" w:rsidRDefault="003122E3">
            <w:pPr>
              <w:autoSpaceDE w:val="0"/>
              <w:autoSpaceDN w:val="0"/>
              <w:spacing w:before="98" w:after="0" w:line="281" w:lineRule="auto"/>
              <w:ind w:left="70" w:right="288"/>
              <w:rPr>
                <w:lang w:val="ru-RU"/>
              </w:rPr>
            </w:pP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Текстовые задачи. Работа с текстовой задачей, решение которой содержит 2—3 </w:t>
            </w:r>
            <w:r w:rsidRPr="003122E3">
              <w:rPr>
                <w:lang w:val="ru-RU"/>
              </w:rPr>
              <w:br/>
            </w: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действия: планирование и запись решения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496093">
            <w:pPr>
              <w:autoSpaceDE w:val="0"/>
              <w:autoSpaceDN w:val="0"/>
              <w:spacing w:before="98" w:after="0" w:line="233" w:lineRule="auto"/>
              <w:jc w:val="center"/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62" w:lineRule="auto"/>
              <w:ind w:right="720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  <w:tr w:rsidR="00496093">
        <w:trPr>
          <w:trHeight w:hRule="exact" w:val="1818"/>
        </w:trPr>
        <w:tc>
          <w:tcPr>
            <w:tcW w:w="57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63.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3122E3" w:rsidRDefault="003122E3">
            <w:pPr>
              <w:autoSpaceDE w:val="0"/>
              <w:autoSpaceDN w:val="0"/>
              <w:spacing w:before="96" w:after="0" w:line="281" w:lineRule="auto"/>
              <w:ind w:left="70"/>
              <w:rPr>
                <w:lang w:val="ru-RU"/>
              </w:rPr>
            </w:pP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Текстовые задачи. Работа с текстовой задачей, решение которой содержит 2—3 </w:t>
            </w:r>
            <w:r w:rsidRPr="003122E3">
              <w:rPr>
                <w:lang w:val="ru-RU"/>
              </w:rPr>
              <w:br/>
            </w: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действия: проверка решения и ответа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0.25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496093">
            <w:pPr>
              <w:autoSpaceDE w:val="0"/>
              <w:autoSpaceDN w:val="0"/>
              <w:spacing w:before="96" w:after="0" w:line="233" w:lineRule="auto"/>
              <w:jc w:val="center"/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tabs>
                <w:tab w:val="left" w:pos="154"/>
              </w:tabs>
              <w:autoSpaceDE w:val="0"/>
              <w:autoSpaceDN w:val="0"/>
              <w:spacing w:before="96" w:after="0" w:line="262" w:lineRule="auto"/>
              <w:ind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Письменный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496093">
        <w:trPr>
          <w:trHeight w:hRule="exact" w:val="4246"/>
        </w:trPr>
        <w:tc>
          <w:tcPr>
            <w:tcW w:w="57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64.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88" w:lineRule="auto"/>
              <w:ind w:left="70"/>
            </w:pP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Текстовые задачи. Работа с текстовой задачей, решение которой содержит 2—3 </w:t>
            </w:r>
            <w:r w:rsidRPr="003122E3">
              <w:rPr>
                <w:lang w:val="ru-RU"/>
              </w:rPr>
              <w:br/>
            </w: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действия: анализ, </w:t>
            </w:r>
            <w:r w:rsidRPr="003122E3">
              <w:rPr>
                <w:lang w:val="ru-RU"/>
              </w:rPr>
              <w:br/>
            </w: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представление на модели; </w:t>
            </w:r>
            <w:r w:rsidRPr="003122E3">
              <w:rPr>
                <w:lang w:val="ru-RU"/>
              </w:rPr>
              <w:br/>
            </w: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планирование и запись </w:t>
            </w:r>
            <w:r w:rsidRPr="003122E3">
              <w:rPr>
                <w:lang w:val="ru-RU"/>
              </w:rPr>
              <w:br/>
            </w: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решения; проверка решения и ответа.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нахождение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четвертого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пропорционального,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решаемые способом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отношений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496093">
            <w:pPr>
              <w:autoSpaceDE w:val="0"/>
              <w:autoSpaceDN w:val="0"/>
              <w:spacing w:before="96" w:after="0" w:line="233" w:lineRule="auto"/>
              <w:jc w:val="center"/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62" w:lineRule="auto"/>
              <w:ind w:right="720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</w:tbl>
    <w:p w:rsidR="00496093" w:rsidRDefault="00496093">
      <w:pPr>
        <w:autoSpaceDE w:val="0"/>
        <w:autoSpaceDN w:val="0"/>
        <w:spacing w:after="0" w:line="14" w:lineRule="exact"/>
      </w:pPr>
    </w:p>
    <w:p w:rsidR="00496093" w:rsidRDefault="00496093">
      <w:pPr>
        <w:sectPr w:rsidR="00496093">
          <w:pgSz w:w="11900" w:h="16840"/>
          <w:pgMar w:top="284" w:right="556" w:bottom="540" w:left="664" w:header="720" w:footer="720" w:gutter="0"/>
          <w:cols w:space="720" w:equalWidth="0">
            <w:col w:w="10680" w:space="0"/>
          </w:cols>
          <w:docGrid w:linePitch="360"/>
        </w:sectPr>
      </w:pPr>
    </w:p>
    <w:p w:rsidR="00496093" w:rsidRDefault="00496093">
      <w:pPr>
        <w:autoSpaceDE w:val="0"/>
        <w:autoSpaceDN w:val="0"/>
        <w:spacing w:after="66" w:line="220" w:lineRule="exact"/>
      </w:pPr>
    </w:p>
    <w:tbl>
      <w:tblPr>
        <w:tblW w:w="0" w:type="auto"/>
        <w:tblInd w:w="5" w:type="dxa"/>
        <w:tblLayout w:type="fixed"/>
        <w:tblLook w:val="04A0"/>
      </w:tblPr>
      <w:tblGrid>
        <w:gridCol w:w="572"/>
        <w:gridCol w:w="3244"/>
        <w:gridCol w:w="724"/>
        <w:gridCol w:w="1606"/>
        <w:gridCol w:w="1935"/>
        <w:gridCol w:w="1134"/>
        <w:gridCol w:w="1435"/>
      </w:tblGrid>
      <w:tr w:rsidR="00496093" w:rsidTr="0072072C">
        <w:trPr>
          <w:trHeight w:hRule="exact" w:val="3482"/>
        </w:trPr>
        <w:tc>
          <w:tcPr>
            <w:tcW w:w="57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65.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86" w:lineRule="auto"/>
              <w:ind w:left="70"/>
            </w:pP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Текстовые задачи. Работа с текстовой задачей, решение которой содержит 2—3 </w:t>
            </w:r>
            <w:r w:rsidRPr="003122E3">
              <w:rPr>
                <w:lang w:val="ru-RU"/>
              </w:rPr>
              <w:br/>
            </w: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действия: анализ, </w:t>
            </w:r>
            <w:r w:rsidRPr="003122E3">
              <w:rPr>
                <w:lang w:val="ru-RU"/>
              </w:rPr>
              <w:br/>
            </w: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представление на модели; </w:t>
            </w:r>
            <w:r w:rsidRPr="003122E3">
              <w:rPr>
                <w:lang w:val="ru-RU"/>
              </w:rPr>
              <w:br/>
            </w: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планирование и запись </w:t>
            </w:r>
            <w:r w:rsidRPr="003122E3">
              <w:rPr>
                <w:lang w:val="ru-RU"/>
              </w:rPr>
              <w:br/>
            </w: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решения; проверка решения и ответа.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нахождение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неизвестных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по двум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разностям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496093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tabs>
                <w:tab w:val="left" w:pos="154"/>
              </w:tabs>
              <w:autoSpaceDE w:val="0"/>
              <w:autoSpaceDN w:val="0"/>
              <w:spacing w:before="98" w:after="0" w:line="262" w:lineRule="auto"/>
              <w:ind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Практическая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работа;</w:t>
            </w:r>
          </w:p>
        </w:tc>
      </w:tr>
      <w:tr w:rsidR="00496093" w:rsidTr="0072072C">
        <w:trPr>
          <w:trHeight w:hRule="exact" w:val="3814"/>
        </w:trPr>
        <w:tc>
          <w:tcPr>
            <w:tcW w:w="57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66.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3122E3" w:rsidRDefault="003122E3">
            <w:pPr>
              <w:autoSpaceDE w:val="0"/>
              <w:autoSpaceDN w:val="0"/>
              <w:spacing w:before="98" w:after="0" w:line="286" w:lineRule="auto"/>
              <w:ind w:left="70"/>
              <w:rPr>
                <w:lang w:val="ru-RU"/>
              </w:rPr>
            </w:pP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Текстовые задачи. Работа с текстовой задачей, решение которой содержит 2—3 </w:t>
            </w:r>
            <w:r w:rsidRPr="003122E3">
              <w:rPr>
                <w:lang w:val="ru-RU"/>
              </w:rPr>
              <w:br/>
            </w: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действия: анализ, </w:t>
            </w:r>
            <w:r w:rsidRPr="003122E3">
              <w:rPr>
                <w:lang w:val="ru-RU"/>
              </w:rPr>
              <w:br/>
            </w: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представление на модели; </w:t>
            </w:r>
            <w:r w:rsidRPr="003122E3">
              <w:rPr>
                <w:lang w:val="ru-RU"/>
              </w:rPr>
              <w:br/>
            </w: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планирование и запись </w:t>
            </w:r>
            <w:r w:rsidRPr="003122E3">
              <w:rPr>
                <w:lang w:val="ru-RU"/>
              </w:rPr>
              <w:br/>
            </w: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решения; проверка решения и ответа. Задачи на увеличение числа в несколько раз, </w:t>
            </w:r>
            <w:r w:rsidRPr="003122E3">
              <w:rPr>
                <w:lang w:val="ru-RU"/>
              </w:rPr>
              <w:br/>
            </w: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выраженные в косвенной </w:t>
            </w:r>
            <w:r w:rsidRPr="003122E3">
              <w:rPr>
                <w:lang w:val="ru-RU"/>
              </w:rPr>
              <w:br/>
            </w: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форме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496093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62" w:lineRule="auto"/>
              <w:ind w:right="720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  <w:tr w:rsidR="00496093" w:rsidTr="0072072C">
        <w:trPr>
          <w:trHeight w:hRule="exact" w:val="3816"/>
        </w:trPr>
        <w:tc>
          <w:tcPr>
            <w:tcW w:w="57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67.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3122E3" w:rsidRDefault="003122E3">
            <w:pPr>
              <w:autoSpaceDE w:val="0"/>
              <w:autoSpaceDN w:val="0"/>
              <w:spacing w:before="98" w:after="0" w:line="286" w:lineRule="auto"/>
              <w:ind w:left="70"/>
              <w:rPr>
                <w:lang w:val="ru-RU"/>
              </w:rPr>
            </w:pP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Текстовые задачи. Работа с текстовой задачей, решение которой содержит 2—3 </w:t>
            </w:r>
            <w:r w:rsidRPr="003122E3">
              <w:rPr>
                <w:lang w:val="ru-RU"/>
              </w:rPr>
              <w:br/>
            </w: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действия: анализ, </w:t>
            </w:r>
            <w:r w:rsidRPr="003122E3">
              <w:rPr>
                <w:lang w:val="ru-RU"/>
              </w:rPr>
              <w:br/>
            </w: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представление на модели; </w:t>
            </w:r>
            <w:r w:rsidRPr="003122E3">
              <w:rPr>
                <w:lang w:val="ru-RU"/>
              </w:rPr>
              <w:br/>
            </w: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планирование и запись </w:t>
            </w:r>
            <w:r w:rsidRPr="003122E3">
              <w:rPr>
                <w:lang w:val="ru-RU"/>
              </w:rPr>
              <w:br/>
            </w: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решения; проверка решения и ответа. Задачи на уменьшение числа в несколько раз, </w:t>
            </w:r>
            <w:r w:rsidRPr="003122E3">
              <w:rPr>
                <w:lang w:val="ru-RU"/>
              </w:rPr>
              <w:br/>
            </w: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выраженные в косвенной </w:t>
            </w:r>
            <w:r w:rsidRPr="003122E3">
              <w:rPr>
                <w:lang w:val="ru-RU"/>
              </w:rPr>
              <w:br/>
            </w: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форме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496093">
            <w:pPr>
              <w:autoSpaceDE w:val="0"/>
              <w:autoSpaceDN w:val="0"/>
              <w:spacing w:before="98" w:after="0" w:line="233" w:lineRule="auto"/>
              <w:jc w:val="center"/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62" w:lineRule="auto"/>
              <w:ind w:right="720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  <w:tr w:rsidR="00496093" w:rsidTr="0072072C">
        <w:trPr>
          <w:trHeight w:hRule="exact" w:val="3128"/>
        </w:trPr>
        <w:tc>
          <w:tcPr>
            <w:tcW w:w="57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68.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86" w:lineRule="auto"/>
              <w:ind w:left="70"/>
            </w:pP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Текстовые задачи. Работа с текстовой задачей, решение которой содержит 2—3 </w:t>
            </w:r>
            <w:r w:rsidRPr="003122E3">
              <w:rPr>
                <w:lang w:val="ru-RU"/>
              </w:rPr>
              <w:br/>
            </w: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действия: анализ, </w:t>
            </w:r>
            <w:r w:rsidRPr="003122E3">
              <w:rPr>
                <w:lang w:val="ru-RU"/>
              </w:rPr>
              <w:br/>
            </w: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представление на модели; </w:t>
            </w:r>
            <w:r w:rsidRPr="003122E3">
              <w:rPr>
                <w:lang w:val="ru-RU"/>
              </w:rPr>
              <w:br/>
            </w: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планирование и запись </w:t>
            </w:r>
            <w:r w:rsidRPr="003122E3">
              <w:rPr>
                <w:lang w:val="ru-RU"/>
              </w:rPr>
              <w:br/>
            </w: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решения; проверка решения и ответа.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пропорциональное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деление</w:t>
            </w:r>
            <w:proofErr w:type="spellEnd"/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496093">
            <w:pPr>
              <w:autoSpaceDE w:val="0"/>
              <w:autoSpaceDN w:val="0"/>
              <w:spacing w:before="96" w:after="0" w:line="233" w:lineRule="auto"/>
              <w:jc w:val="center"/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tabs>
                <w:tab w:val="left" w:pos="154"/>
              </w:tabs>
              <w:autoSpaceDE w:val="0"/>
              <w:autoSpaceDN w:val="0"/>
              <w:spacing w:before="96" w:after="0" w:line="262" w:lineRule="auto"/>
              <w:ind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Практическая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работа;</w:t>
            </w:r>
          </w:p>
        </w:tc>
      </w:tr>
    </w:tbl>
    <w:p w:rsidR="00496093" w:rsidRDefault="00496093">
      <w:pPr>
        <w:autoSpaceDE w:val="0"/>
        <w:autoSpaceDN w:val="0"/>
        <w:spacing w:after="0" w:line="14" w:lineRule="exact"/>
      </w:pPr>
    </w:p>
    <w:p w:rsidR="00496093" w:rsidRDefault="00496093">
      <w:pPr>
        <w:sectPr w:rsidR="00496093">
          <w:pgSz w:w="11900" w:h="16840"/>
          <w:pgMar w:top="284" w:right="556" w:bottom="1000" w:left="664" w:header="720" w:footer="720" w:gutter="0"/>
          <w:cols w:space="720" w:equalWidth="0">
            <w:col w:w="10680" w:space="0"/>
          </w:cols>
          <w:docGrid w:linePitch="360"/>
        </w:sectPr>
      </w:pPr>
    </w:p>
    <w:p w:rsidR="00496093" w:rsidRDefault="00496093">
      <w:pPr>
        <w:autoSpaceDE w:val="0"/>
        <w:autoSpaceDN w:val="0"/>
        <w:spacing w:after="66" w:line="220" w:lineRule="exact"/>
      </w:pPr>
    </w:p>
    <w:tbl>
      <w:tblPr>
        <w:tblW w:w="0" w:type="auto"/>
        <w:tblInd w:w="5" w:type="dxa"/>
        <w:tblLayout w:type="fixed"/>
        <w:tblLook w:val="04A0"/>
      </w:tblPr>
      <w:tblGrid>
        <w:gridCol w:w="572"/>
        <w:gridCol w:w="3244"/>
        <w:gridCol w:w="724"/>
        <w:gridCol w:w="1606"/>
        <w:gridCol w:w="1652"/>
        <w:gridCol w:w="1222"/>
        <w:gridCol w:w="1630"/>
      </w:tblGrid>
      <w:tr w:rsidR="00496093">
        <w:trPr>
          <w:trHeight w:hRule="exact" w:val="2150"/>
        </w:trPr>
        <w:tc>
          <w:tcPr>
            <w:tcW w:w="57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69.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3122E3" w:rsidRDefault="003122E3">
            <w:pPr>
              <w:autoSpaceDE w:val="0"/>
              <w:autoSpaceDN w:val="0"/>
              <w:spacing w:before="98" w:after="0" w:line="281" w:lineRule="auto"/>
              <w:ind w:left="70" w:right="144"/>
              <w:rPr>
                <w:lang w:val="ru-RU"/>
              </w:rPr>
            </w:pP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Текстовые задачи. Анализ </w:t>
            </w:r>
            <w:r w:rsidRPr="003122E3">
              <w:rPr>
                <w:lang w:val="ru-RU"/>
              </w:rPr>
              <w:br/>
            </w: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зависимостей, </w:t>
            </w:r>
            <w:r w:rsidRPr="003122E3">
              <w:rPr>
                <w:lang w:val="ru-RU"/>
              </w:rPr>
              <w:br/>
            </w: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характеризующих процессы: движения (скорость, время, пройденный путь) и решение соответствующих задач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496093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62" w:lineRule="auto"/>
              <w:ind w:right="720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  <w:tr w:rsidR="00496093">
        <w:trPr>
          <w:trHeight w:hRule="exact" w:val="2818"/>
        </w:trPr>
        <w:tc>
          <w:tcPr>
            <w:tcW w:w="57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70.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3122E3" w:rsidRDefault="003122E3">
            <w:pPr>
              <w:autoSpaceDE w:val="0"/>
              <w:autoSpaceDN w:val="0"/>
              <w:spacing w:before="98" w:after="0" w:line="283" w:lineRule="auto"/>
              <w:ind w:left="70" w:right="144"/>
              <w:rPr>
                <w:lang w:val="ru-RU"/>
              </w:rPr>
            </w:pP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Текстовые задачи. Анализ </w:t>
            </w:r>
            <w:r w:rsidRPr="003122E3">
              <w:rPr>
                <w:lang w:val="ru-RU"/>
              </w:rPr>
              <w:br/>
            </w: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зависимостей, </w:t>
            </w:r>
            <w:r w:rsidRPr="003122E3">
              <w:rPr>
                <w:lang w:val="ru-RU"/>
              </w:rPr>
              <w:br/>
            </w: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характеризующих процессы: движения (скорость, время, пройденный путь) и решение соответствующих задач.</w:t>
            </w:r>
          </w:p>
          <w:p w:rsidR="00496093" w:rsidRDefault="003122E3">
            <w:pPr>
              <w:autoSpaceDE w:val="0"/>
              <w:autoSpaceDN w:val="0"/>
              <w:spacing w:before="68" w:after="0" w:line="262" w:lineRule="auto"/>
              <w:ind w:left="70" w:right="100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встречное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движение</w:t>
            </w:r>
            <w:proofErr w:type="spellEnd"/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496093">
            <w:pPr>
              <w:autoSpaceDE w:val="0"/>
              <w:autoSpaceDN w:val="0"/>
              <w:spacing w:before="98" w:after="0" w:line="233" w:lineRule="auto"/>
              <w:jc w:val="center"/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62" w:lineRule="auto"/>
              <w:ind w:right="720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  <w:tr w:rsidR="00496093">
        <w:trPr>
          <w:trHeight w:hRule="exact" w:val="3148"/>
        </w:trPr>
        <w:tc>
          <w:tcPr>
            <w:tcW w:w="57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71.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3122E3" w:rsidRDefault="003122E3">
            <w:pPr>
              <w:autoSpaceDE w:val="0"/>
              <w:autoSpaceDN w:val="0"/>
              <w:spacing w:before="96" w:after="0" w:line="283" w:lineRule="auto"/>
              <w:ind w:left="70" w:right="144"/>
              <w:rPr>
                <w:lang w:val="ru-RU"/>
              </w:rPr>
            </w:pP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Текстовые задачи. Анализ </w:t>
            </w:r>
            <w:r w:rsidRPr="003122E3">
              <w:rPr>
                <w:lang w:val="ru-RU"/>
              </w:rPr>
              <w:br/>
            </w: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зависимостей, </w:t>
            </w:r>
            <w:r w:rsidRPr="003122E3">
              <w:rPr>
                <w:lang w:val="ru-RU"/>
              </w:rPr>
              <w:br/>
            </w: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характеризующих процессы: движения (скорость, время, пройденный путь) и решение соответствующих задач.</w:t>
            </w:r>
          </w:p>
          <w:p w:rsidR="00496093" w:rsidRPr="003122E3" w:rsidRDefault="003122E3">
            <w:pPr>
              <w:autoSpaceDE w:val="0"/>
              <w:autoSpaceDN w:val="0"/>
              <w:spacing w:before="70" w:after="0" w:line="271" w:lineRule="auto"/>
              <w:ind w:left="70" w:right="864"/>
              <w:rPr>
                <w:lang w:val="ru-RU"/>
              </w:rPr>
            </w:pP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Задачи на движение в противоположных </w:t>
            </w:r>
            <w:r w:rsidRPr="003122E3">
              <w:rPr>
                <w:lang w:val="ru-RU"/>
              </w:rPr>
              <w:br/>
            </w: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направлениях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496093">
            <w:pPr>
              <w:autoSpaceDE w:val="0"/>
              <w:autoSpaceDN w:val="0"/>
              <w:spacing w:before="96" w:after="0" w:line="233" w:lineRule="auto"/>
              <w:jc w:val="center"/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62" w:lineRule="auto"/>
              <w:ind w:right="720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  <w:tr w:rsidR="00496093">
        <w:trPr>
          <w:trHeight w:hRule="exact" w:val="2818"/>
        </w:trPr>
        <w:tc>
          <w:tcPr>
            <w:tcW w:w="57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72.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3122E3" w:rsidRDefault="003122E3">
            <w:pPr>
              <w:autoSpaceDE w:val="0"/>
              <w:autoSpaceDN w:val="0"/>
              <w:spacing w:before="98" w:after="0" w:line="281" w:lineRule="auto"/>
              <w:ind w:left="70" w:right="144"/>
              <w:rPr>
                <w:lang w:val="ru-RU"/>
              </w:rPr>
            </w:pP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Текстовые задачи. Анализ </w:t>
            </w:r>
            <w:r w:rsidRPr="003122E3">
              <w:rPr>
                <w:lang w:val="ru-RU"/>
              </w:rPr>
              <w:br/>
            </w: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зависимостей, </w:t>
            </w:r>
            <w:r w:rsidRPr="003122E3">
              <w:rPr>
                <w:lang w:val="ru-RU"/>
              </w:rPr>
              <w:br/>
            </w: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характеризующих процессы: движения (скорость, время, пройденный путь) и решение соответствующих задач.</w:t>
            </w:r>
          </w:p>
          <w:p w:rsidR="00496093" w:rsidRPr="003122E3" w:rsidRDefault="003122E3">
            <w:pPr>
              <w:autoSpaceDE w:val="0"/>
              <w:autoSpaceDN w:val="0"/>
              <w:spacing w:before="70" w:after="0" w:line="262" w:lineRule="auto"/>
              <w:ind w:left="70" w:right="144"/>
              <w:rPr>
                <w:lang w:val="ru-RU"/>
              </w:rPr>
            </w:pP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Задачи на движение в одном направлении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0.25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496093">
            <w:pPr>
              <w:autoSpaceDE w:val="0"/>
              <w:autoSpaceDN w:val="0"/>
              <w:spacing w:before="98" w:after="0" w:line="233" w:lineRule="auto"/>
              <w:jc w:val="center"/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tabs>
                <w:tab w:val="left" w:pos="154"/>
              </w:tabs>
              <w:autoSpaceDE w:val="0"/>
              <w:autoSpaceDN w:val="0"/>
              <w:spacing w:before="98" w:after="0" w:line="262" w:lineRule="auto"/>
              <w:ind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Письменный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496093">
        <w:trPr>
          <w:trHeight w:hRule="exact" w:val="2464"/>
        </w:trPr>
        <w:tc>
          <w:tcPr>
            <w:tcW w:w="57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73.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3122E3" w:rsidRDefault="003122E3">
            <w:pPr>
              <w:autoSpaceDE w:val="0"/>
              <w:autoSpaceDN w:val="0"/>
              <w:spacing w:before="96" w:after="0" w:line="283" w:lineRule="auto"/>
              <w:ind w:left="70" w:right="144"/>
              <w:rPr>
                <w:lang w:val="ru-RU"/>
              </w:rPr>
            </w:pP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Текстовые задачи. Анализ </w:t>
            </w:r>
            <w:r w:rsidRPr="003122E3">
              <w:rPr>
                <w:lang w:val="ru-RU"/>
              </w:rPr>
              <w:br/>
            </w: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зависимостей, </w:t>
            </w:r>
            <w:r w:rsidRPr="003122E3">
              <w:rPr>
                <w:lang w:val="ru-RU"/>
              </w:rPr>
              <w:br/>
            </w: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характеризующих процессы: движения (скорость, время, пройденный путь) и решение соответствующих задач.</w:t>
            </w:r>
          </w:p>
          <w:p w:rsidR="00496093" w:rsidRPr="003122E3" w:rsidRDefault="003122E3">
            <w:pPr>
              <w:autoSpaceDE w:val="0"/>
              <w:autoSpaceDN w:val="0"/>
              <w:spacing w:before="68" w:after="0" w:line="233" w:lineRule="auto"/>
              <w:ind w:left="70"/>
              <w:rPr>
                <w:lang w:val="ru-RU"/>
              </w:rPr>
            </w:pP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Задачи на движение по реке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496093">
            <w:pPr>
              <w:autoSpaceDE w:val="0"/>
              <w:autoSpaceDN w:val="0"/>
              <w:spacing w:before="96" w:after="0" w:line="233" w:lineRule="auto"/>
              <w:jc w:val="center"/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62" w:lineRule="auto"/>
              <w:ind w:right="720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</w:tbl>
    <w:p w:rsidR="00496093" w:rsidRDefault="00496093">
      <w:pPr>
        <w:autoSpaceDE w:val="0"/>
        <w:autoSpaceDN w:val="0"/>
        <w:spacing w:after="0" w:line="14" w:lineRule="exact"/>
      </w:pPr>
    </w:p>
    <w:p w:rsidR="00496093" w:rsidRDefault="00496093">
      <w:pPr>
        <w:sectPr w:rsidR="00496093">
          <w:pgSz w:w="11900" w:h="16840"/>
          <w:pgMar w:top="284" w:right="556" w:bottom="1420" w:left="664" w:header="720" w:footer="720" w:gutter="0"/>
          <w:cols w:space="720" w:equalWidth="0">
            <w:col w:w="10680" w:space="0"/>
          </w:cols>
          <w:docGrid w:linePitch="360"/>
        </w:sectPr>
      </w:pPr>
    </w:p>
    <w:p w:rsidR="00496093" w:rsidRDefault="00496093">
      <w:pPr>
        <w:autoSpaceDE w:val="0"/>
        <w:autoSpaceDN w:val="0"/>
        <w:spacing w:after="66" w:line="220" w:lineRule="exact"/>
      </w:pPr>
    </w:p>
    <w:tbl>
      <w:tblPr>
        <w:tblW w:w="0" w:type="auto"/>
        <w:tblInd w:w="5" w:type="dxa"/>
        <w:tblLayout w:type="fixed"/>
        <w:tblLook w:val="04A0"/>
      </w:tblPr>
      <w:tblGrid>
        <w:gridCol w:w="572"/>
        <w:gridCol w:w="3244"/>
        <w:gridCol w:w="724"/>
        <w:gridCol w:w="1606"/>
        <w:gridCol w:w="1652"/>
        <w:gridCol w:w="1222"/>
        <w:gridCol w:w="1630"/>
      </w:tblGrid>
      <w:tr w:rsidR="00496093">
        <w:trPr>
          <w:trHeight w:hRule="exact" w:val="2484"/>
        </w:trPr>
        <w:tc>
          <w:tcPr>
            <w:tcW w:w="57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74.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3122E3" w:rsidRDefault="003122E3">
            <w:pPr>
              <w:autoSpaceDE w:val="0"/>
              <w:autoSpaceDN w:val="0"/>
              <w:spacing w:before="98" w:after="0" w:line="283" w:lineRule="auto"/>
              <w:ind w:left="70" w:right="144"/>
              <w:rPr>
                <w:lang w:val="ru-RU"/>
              </w:rPr>
            </w:pP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Текстовые задачи. Анализ </w:t>
            </w:r>
            <w:r w:rsidRPr="003122E3">
              <w:rPr>
                <w:lang w:val="ru-RU"/>
              </w:rPr>
              <w:br/>
            </w: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зависимостей, </w:t>
            </w:r>
            <w:r w:rsidRPr="003122E3">
              <w:rPr>
                <w:lang w:val="ru-RU"/>
              </w:rPr>
              <w:br/>
            </w: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характеризующих процессы: работы (производительность, время, объём работы) и </w:t>
            </w:r>
            <w:r w:rsidRPr="003122E3">
              <w:rPr>
                <w:lang w:val="ru-RU"/>
              </w:rPr>
              <w:br/>
            </w: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решение соответствующих задач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496093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62" w:lineRule="auto"/>
              <w:ind w:right="720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  <w:tr w:rsidR="00496093">
        <w:trPr>
          <w:trHeight w:hRule="exact" w:val="2484"/>
        </w:trPr>
        <w:tc>
          <w:tcPr>
            <w:tcW w:w="57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75.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3122E3" w:rsidRDefault="003122E3">
            <w:pPr>
              <w:autoSpaceDE w:val="0"/>
              <w:autoSpaceDN w:val="0"/>
              <w:spacing w:before="96" w:after="0" w:line="283" w:lineRule="auto"/>
              <w:ind w:left="70" w:right="144"/>
              <w:rPr>
                <w:lang w:val="ru-RU"/>
              </w:rPr>
            </w:pP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Текстовые задачи. Анализ зависимостей, </w:t>
            </w:r>
            <w:r w:rsidRPr="003122E3">
              <w:rPr>
                <w:lang w:val="ru-RU"/>
              </w:rPr>
              <w:br/>
            </w: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характеризующих процессы: купли-продажи (цена, </w:t>
            </w:r>
            <w:r w:rsidRPr="003122E3">
              <w:rPr>
                <w:lang w:val="ru-RU"/>
              </w:rPr>
              <w:br/>
            </w: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количество, стоимость) и </w:t>
            </w:r>
            <w:r w:rsidRPr="003122E3">
              <w:rPr>
                <w:lang w:val="ru-RU"/>
              </w:rPr>
              <w:br/>
            </w: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решение соответствующих задач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0.25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496093">
            <w:pPr>
              <w:autoSpaceDE w:val="0"/>
              <w:autoSpaceDN w:val="0"/>
              <w:spacing w:before="96" w:after="0" w:line="233" w:lineRule="auto"/>
              <w:jc w:val="center"/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tabs>
                <w:tab w:val="left" w:pos="154"/>
              </w:tabs>
              <w:autoSpaceDE w:val="0"/>
              <w:autoSpaceDN w:val="0"/>
              <w:spacing w:before="96" w:after="0" w:line="262" w:lineRule="auto"/>
              <w:ind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Практическая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работа;</w:t>
            </w:r>
          </w:p>
        </w:tc>
      </w:tr>
      <w:tr w:rsidR="00496093">
        <w:trPr>
          <w:trHeight w:hRule="exact" w:val="1484"/>
        </w:trPr>
        <w:tc>
          <w:tcPr>
            <w:tcW w:w="57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76.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3122E3" w:rsidRDefault="003122E3">
            <w:pPr>
              <w:autoSpaceDE w:val="0"/>
              <w:autoSpaceDN w:val="0"/>
              <w:spacing w:before="96" w:after="0"/>
              <w:ind w:left="70"/>
              <w:rPr>
                <w:lang w:val="ru-RU"/>
              </w:rPr>
            </w:pP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Текстовые задачи. Задачи на установление времени </w:t>
            </w:r>
            <w:r w:rsidRPr="003122E3">
              <w:rPr>
                <w:lang w:val="ru-RU"/>
              </w:rPr>
              <w:br/>
            </w: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(начало, продолжительность и окончание события)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496093">
            <w:pPr>
              <w:autoSpaceDE w:val="0"/>
              <w:autoSpaceDN w:val="0"/>
              <w:spacing w:before="96" w:after="0" w:line="233" w:lineRule="auto"/>
              <w:jc w:val="center"/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62" w:lineRule="auto"/>
              <w:ind w:right="720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  <w:tr w:rsidR="00496093">
        <w:trPr>
          <w:trHeight w:hRule="exact" w:val="1154"/>
        </w:trPr>
        <w:tc>
          <w:tcPr>
            <w:tcW w:w="57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77.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3122E3" w:rsidRDefault="003122E3">
            <w:pPr>
              <w:autoSpaceDE w:val="0"/>
              <w:autoSpaceDN w:val="0"/>
              <w:spacing w:before="98" w:after="0" w:line="271" w:lineRule="auto"/>
              <w:ind w:left="70" w:right="144"/>
              <w:rPr>
                <w:lang w:val="ru-RU"/>
              </w:rPr>
            </w:pP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Текстовые задачи. Задачи на расчёт количества, расхода, изменения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0.25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496093">
            <w:pPr>
              <w:autoSpaceDE w:val="0"/>
              <w:autoSpaceDN w:val="0"/>
              <w:spacing w:before="98" w:after="0" w:line="233" w:lineRule="auto"/>
              <w:jc w:val="center"/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tabs>
                <w:tab w:val="left" w:pos="154"/>
              </w:tabs>
              <w:autoSpaceDE w:val="0"/>
              <w:autoSpaceDN w:val="0"/>
              <w:spacing w:before="98" w:after="0" w:line="262" w:lineRule="auto"/>
              <w:ind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Практическая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работа;</w:t>
            </w:r>
          </w:p>
        </w:tc>
      </w:tr>
      <w:tr w:rsidR="00496093">
        <w:trPr>
          <w:trHeight w:hRule="exact" w:val="820"/>
        </w:trPr>
        <w:tc>
          <w:tcPr>
            <w:tcW w:w="57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78.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3122E3" w:rsidRDefault="003122E3">
            <w:pPr>
              <w:autoSpaceDE w:val="0"/>
              <w:autoSpaceDN w:val="0"/>
              <w:spacing w:before="96" w:after="0" w:line="262" w:lineRule="auto"/>
              <w:ind w:left="70" w:right="144"/>
              <w:rPr>
                <w:lang w:val="ru-RU"/>
              </w:rPr>
            </w:pP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Текстовые задачи. Задачи на нахождение доли величины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496093">
            <w:pPr>
              <w:autoSpaceDE w:val="0"/>
              <w:autoSpaceDN w:val="0"/>
              <w:spacing w:before="96" w:after="0" w:line="233" w:lineRule="auto"/>
              <w:jc w:val="center"/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62" w:lineRule="auto"/>
              <w:ind w:right="720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  <w:tr w:rsidR="00496093">
        <w:trPr>
          <w:trHeight w:hRule="exact" w:val="1152"/>
        </w:trPr>
        <w:tc>
          <w:tcPr>
            <w:tcW w:w="57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79.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3122E3" w:rsidRDefault="003122E3">
            <w:pPr>
              <w:autoSpaceDE w:val="0"/>
              <w:autoSpaceDN w:val="0"/>
              <w:spacing w:before="96" w:after="0" w:line="271" w:lineRule="auto"/>
              <w:ind w:left="70" w:right="144"/>
              <w:rPr>
                <w:lang w:val="ru-RU"/>
              </w:rPr>
            </w:pP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Текстовые задачи. Задачи на нахождение величины по её доле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0.25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496093">
            <w:pPr>
              <w:autoSpaceDE w:val="0"/>
              <w:autoSpaceDN w:val="0"/>
              <w:spacing w:before="96" w:after="0" w:line="233" w:lineRule="auto"/>
              <w:jc w:val="center"/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tabs>
                <w:tab w:val="left" w:pos="154"/>
              </w:tabs>
              <w:autoSpaceDE w:val="0"/>
              <w:autoSpaceDN w:val="0"/>
              <w:spacing w:before="96" w:after="0" w:line="262" w:lineRule="auto"/>
              <w:ind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Практическая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работа;</w:t>
            </w:r>
          </w:p>
        </w:tc>
      </w:tr>
      <w:tr w:rsidR="00496093">
        <w:trPr>
          <w:trHeight w:hRule="exact" w:val="1154"/>
        </w:trPr>
        <w:tc>
          <w:tcPr>
            <w:tcW w:w="57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80.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3122E3" w:rsidRDefault="003122E3">
            <w:pPr>
              <w:autoSpaceDE w:val="0"/>
              <w:autoSpaceDN w:val="0"/>
              <w:spacing w:before="98" w:after="0" w:line="271" w:lineRule="auto"/>
              <w:ind w:left="70" w:right="144"/>
              <w:rPr>
                <w:lang w:val="ru-RU"/>
              </w:rPr>
            </w:pP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Текстовые задачи. Разные </w:t>
            </w:r>
            <w:r w:rsidRPr="003122E3">
              <w:rPr>
                <w:lang w:val="ru-RU"/>
              </w:rPr>
              <w:br/>
            </w: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способы решения некоторых видов изученных задач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496093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62" w:lineRule="auto"/>
              <w:ind w:right="720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  <w:tr w:rsidR="00496093">
        <w:trPr>
          <w:trHeight w:hRule="exact" w:val="1818"/>
        </w:trPr>
        <w:tc>
          <w:tcPr>
            <w:tcW w:w="57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81.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3122E3" w:rsidRDefault="003122E3">
            <w:pPr>
              <w:autoSpaceDE w:val="0"/>
              <w:autoSpaceDN w:val="0"/>
              <w:spacing w:before="96" w:after="0" w:line="233" w:lineRule="auto"/>
              <w:ind w:left="70"/>
              <w:rPr>
                <w:lang w:val="ru-RU"/>
              </w:rPr>
            </w:pP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Текстовые задачи.</w:t>
            </w:r>
          </w:p>
          <w:p w:rsidR="00496093" w:rsidRDefault="003122E3">
            <w:pPr>
              <w:autoSpaceDE w:val="0"/>
              <w:autoSpaceDN w:val="0"/>
              <w:spacing w:before="70" w:after="0"/>
              <w:ind w:left="70" w:right="288"/>
            </w:pP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Оформление решения по </w:t>
            </w:r>
            <w:r w:rsidRPr="003122E3">
              <w:rPr>
                <w:lang w:val="ru-RU"/>
              </w:rPr>
              <w:br/>
            </w: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действиям с пояснением, по вопросам, с помощью </w:t>
            </w:r>
            <w:r w:rsidRPr="003122E3">
              <w:rPr>
                <w:lang w:val="ru-RU"/>
              </w:rP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числового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выражения</w:t>
            </w:r>
            <w:proofErr w:type="spellEnd"/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496093">
            <w:pPr>
              <w:autoSpaceDE w:val="0"/>
              <w:autoSpaceDN w:val="0"/>
              <w:spacing w:before="96" w:after="0" w:line="233" w:lineRule="auto"/>
              <w:jc w:val="center"/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62" w:lineRule="auto"/>
              <w:ind w:right="720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  <w:tr w:rsidR="00496093">
        <w:trPr>
          <w:trHeight w:hRule="exact" w:val="1568"/>
        </w:trPr>
        <w:tc>
          <w:tcPr>
            <w:tcW w:w="57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82.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/>
              <w:ind w:left="70"/>
            </w:pP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Пространственные отношения и геометрические фигуры. </w:t>
            </w:r>
            <w:r w:rsidRPr="003122E3">
              <w:rPr>
                <w:lang w:val="ru-RU"/>
              </w:rP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Наглядные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представления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симметрии</w:t>
            </w:r>
            <w:proofErr w:type="spellEnd"/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496093">
            <w:pPr>
              <w:autoSpaceDE w:val="0"/>
              <w:autoSpaceDN w:val="0"/>
              <w:spacing w:before="96" w:after="0" w:line="233" w:lineRule="auto"/>
              <w:jc w:val="center"/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62" w:lineRule="auto"/>
              <w:ind w:right="720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  <w:tr w:rsidR="00496093">
        <w:trPr>
          <w:trHeight w:hRule="exact" w:val="1132"/>
        </w:trPr>
        <w:tc>
          <w:tcPr>
            <w:tcW w:w="57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83.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3122E3" w:rsidRDefault="003122E3">
            <w:pPr>
              <w:autoSpaceDE w:val="0"/>
              <w:autoSpaceDN w:val="0"/>
              <w:spacing w:before="98" w:after="0" w:line="262" w:lineRule="auto"/>
              <w:ind w:left="70"/>
              <w:rPr>
                <w:lang w:val="ru-RU"/>
              </w:rPr>
            </w:pP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Пространственные отношения и геометрические фигуры.</w:t>
            </w:r>
          </w:p>
          <w:p w:rsidR="00496093" w:rsidRDefault="003122E3">
            <w:pPr>
              <w:autoSpaceDE w:val="0"/>
              <w:autoSpaceDN w:val="0"/>
              <w:spacing w:before="68" w:after="0" w:line="233" w:lineRule="auto"/>
              <w:ind w:left="70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Ось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симметрии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фигуры</w:t>
            </w:r>
            <w:proofErr w:type="spellEnd"/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496093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62" w:lineRule="auto"/>
              <w:ind w:right="720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</w:tbl>
    <w:p w:rsidR="00496093" w:rsidRDefault="00496093">
      <w:pPr>
        <w:autoSpaceDE w:val="0"/>
        <w:autoSpaceDN w:val="0"/>
        <w:spacing w:after="0" w:line="14" w:lineRule="exact"/>
      </w:pPr>
    </w:p>
    <w:p w:rsidR="00496093" w:rsidRDefault="00496093">
      <w:pPr>
        <w:sectPr w:rsidR="00496093">
          <w:pgSz w:w="11900" w:h="16840"/>
          <w:pgMar w:top="284" w:right="556" w:bottom="494" w:left="664" w:header="720" w:footer="720" w:gutter="0"/>
          <w:cols w:space="720" w:equalWidth="0">
            <w:col w:w="10680" w:space="0"/>
          </w:cols>
          <w:docGrid w:linePitch="360"/>
        </w:sectPr>
      </w:pPr>
    </w:p>
    <w:p w:rsidR="00496093" w:rsidRDefault="00496093">
      <w:pPr>
        <w:autoSpaceDE w:val="0"/>
        <w:autoSpaceDN w:val="0"/>
        <w:spacing w:after="66" w:line="220" w:lineRule="exact"/>
      </w:pPr>
    </w:p>
    <w:tbl>
      <w:tblPr>
        <w:tblW w:w="0" w:type="auto"/>
        <w:tblInd w:w="5" w:type="dxa"/>
        <w:tblLayout w:type="fixed"/>
        <w:tblLook w:val="04A0"/>
      </w:tblPr>
      <w:tblGrid>
        <w:gridCol w:w="572"/>
        <w:gridCol w:w="3244"/>
        <w:gridCol w:w="724"/>
        <w:gridCol w:w="1606"/>
        <w:gridCol w:w="1652"/>
        <w:gridCol w:w="1222"/>
        <w:gridCol w:w="1630"/>
      </w:tblGrid>
      <w:tr w:rsidR="00496093">
        <w:trPr>
          <w:trHeight w:hRule="exact" w:val="1486"/>
        </w:trPr>
        <w:tc>
          <w:tcPr>
            <w:tcW w:w="57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84.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3122E3" w:rsidRDefault="003122E3">
            <w:pPr>
              <w:autoSpaceDE w:val="0"/>
              <w:autoSpaceDN w:val="0"/>
              <w:spacing w:before="98" w:after="0" w:line="262" w:lineRule="auto"/>
              <w:ind w:left="70"/>
              <w:rPr>
                <w:lang w:val="ru-RU"/>
              </w:rPr>
            </w:pP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Пространственные отношения и геометрические фигуры.</w:t>
            </w:r>
          </w:p>
          <w:p w:rsidR="00496093" w:rsidRDefault="003122E3">
            <w:pPr>
              <w:autoSpaceDE w:val="0"/>
              <w:autoSpaceDN w:val="0"/>
              <w:spacing w:before="68" w:after="0" w:line="262" w:lineRule="auto"/>
              <w:ind w:left="70" w:right="86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Фигуры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имеющие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ось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симметрии</w:t>
            </w:r>
            <w:proofErr w:type="spellEnd"/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0.25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496093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tabs>
                <w:tab w:val="left" w:pos="154"/>
              </w:tabs>
              <w:autoSpaceDE w:val="0"/>
              <w:autoSpaceDN w:val="0"/>
              <w:spacing w:before="98" w:after="0" w:line="262" w:lineRule="auto"/>
              <w:ind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Практическая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работа;</w:t>
            </w:r>
          </w:p>
        </w:tc>
      </w:tr>
      <w:tr w:rsidR="00496093">
        <w:trPr>
          <w:trHeight w:hRule="exact" w:val="2150"/>
        </w:trPr>
        <w:tc>
          <w:tcPr>
            <w:tcW w:w="57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85.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3122E3" w:rsidRDefault="003122E3">
            <w:pPr>
              <w:autoSpaceDE w:val="0"/>
              <w:autoSpaceDN w:val="0"/>
              <w:spacing w:before="96" w:after="0" w:line="262" w:lineRule="auto"/>
              <w:ind w:left="70"/>
              <w:rPr>
                <w:lang w:val="ru-RU"/>
              </w:rPr>
            </w:pP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Пространственные отношения и геометрические фигуры.</w:t>
            </w:r>
          </w:p>
          <w:p w:rsidR="00496093" w:rsidRPr="003122E3" w:rsidRDefault="003122E3">
            <w:pPr>
              <w:autoSpaceDE w:val="0"/>
              <w:autoSpaceDN w:val="0"/>
              <w:spacing w:before="70" w:after="0"/>
              <w:ind w:left="70" w:right="576"/>
              <w:rPr>
                <w:lang w:val="ru-RU"/>
              </w:rPr>
            </w:pP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Фигуры, имеющие ось </w:t>
            </w:r>
            <w:r w:rsidRPr="003122E3">
              <w:rPr>
                <w:lang w:val="ru-RU"/>
              </w:rPr>
              <w:br/>
            </w: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симметрии. </w:t>
            </w:r>
            <w:proofErr w:type="gramStart"/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Построение геометрических фигур, симметричных заданным</w:t>
            </w:r>
            <w:proofErr w:type="gramEnd"/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496093">
            <w:pPr>
              <w:autoSpaceDE w:val="0"/>
              <w:autoSpaceDN w:val="0"/>
              <w:spacing w:before="96" w:after="0" w:line="233" w:lineRule="auto"/>
              <w:jc w:val="center"/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62" w:lineRule="auto"/>
              <w:ind w:right="720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  <w:tr w:rsidR="00496093">
        <w:trPr>
          <w:trHeight w:hRule="exact" w:val="1486"/>
        </w:trPr>
        <w:tc>
          <w:tcPr>
            <w:tcW w:w="57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86.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3122E3" w:rsidRDefault="003122E3">
            <w:pPr>
              <w:autoSpaceDE w:val="0"/>
              <w:autoSpaceDN w:val="0"/>
              <w:spacing w:before="98" w:after="0" w:line="262" w:lineRule="auto"/>
              <w:ind w:left="70"/>
              <w:rPr>
                <w:lang w:val="ru-RU"/>
              </w:rPr>
            </w:pP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Пространственные отношения и геометрические фигуры.</w:t>
            </w:r>
          </w:p>
          <w:p w:rsidR="00496093" w:rsidRPr="003122E3" w:rsidRDefault="003122E3">
            <w:pPr>
              <w:autoSpaceDE w:val="0"/>
              <w:autoSpaceDN w:val="0"/>
              <w:spacing w:before="70" w:after="0" w:line="262" w:lineRule="auto"/>
              <w:ind w:left="70"/>
              <w:rPr>
                <w:lang w:val="ru-RU"/>
              </w:rPr>
            </w:pP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Окружность, круг: </w:t>
            </w:r>
            <w:r w:rsidRPr="003122E3">
              <w:rPr>
                <w:lang w:val="ru-RU"/>
              </w:rPr>
              <w:br/>
            </w: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распознавание и изображение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496093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62" w:lineRule="auto"/>
              <w:ind w:right="720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  <w:tr w:rsidR="00496093">
        <w:trPr>
          <w:trHeight w:hRule="exact" w:val="1486"/>
        </w:trPr>
        <w:tc>
          <w:tcPr>
            <w:tcW w:w="57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87.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/>
              <w:ind w:left="70"/>
            </w:pP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Пространственные отношения и геометрические фигуры. </w:t>
            </w:r>
            <w:r w:rsidRPr="003122E3">
              <w:rPr>
                <w:lang w:val="ru-RU"/>
              </w:rP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окружности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заданного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радиуса</w:t>
            </w:r>
            <w:proofErr w:type="spellEnd"/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0.25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496093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tabs>
                <w:tab w:val="left" w:pos="154"/>
              </w:tabs>
              <w:autoSpaceDE w:val="0"/>
              <w:autoSpaceDN w:val="0"/>
              <w:spacing w:before="98" w:after="0" w:line="262" w:lineRule="auto"/>
              <w:ind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Практическая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работа;</w:t>
            </w:r>
          </w:p>
        </w:tc>
      </w:tr>
      <w:tr w:rsidR="00496093">
        <w:trPr>
          <w:trHeight w:hRule="exact" w:val="2150"/>
        </w:trPr>
        <w:tc>
          <w:tcPr>
            <w:tcW w:w="57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88.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3122E3" w:rsidRDefault="003122E3">
            <w:pPr>
              <w:autoSpaceDE w:val="0"/>
              <w:autoSpaceDN w:val="0"/>
              <w:spacing w:before="96" w:after="0" w:line="262" w:lineRule="auto"/>
              <w:ind w:left="70"/>
              <w:rPr>
                <w:lang w:val="ru-RU"/>
              </w:rPr>
            </w:pP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Пространственные отношения и геометрические фигуры.</w:t>
            </w:r>
          </w:p>
          <w:p w:rsidR="00496093" w:rsidRPr="003122E3" w:rsidRDefault="003122E3">
            <w:pPr>
              <w:autoSpaceDE w:val="0"/>
              <w:autoSpaceDN w:val="0"/>
              <w:spacing w:before="70" w:after="0"/>
              <w:ind w:left="70" w:right="576"/>
              <w:rPr>
                <w:lang w:val="ru-RU"/>
              </w:rPr>
            </w:pP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Построение изученных геометрических фигур с помощью линейки, </w:t>
            </w:r>
            <w:r w:rsidRPr="003122E3">
              <w:rPr>
                <w:lang w:val="ru-RU"/>
              </w:rPr>
              <w:br/>
            </w: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угольника, циркуля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496093">
            <w:pPr>
              <w:autoSpaceDE w:val="0"/>
              <w:autoSpaceDN w:val="0"/>
              <w:spacing w:before="96" w:after="0" w:line="233" w:lineRule="auto"/>
              <w:jc w:val="center"/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62" w:lineRule="auto"/>
              <w:ind w:right="720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  <w:tr w:rsidR="00496093">
        <w:trPr>
          <w:trHeight w:hRule="exact" w:val="2484"/>
        </w:trPr>
        <w:tc>
          <w:tcPr>
            <w:tcW w:w="57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89.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3122E3" w:rsidRDefault="003122E3">
            <w:pPr>
              <w:autoSpaceDE w:val="0"/>
              <w:autoSpaceDN w:val="0"/>
              <w:spacing w:before="98" w:after="0" w:line="262" w:lineRule="auto"/>
              <w:ind w:left="70"/>
              <w:rPr>
                <w:lang w:val="ru-RU"/>
              </w:rPr>
            </w:pP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Пространственные отношения и геометрические фигуры.</w:t>
            </w:r>
          </w:p>
          <w:p w:rsidR="00496093" w:rsidRDefault="003122E3">
            <w:pPr>
              <w:autoSpaceDE w:val="0"/>
              <w:autoSpaceDN w:val="0"/>
              <w:spacing w:before="70" w:after="0" w:line="281" w:lineRule="auto"/>
              <w:ind w:left="70" w:right="144"/>
            </w:pP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Построение изученных </w:t>
            </w:r>
            <w:r w:rsidRPr="003122E3">
              <w:rPr>
                <w:lang w:val="ru-RU"/>
              </w:rPr>
              <w:br/>
            </w: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геометрических фигур с </w:t>
            </w:r>
            <w:r w:rsidRPr="003122E3">
              <w:rPr>
                <w:lang w:val="ru-RU"/>
              </w:rPr>
              <w:br/>
            </w: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помощью линейки, </w:t>
            </w:r>
            <w:r w:rsidRPr="003122E3">
              <w:rPr>
                <w:lang w:val="ru-RU"/>
              </w:rPr>
              <w:br/>
            </w: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угольника, циркуля.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геометрических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0.25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496093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tabs>
                <w:tab w:val="left" w:pos="154"/>
              </w:tabs>
              <w:autoSpaceDE w:val="0"/>
              <w:autoSpaceDN w:val="0"/>
              <w:spacing w:before="98" w:after="0" w:line="262" w:lineRule="auto"/>
              <w:ind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Практическая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работа;</w:t>
            </w:r>
          </w:p>
        </w:tc>
      </w:tr>
      <w:tr w:rsidR="00496093">
        <w:trPr>
          <w:trHeight w:hRule="exact" w:val="1818"/>
        </w:trPr>
        <w:tc>
          <w:tcPr>
            <w:tcW w:w="57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90.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3122E3" w:rsidRDefault="003122E3">
            <w:pPr>
              <w:autoSpaceDE w:val="0"/>
              <w:autoSpaceDN w:val="0"/>
              <w:spacing w:before="98" w:after="0" w:line="262" w:lineRule="auto"/>
              <w:ind w:left="70"/>
              <w:rPr>
                <w:lang w:val="ru-RU"/>
              </w:rPr>
            </w:pP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Пространственные отношения и геометрические фигуры.</w:t>
            </w:r>
          </w:p>
          <w:p w:rsidR="00496093" w:rsidRPr="003122E3" w:rsidRDefault="003122E3">
            <w:pPr>
              <w:autoSpaceDE w:val="0"/>
              <w:autoSpaceDN w:val="0"/>
              <w:spacing w:before="68" w:after="0" w:line="271" w:lineRule="auto"/>
              <w:ind w:left="70" w:right="720"/>
              <w:rPr>
                <w:lang w:val="ru-RU"/>
              </w:rPr>
            </w:pP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Пространственные </w:t>
            </w:r>
            <w:r w:rsidRPr="003122E3">
              <w:rPr>
                <w:lang w:val="ru-RU"/>
              </w:rPr>
              <w:br/>
            </w: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геометрические фигуры (тела): шар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496093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62" w:lineRule="auto"/>
              <w:ind w:right="720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  <w:tr w:rsidR="00496093">
        <w:trPr>
          <w:trHeight w:hRule="exact" w:val="2012"/>
        </w:trPr>
        <w:tc>
          <w:tcPr>
            <w:tcW w:w="57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91.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3122E3" w:rsidRDefault="003122E3">
            <w:pPr>
              <w:autoSpaceDE w:val="0"/>
              <w:autoSpaceDN w:val="0"/>
              <w:spacing w:before="98" w:after="0" w:line="262" w:lineRule="auto"/>
              <w:ind w:left="70"/>
              <w:rPr>
                <w:lang w:val="ru-RU"/>
              </w:rPr>
            </w:pP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Пространственные отношения и геометрические фигуры.</w:t>
            </w:r>
          </w:p>
          <w:p w:rsidR="00496093" w:rsidRPr="003122E3" w:rsidRDefault="003122E3">
            <w:pPr>
              <w:autoSpaceDE w:val="0"/>
              <w:autoSpaceDN w:val="0"/>
              <w:spacing w:before="70" w:after="0" w:line="271" w:lineRule="auto"/>
              <w:ind w:left="70" w:right="720"/>
              <w:rPr>
                <w:lang w:val="ru-RU"/>
              </w:rPr>
            </w:pP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Пространственные </w:t>
            </w:r>
            <w:r w:rsidRPr="003122E3">
              <w:rPr>
                <w:lang w:val="ru-RU"/>
              </w:rPr>
              <w:br/>
            </w: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геометрические фигуры (тела): куб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496093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62" w:lineRule="auto"/>
              <w:ind w:right="720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</w:tbl>
    <w:p w:rsidR="00496093" w:rsidRDefault="00496093">
      <w:pPr>
        <w:autoSpaceDE w:val="0"/>
        <w:autoSpaceDN w:val="0"/>
        <w:spacing w:after="0" w:line="14" w:lineRule="exact"/>
      </w:pPr>
    </w:p>
    <w:p w:rsidR="00496093" w:rsidRDefault="00496093">
      <w:pPr>
        <w:sectPr w:rsidR="00496093">
          <w:pgSz w:w="11900" w:h="16840"/>
          <w:pgMar w:top="284" w:right="556" w:bottom="582" w:left="664" w:header="720" w:footer="720" w:gutter="0"/>
          <w:cols w:space="720" w:equalWidth="0">
            <w:col w:w="10680" w:space="0"/>
          </w:cols>
          <w:docGrid w:linePitch="360"/>
        </w:sectPr>
      </w:pPr>
    </w:p>
    <w:p w:rsidR="00496093" w:rsidRDefault="00496093">
      <w:pPr>
        <w:autoSpaceDE w:val="0"/>
        <w:autoSpaceDN w:val="0"/>
        <w:spacing w:after="66" w:line="220" w:lineRule="exact"/>
      </w:pPr>
    </w:p>
    <w:tbl>
      <w:tblPr>
        <w:tblW w:w="0" w:type="auto"/>
        <w:tblInd w:w="5" w:type="dxa"/>
        <w:tblLayout w:type="fixed"/>
        <w:tblLook w:val="04A0"/>
      </w:tblPr>
      <w:tblGrid>
        <w:gridCol w:w="572"/>
        <w:gridCol w:w="3244"/>
        <w:gridCol w:w="724"/>
        <w:gridCol w:w="1606"/>
        <w:gridCol w:w="1652"/>
        <w:gridCol w:w="1222"/>
        <w:gridCol w:w="1630"/>
      </w:tblGrid>
      <w:tr w:rsidR="00496093">
        <w:trPr>
          <w:trHeight w:hRule="exact" w:val="1818"/>
        </w:trPr>
        <w:tc>
          <w:tcPr>
            <w:tcW w:w="57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92.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3122E3" w:rsidRDefault="003122E3">
            <w:pPr>
              <w:autoSpaceDE w:val="0"/>
              <w:autoSpaceDN w:val="0"/>
              <w:spacing w:before="98" w:after="0" w:line="262" w:lineRule="auto"/>
              <w:ind w:left="70"/>
              <w:rPr>
                <w:lang w:val="ru-RU"/>
              </w:rPr>
            </w:pP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Пространственные отношения и геометрические фигуры.</w:t>
            </w:r>
          </w:p>
          <w:p w:rsidR="00496093" w:rsidRPr="003122E3" w:rsidRDefault="003122E3">
            <w:pPr>
              <w:autoSpaceDE w:val="0"/>
              <w:autoSpaceDN w:val="0"/>
              <w:spacing w:before="68" w:after="0" w:line="271" w:lineRule="auto"/>
              <w:ind w:left="70" w:right="720"/>
              <w:rPr>
                <w:lang w:val="ru-RU"/>
              </w:rPr>
            </w:pP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Пространственные </w:t>
            </w:r>
            <w:r w:rsidRPr="003122E3">
              <w:rPr>
                <w:lang w:val="ru-RU"/>
              </w:rPr>
              <w:br/>
            </w: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геометрические фигуры (тела): цилиндр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0.25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496093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tabs>
                <w:tab w:val="left" w:pos="154"/>
              </w:tabs>
              <w:autoSpaceDE w:val="0"/>
              <w:autoSpaceDN w:val="0"/>
              <w:spacing w:before="98" w:after="0" w:line="262" w:lineRule="auto"/>
              <w:ind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Практическая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работа;</w:t>
            </w:r>
          </w:p>
        </w:tc>
      </w:tr>
      <w:tr w:rsidR="00496093">
        <w:trPr>
          <w:trHeight w:hRule="exact" w:val="1818"/>
        </w:trPr>
        <w:tc>
          <w:tcPr>
            <w:tcW w:w="57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93.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3122E3" w:rsidRDefault="003122E3">
            <w:pPr>
              <w:autoSpaceDE w:val="0"/>
              <w:autoSpaceDN w:val="0"/>
              <w:spacing w:before="98" w:after="0" w:line="262" w:lineRule="auto"/>
              <w:ind w:left="70"/>
              <w:rPr>
                <w:lang w:val="ru-RU"/>
              </w:rPr>
            </w:pP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Пространственные отношения и геометрические фигуры.</w:t>
            </w:r>
          </w:p>
          <w:p w:rsidR="00496093" w:rsidRPr="003122E3" w:rsidRDefault="003122E3">
            <w:pPr>
              <w:autoSpaceDE w:val="0"/>
              <w:autoSpaceDN w:val="0"/>
              <w:spacing w:before="68" w:after="0" w:line="271" w:lineRule="auto"/>
              <w:ind w:left="70" w:right="720"/>
              <w:rPr>
                <w:lang w:val="ru-RU"/>
              </w:rPr>
            </w:pP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Пространственные </w:t>
            </w:r>
            <w:r w:rsidRPr="003122E3">
              <w:rPr>
                <w:lang w:val="ru-RU"/>
              </w:rPr>
              <w:br/>
            </w: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геометрические фигуры (тела): конус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496093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62" w:lineRule="auto"/>
              <w:ind w:right="720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  <w:tr w:rsidR="00496093">
        <w:trPr>
          <w:trHeight w:hRule="exact" w:val="1818"/>
        </w:trPr>
        <w:tc>
          <w:tcPr>
            <w:tcW w:w="57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94.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3122E3" w:rsidRDefault="003122E3">
            <w:pPr>
              <w:autoSpaceDE w:val="0"/>
              <w:autoSpaceDN w:val="0"/>
              <w:spacing w:before="98" w:after="0" w:line="262" w:lineRule="auto"/>
              <w:ind w:left="70"/>
              <w:rPr>
                <w:lang w:val="ru-RU"/>
              </w:rPr>
            </w:pP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Пространственные отношения и геометрические фигуры.</w:t>
            </w:r>
          </w:p>
          <w:p w:rsidR="00496093" w:rsidRPr="003122E3" w:rsidRDefault="003122E3">
            <w:pPr>
              <w:autoSpaceDE w:val="0"/>
              <w:autoSpaceDN w:val="0"/>
              <w:spacing w:before="70" w:after="0" w:line="271" w:lineRule="auto"/>
              <w:ind w:left="70" w:right="720"/>
              <w:rPr>
                <w:lang w:val="ru-RU"/>
              </w:rPr>
            </w:pP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Пространственные </w:t>
            </w:r>
            <w:r w:rsidRPr="003122E3">
              <w:rPr>
                <w:lang w:val="ru-RU"/>
              </w:rPr>
              <w:br/>
            </w: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геометрические фигуры (тела): пирамида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496093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62" w:lineRule="auto"/>
              <w:ind w:right="720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  <w:tr w:rsidR="00496093">
        <w:trPr>
          <w:trHeight w:hRule="exact" w:val="2484"/>
        </w:trPr>
        <w:tc>
          <w:tcPr>
            <w:tcW w:w="57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95.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3122E3" w:rsidRDefault="003122E3">
            <w:pPr>
              <w:autoSpaceDE w:val="0"/>
              <w:autoSpaceDN w:val="0"/>
              <w:spacing w:before="98" w:after="0" w:line="262" w:lineRule="auto"/>
              <w:ind w:left="70"/>
              <w:rPr>
                <w:lang w:val="ru-RU"/>
              </w:rPr>
            </w:pP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Пространственные отношения и геометрические фигуры.</w:t>
            </w:r>
          </w:p>
          <w:p w:rsidR="00496093" w:rsidRPr="003122E3" w:rsidRDefault="003122E3">
            <w:pPr>
              <w:autoSpaceDE w:val="0"/>
              <w:autoSpaceDN w:val="0"/>
              <w:spacing w:before="70" w:after="0" w:line="281" w:lineRule="auto"/>
              <w:ind w:left="70" w:right="432"/>
              <w:rPr>
                <w:lang w:val="ru-RU"/>
              </w:rPr>
            </w:pPr>
            <w:proofErr w:type="gramStart"/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Пространственные </w:t>
            </w:r>
            <w:r w:rsidRPr="003122E3">
              <w:rPr>
                <w:lang w:val="ru-RU"/>
              </w:rPr>
              <w:br/>
            </w: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геометрические фигуры (тела): шар, куб, цилиндр, конус, пирамида; их </w:t>
            </w:r>
            <w:r w:rsidRPr="003122E3">
              <w:rPr>
                <w:lang w:val="ru-RU"/>
              </w:rPr>
              <w:br/>
            </w: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различение, называние</w:t>
            </w:r>
            <w:proofErr w:type="gramEnd"/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496093">
            <w:pPr>
              <w:autoSpaceDE w:val="0"/>
              <w:autoSpaceDN w:val="0"/>
              <w:spacing w:before="98" w:after="0" w:line="233" w:lineRule="auto"/>
              <w:jc w:val="center"/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62" w:lineRule="auto"/>
              <w:ind w:right="720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  <w:tr w:rsidR="00496093">
        <w:trPr>
          <w:trHeight w:hRule="exact" w:val="3482"/>
        </w:trPr>
        <w:tc>
          <w:tcPr>
            <w:tcW w:w="57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96.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3122E3" w:rsidRDefault="003122E3">
            <w:pPr>
              <w:autoSpaceDE w:val="0"/>
              <w:autoSpaceDN w:val="0"/>
              <w:spacing w:before="98" w:after="0" w:line="262" w:lineRule="auto"/>
              <w:ind w:left="70"/>
              <w:rPr>
                <w:lang w:val="ru-RU"/>
              </w:rPr>
            </w:pP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Пространственные отношения и геометрические фигуры.</w:t>
            </w:r>
          </w:p>
          <w:p w:rsidR="00496093" w:rsidRPr="003122E3" w:rsidRDefault="003122E3">
            <w:pPr>
              <w:autoSpaceDE w:val="0"/>
              <w:autoSpaceDN w:val="0"/>
              <w:spacing w:before="70" w:after="0" w:line="281" w:lineRule="auto"/>
              <w:ind w:left="70" w:right="432"/>
              <w:rPr>
                <w:lang w:val="ru-RU"/>
              </w:rPr>
            </w:pPr>
            <w:proofErr w:type="gramStart"/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Пространственные </w:t>
            </w:r>
            <w:r w:rsidRPr="003122E3">
              <w:rPr>
                <w:lang w:val="ru-RU"/>
              </w:rPr>
              <w:br/>
            </w: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геометрические фигуры (тела): шар, куб, цилиндр, конус, пирамида; их </w:t>
            </w:r>
            <w:r w:rsidRPr="003122E3">
              <w:rPr>
                <w:lang w:val="ru-RU"/>
              </w:rPr>
              <w:br/>
            </w: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различение, называние.</w:t>
            </w:r>
            <w:proofErr w:type="gramEnd"/>
          </w:p>
          <w:p w:rsidR="00496093" w:rsidRPr="003122E3" w:rsidRDefault="003122E3">
            <w:pPr>
              <w:autoSpaceDE w:val="0"/>
              <w:autoSpaceDN w:val="0"/>
              <w:spacing w:before="68" w:after="0" w:line="271" w:lineRule="auto"/>
              <w:ind w:left="70" w:right="864"/>
              <w:rPr>
                <w:lang w:val="ru-RU"/>
              </w:rPr>
            </w:pP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Проекции предметов окружающего мира на плоскость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0.25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496093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Тестирование;</w:t>
            </w:r>
          </w:p>
        </w:tc>
      </w:tr>
      <w:tr w:rsidR="00496093">
        <w:trPr>
          <w:trHeight w:hRule="exact" w:val="1818"/>
        </w:trPr>
        <w:tc>
          <w:tcPr>
            <w:tcW w:w="57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97.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3122E3" w:rsidRDefault="003122E3">
            <w:pPr>
              <w:autoSpaceDE w:val="0"/>
              <w:autoSpaceDN w:val="0"/>
              <w:spacing w:before="98" w:after="0" w:line="281" w:lineRule="auto"/>
              <w:ind w:left="70"/>
              <w:rPr>
                <w:lang w:val="ru-RU"/>
              </w:rPr>
            </w:pP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Пространственные отношения и геометрические фигуры. </w:t>
            </w:r>
            <w:r w:rsidRPr="003122E3">
              <w:rPr>
                <w:lang w:val="ru-RU"/>
              </w:rPr>
              <w:br/>
            </w: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Конструирование: разбиение фигуры на прямоугольники (квадраты)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496093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62" w:lineRule="auto"/>
              <w:ind w:right="720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  <w:tr w:rsidR="00496093">
        <w:trPr>
          <w:trHeight w:hRule="exact" w:val="2012"/>
        </w:trPr>
        <w:tc>
          <w:tcPr>
            <w:tcW w:w="57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98.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3122E3" w:rsidRDefault="003122E3">
            <w:pPr>
              <w:autoSpaceDE w:val="0"/>
              <w:autoSpaceDN w:val="0"/>
              <w:spacing w:before="98" w:after="0" w:line="262" w:lineRule="auto"/>
              <w:ind w:left="70"/>
              <w:rPr>
                <w:lang w:val="ru-RU"/>
              </w:rPr>
            </w:pP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Пространственные отношения и геометрические фигуры.</w:t>
            </w:r>
          </w:p>
          <w:p w:rsidR="00496093" w:rsidRPr="003122E3" w:rsidRDefault="003122E3">
            <w:pPr>
              <w:autoSpaceDE w:val="0"/>
              <w:autoSpaceDN w:val="0"/>
              <w:spacing w:before="70" w:after="0" w:line="271" w:lineRule="auto"/>
              <w:ind w:left="70"/>
              <w:rPr>
                <w:lang w:val="ru-RU"/>
              </w:rPr>
            </w:pPr>
            <w:proofErr w:type="spellStart"/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Конструирование</w:t>
            </w:r>
            <w:proofErr w:type="gramStart"/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:с</w:t>
            </w:r>
            <w:proofErr w:type="gramEnd"/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оставление</w:t>
            </w:r>
            <w:proofErr w:type="spellEnd"/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фигур из </w:t>
            </w:r>
            <w:r w:rsidRPr="003122E3">
              <w:rPr>
                <w:lang w:val="ru-RU"/>
              </w:rPr>
              <w:br/>
            </w: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прямоугольников/квадратов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0.25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496093">
            <w:pPr>
              <w:autoSpaceDE w:val="0"/>
              <w:autoSpaceDN w:val="0"/>
              <w:spacing w:before="98" w:after="0" w:line="233" w:lineRule="auto"/>
              <w:jc w:val="center"/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tabs>
                <w:tab w:val="left" w:pos="154"/>
              </w:tabs>
              <w:autoSpaceDE w:val="0"/>
              <w:autoSpaceDN w:val="0"/>
              <w:spacing w:before="98" w:after="0" w:line="262" w:lineRule="auto"/>
              <w:ind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Практическая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работа;</w:t>
            </w:r>
          </w:p>
        </w:tc>
      </w:tr>
    </w:tbl>
    <w:p w:rsidR="00496093" w:rsidRDefault="00496093">
      <w:pPr>
        <w:autoSpaceDE w:val="0"/>
        <w:autoSpaceDN w:val="0"/>
        <w:spacing w:after="0" w:line="14" w:lineRule="exact"/>
      </w:pPr>
    </w:p>
    <w:p w:rsidR="00496093" w:rsidRDefault="00496093">
      <w:pPr>
        <w:sectPr w:rsidR="00496093">
          <w:pgSz w:w="11900" w:h="16840"/>
          <w:pgMar w:top="284" w:right="556" w:bottom="494" w:left="664" w:header="720" w:footer="720" w:gutter="0"/>
          <w:cols w:space="720" w:equalWidth="0">
            <w:col w:w="10680" w:space="0"/>
          </w:cols>
          <w:docGrid w:linePitch="360"/>
        </w:sectPr>
      </w:pPr>
    </w:p>
    <w:p w:rsidR="00496093" w:rsidRDefault="00496093">
      <w:pPr>
        <w:autoSpaceDE w:val="0"/>
        <w:autoSpaceDN w:val="0"/>
        <w:spacing w:after="66" w:line="220" w:lineRule="exact"/>
      </w:pPr>
    </w:p>
    <w:tbl>
      <w:tblPr>
        <w:tblW w:w="0" w:type="auto"/>
        <w:tblInd w:w="5" w:type="dxa"/>
        <w:tblLayout w:type="fixed"/>
        <w:tblLook w:val="04A0"/>
      </w:tblPr>
      <w:tblGrid>
        <w:gridCol w:w="572"/>
        <w:gridCol w:w="3244"/>
        <w:gridCol w:w="724"/>
        <w:gridCol w:w="1606"/>
        <w:gridCol w:w="1652"/>
        <w:gridCol w:w="1222"/>
        <w:gridCol w:w="1630"/>
      </w:tblGrid>
      <w:tr w:rsidR="00496093">
        <w:trPr>
          <w:trHeight w:hRule="exact" w:val="1818"/>
        </w:trPr>
        <w:tc>
          <w:tcPr>
            <w:tcW w:w="57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99.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3122E3" w:rsidRDefault="003122E3">
            <w:pPr>
              <w:autoSpaceDE w:val="0"/>
              <w:autoSpaceDN w:val="0"/>
              <w:spacing w:before="98" w:after="0" w:line="262" w:lineRule="auto"/>
              <w:ind w:left="70"/>
              <w:rPr>
                <w:lang w:val="ru-RU"/>
              </w:rPr>
            </w:pP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Пространственные отношения и геометрические фигуры.</w:t>
            </w:r>
          </w:p>
          <w:p w:rsidR="00496093" w:rsidRPr="003122E3" w:rsidRDefault="003122E3">
            <w:pPr>
              <w:autoSpaceDE w:val="0"/>
              <w:autoSpaceDN w:val="0"/>
              <w:spacing w:before="68" w:after="0" w:line="271" w:lineRule="auto"/>
              <w:ind w:left="70" w:right="144"/>
              <w:rPr>
                <w:lang w:val="ru-RU"/>
              </w:rPr>
            </w:pP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Периметр фигуры, </w:t>
            </w:r>
            <w:r w:rsidRPr="003122E3">
              <w:rPr>
                <w:lang w:val="ru-RU"/>
              </w:rPr>
              <w:br/>
            </w: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составленной из двух-трёх </w:t>
            </w:r>
            <w:r w:rsidRPr="003122E3">
              <w:rPr>
                <w:lang w:val="ru-RU"/>
              </w:rPr>
              <w:br/>
            </w: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прямоугольников (квадратов)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496093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62" w:lineRule="auto"/>
              <w:ind w:right="720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  <w:tr w:rsidR="00496093">
        <w:trPr>
          <w:trHeight w:hRule="exact" w:val="1818"/>
        </w:trPr>
        <w:tc>
          <w:tcPr>
            <w:tcW w:w="57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100. 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3122E3" w:rsidRDefault="003122E3">
            <w:pPr>
              <w:autoSpaceDE w:val="0"/>
              <w:autoSpaceDN w:val="0"/>
              <w:spacing w:before="98" w:after="0" w:line="262" w:lineRule="auto"/>
              <w:ind w:left="70"/>
              <w:rPr>
                <w:lang w:val="ru-RU"/>
              </w:rPr>
            </w:pP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Пространственные отношения и геометрические фигуры.</w:t>
            </w:r>
          </w:p>
          <w:p w:rsidR="00496093" w:rsidRPr="003122E3" w:rsidRDefault="003122E3">
            <w:pPr>
              <w:autoSpaceDE w:val="0"/>
              <w:autoSpaceDN w:val="0"/>
              <w:spacing w:before="68" w:after="0" w:line="271" w:lineRule="auto"/>
              <w:ind w:left="70" w:right="144"/>
              <w:rPr>
                <w:lang w:val="ru-RU"/>
              </w:rPr>
            </w:pP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Площадь фигуры, </w:t>
            </w:r>
            <w:r w:rsidRPr="003122E3">
              <w:rPr>
                <w:lang w:val="ru-RU"/>
              </w:rPr>
              <w:br/>
            </w: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составленной из двух-трёх </w:t>
            </w:r>
            <w:r w:rsidRPr="003122E3">
              <w:rPr>
                <w:lang w:val="ru-RU"/>
              </w:rPr>
              <w:br/>
            </w: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прямоугольников (квадратов)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496093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62" w:lineRule="auto"/>
              <w:ind w:right="720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  <w:tr w:rsidR="00496093">
        <w:trPr>
          <w:trHeight w:hRule="exact" w:val="2484"/>
        </w:trPr>
        <w:tc>
          <w:tcPr>
            <w:tcW w:w="57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101. 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3122E3" w:rsidRDefault="003122E3">
            <w:pPr>
              <w:autoSpaceDE w:val="0"/>
              <w:autoSpaceDN w:val="0"/>
              <w:spacing w:before="98" w:after="0" w:line="262" w:lineRule="auto"/>
              <w:ind w:left="70"/>
              <w:rPr>
                <w:lang w:val="ru-RU"/>
              </w:rPr>
            </w:pP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Пространственные отношения и геометрические фигуры.</w:t>
            </w:r>
          </w:p>
          <w:p w:rsidR="00496093" w:rsidRPr="003122E3" w:rsidRDefault="003122E3">
            <w:pPr>
              <w:autoSpaceDE w:val="0"/>
              <w:autoSpaceDN w:val="0"/>
              <w:spacing w:before="70" w:after="0" w:line="271" w:lineRule="auto"/>
              <w:ind w:left="70"/>
              <w:rPr>
                <w:lang w:val="ru-RU"/>
              </w:rPr>
            </w:pP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Периметр, площадь фигуры, составленной из двух-трёх </w:t>
            </w:r>
            <w:r w:rsidRPr="003122E3">
              <w:rPr>
                <w:lang w:val="ru-RU"/>
              </w:rPr>
              <w:br/>
            </w: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прямоугольников (квадратов).</w:t>
            </w:r>
          </w:p>
          <w:p w:rsidR="00496093" w:rsidRDefault="003122E3">
            <w:pPr>
              <w:autoSpaceDE w:val="0"/>
              <w:autoSpaceDN w:val="0"/>
              <w:spacing w:before="70" w:after="0" w:line="262" w:lineRule="auto"/>
              <w:ind w:left="70" w:right="576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геометрических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0.25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496093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tabs>
                <w:tab w:val="left" w:pos="154"/>
              </w:tabs>
              <w:autoSpaceDE w:val="0"/>
              <w:autoSpaceDN w:val="0"/>
              <w:spacing w:before="98" w:after="0" w:line="262" w:lineRule="auto"/>
              <w:ind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Практическая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работа;</w:t>
            </w:r>
          </w:p>
        </w:tc>
      </w:tr>
      <w:tr w:rsidR="00496093">
        <w:trPr>
          <w:trHeight w:hRule="exact" w:val="1486"/>
        </w:trPr>
        <w:tc>
          <w:tcPr>
            <w:tcW w:w="57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102. 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3122E3" w:rsidRDefault="003122E3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Математическая информация.</w:t>
            </w:r>
          </w:p>
          <w:p w:rsidR="00496093" w:rsidRPr="003122E3" w:rsidRDefault="003122E3">
            <w:pPr>
              <w:autoSpaceDE w:val="0"/>
              <w:autoSpaceDN w:val="0"/>
              <w:spacing w:before="70" w:after="0" w:line="271" w:lineRule="auto"/>
              <w:ind w:left="70" w:right="288"/>
              <w:rPr>
                <w:lang w:val="ru-RU"/>
              </w:rPr>
            </w:pP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Работа с утверждениями: конструирование, проверка истинности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496093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62" w:lineRule="auto"/>
              <w:ind w:right="720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  <w:tr w:rsidR="00496093">
        <w:trPr>
          <w:trHeight w:hRule="exact" w:val="1818"/>
        </w:trPr>
        <w:tc>
          <w:tcPr>
            <w:tcW w:w="57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103. 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3122E3" w:rsidRDefault="003122E3">
            <w:pPr>
              <w:autoSpaceDE w:val="0"/>
              <w:autoSpaceDN w:val="0"/>
              <w:spacing w:before="96" w:after="0" w:line="281" w:lineRule="auto"/>
              <w:ind w:left="70"/>
              <w:rPr>
                <w:lang w:val="ru-RU"/>
              </w:rPr>
            </w:pP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Математическая информация. Работа с утверждениями: </w:t>
            </w:r>
            <w:r w:rsidRPr="003122E3">
              <w:rPr>
                <w:lang w:val="ru-RU"/>
              </w:rPr>
              <w:br/>
            </w: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проверка </w:t>
            </w:r>
            <w:proofErr w:type="gramStart"/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логических </w:t>
            </w:r>
            <w:r w:rsidRPr="003122E3">
              <w:rPr>
                <w:lang w:val="ru-RU"/>
              </w:rPr>
              <w:br/>
            </w: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рассуждений</w:t>
            </w:r>
            <w:proofErr w:type="gramEnd"/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при решении </w:t>
            </w:r>
            <w:r w:rsidRPr="003122E3">
              <w:rPr>
                <w:lang w:val="ru-RU"/>
              </w:rPr>
              <w:br/>
            </w: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задач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496093">
            <w:pPr>
              <w:autoSpaceDE w:val="0"/>
              <w:autoSpaceDN w:val="0"/>
              <w:spacing w:before="96" w:after="0" w:line="233" w:lineRule="auto"/>
              <w:jc w:val="center"/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62" w:lineRule="auto"/>
              <w:ind w:right="720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  <w:tr w:rsidR="00496093">
        <w:trPr>
          <w:trHeight w:hRule="exact" w:val="820"/>
        </w:trPr>
        <w:tc>
          <w:tcPr>
            <w:tcW w:w="57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104. 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3122E3" w:rsidRDefault="003122E3">
            <w:pPr>
              <w:autoSpaceDE w:val="0"/>
              <w:autoSpaceDN w:val="0"/>
              <w:spacing w:before="98" w:after="0" w:line="262" w:lineRule="auto"/>
              <w:ind w:left="70"/>
              <w:rPr>
                <w:lang w:val="ru-RU"/>
              </w:rPr>
            </w:pP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Математическая информация. Примеры и </w:t>
            </w:r>
            <w:proofErr w:type="spellStart"/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контрпримеры</w:t>
            </w:r>
            <w:proofErr w:type="spellEnd"/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0.25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496093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tabs>
                <w:tab w:val="left" w:pos="154"/>
              </w:tabs>
              <w:autoSpaceDE w:val="0"/>
              <w:autoSpaceDN w:val="0"/>
              <w:spacing w:before="98" w:after="0" w:line="262" w:lineRule="auto"/>
              <w:ind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Практическая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работа;</w:t>
            </w:r>
          </w:p>
        </w:tc>
      </w:tr>
      <w:tr w:rsidR="00496093">
        <w:trPr>
          <w:trHeight w:hRule="exact" w:val="1818"/>
        </w:trPr>
        <w:tc>
          <w:tcPr>
            <w:tcW w:w="57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105. 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3122E3" w:rsidRDefault="003122E3">
            <w:pPr>
              <w:autoSpaceDE w:val="0"/>
              <w:autoSpaceDN w:val="0"/>
              <w:spacing w:before="98" w:after="0" w:line="281" w:lineRule="auto"/>
              <w:ind w:left="70"/>
              <w:rPr>
                <w:lang w:val="ru-RU"/>
              </w:rPr>
            </w:pP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Математическая информация. Данные о реальных процессах и явлениях окружающего </w:t>
            </w:r>
            <w:r w:rsidRPr="003122E3">
              <w:rPr>
                <w:lang w:val="ru-RU"/>
              </w:rPr>
              <w:br/>
            </w: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мира, представленные на </w:t>
            </w:r>
            <w:r w:rsidRPr="003122E3">
              <w:rPr>
                <w:lang w:val="ru-RU"/>
              </w:rPr>
              <w:br/>
            </w: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столбчатых диаграммах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496093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62" w:lineRule="auto"/>
              <w:ind w:right="720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  <w:tr w:rsidR="00496093">
        <w:trPr>
          <w:trHeight w:hRule="exact" w:val="1834"/>
        </w:trPr>
        <w:tc>
          <w:tcPr>
            <w:tcW w:w="57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106. 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3122E3" w:rsidRDefault="003122E3">
            <w:pPr>
              <w:autoSpaceDE w:val="0"/>
              <w:autoSpaceDN w:val="0"/>
              <w:spacing w:before="98" w:after="0" w:line="281" w:lineRule="auto"/>
              <w:ind w:left="70"/>
              <w:rPr>
                <w:lang w:val="ru-RU"/>
              </w:rPr>
            </w:pP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Математическая информация. Данные о реальных процессах и явлениях окружающего </w:t>
            </w:r>
            <w:r w:rsidRPr="003122E3">
              <w:rPr>
                <w:lang w:val="ru-RU"/>
              </w:rPr>
              <w:br/>
            </w: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мира, представленные на </w:t>
            </w:r>
            <w:r w:rsidRPr="003122E3">
              <w:rPr>
                <w:lang w:val="ru-RU"/>
              </w:rPr>
              <w:br/>
            </w: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схемах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496093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tabs>
                <w:tab w:val="left" w:pos="154"/>
              </w:tabs>
              <w:autoSpaceDE w:val="0"/>
              <w:autoSpaceDN w:val="0"/>
              <w:spacing w:before="98" w:after="0" w:line="262" w:lineRule="auto"/>
              <w:ind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Письменный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</w:tbl>
    <w:p w:rsidR="00496093" w:rsidRDefault="00496093">
      <w:pPr>
        <w:autoSpaceDE w:val="0"/>
        <w:autoSpaceDN w:val="0"/>
        <w:spacing w:after="0" w:line="14" w:lineRule="exact"/>
      </w:pPr>
    </w:p>
    <w:p w:rsidR="00496093" w:rsidRDefault="00496093">
      <w:pPr>
        <w:sectPr w:rsidR="00496093">
          <w:pgSz w:w="11900" w:h="16840"/>
          <w:pgMar w:top="284" w:right="556" w:bottom="1170" w:left="664" w:header="720" w:footer="720" w:gutter="0"/>
          <w:cols w:space="720" w:equalWidth="0">
            <w:col w:w="10680" w:space="0"/>
          </w:cols>
          <w:docGrid w:linePitch="360"/>
        </w:sectPr>
      </w:pPr>
    </w:p>
    <w:p w:rsidR="00496093" w:rsidRDefault="00496093">
      <w:pPr>
        <w:autoSpaceDE w:val="0"/>
        <w:autoSpaceDN w:val="0"/>
        <w:spacing w:after="66" w:line="220" w:lineRule="exact"/>
      </w:pPr>
    </w:p>
    <w:tbl>
      <w:tblPr>
        <w:tblW w:w="0" w:type="auto"/>
        <w:tblInd w:w="5" w:type="dxa"/>
        <w:tblLayout w:type="fixed"/>
        <w:tblLook w:val="04A0"/>
      </w:tblPr>
      <w:tblGrid>
        <w:gridCol w:w="572"/>
        <w:gridCol w:w="3244"/>
        <w:gridCol w:w="724"/>
        <w:gridCol w:w="1606"/>
        <w:gridCol w:w="1652"/>
        <w:gridCol w:w="1222"/>
        <w:gridCol w:w="1630"/>
      </w:tblGrid>
      <w:tr w:rsidR="00496093">
        <w:trPr>
          <w:trHeight w:hRule="exact" w:val="1818"/>
        </w:trPr>
        <w:tc>
          <w:tcPr>
            <w:tcW w:w="57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107. 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3122E3" w:rsidRDefault="003122E3">
            <w:pPr>
              <w:autoSpaceDE w:val="0"/>
              <w:autoSpaceDN w:val="0"/>
              <w:spacing w:before="98" w:after="0" w:line="281" w:lineRule="auto"/>
              <w:ind w:left="70"/>
              <w:rPr>
                <w:lang w:val="ru-RU"/>
              </w:rPr>
            </w:pP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Математическая информация. Данные о реальных процессах и явлениях окружающего </w:t>
            </w:r>
            <w:r w:rsidRPr="003122E3">
              <w:rPr>
                <w:lang w:val="ru-RU"/>
              </w:rPr>
              <w:br/>
            </w: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мира, представленные в </w:t>
            </w:r>
            <w:r w:rsidRPr="003122E3">
              <w:rPr>
                <w:lang w:val="ru-RU"/>
              </w:rPr>
              <w:br/>
            </w: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таблицах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496093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62" w:lineRule="auto"/>
              <w:ind w:right="720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  <w:tr w:rsidR="00496093">
        <w:trPr>
          <w:trHeight w:hRule="exact" w:val="1818"/>
        </w:trPr>
        <w:tc>
          <w:tcPr>
            <w:tcW w:w="57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108. 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3122E3" w:rsidRDefault="003122E3">
            <w:pPr>
              <w:autoSpaceDE w:val="0"/>
              <w:autoSpaceDN w:val="0"/>
              <w:spacing w:before="98" w:after="0" w:line="281" w:lineRule="auto"/>
              <w:ind w:left="70"/>
              <w:rPr>
                <w:lang w:val="ru-RU"/>
              </w:rPr>
            </w:pP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Математическая информация. Данные о реальных процессах и явлениях окружающего </w:t>
            </w:r>
            <w:r w:rsidRPr="003122E3">
              <w:rPr>
                <w:lang w:val="ru-RU"/>
              </w:rPr>
              <w:br/>
            </w: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мира, представленные в </w:t>
            </w:r>
            <w:r w:rsidRPr="003122E3">
              <w:rPr>
                <w:lang w:val="ru-RU"/>
              </w:rPr>
              <w:br/>
            </w: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текстах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0.25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496093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tabs>
                <w:tab w:val="left" w:pos="154"/>
              </w:tabs>
              <w:autoSpaceDE w:val="0"/>
              <w:autoSpaceDN w:val="0"/>
              <w:spacing w:before="98" w:after="0" w:line="262" w:lineRule="auto"/>
              <w:ind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Практическая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работа;</w:t>
            </w:r>
          </w:p>
        </w:tc>
      </w:tr>
      <w:tr w:rsidR="00496093">
        <w:trPr>
          <w:trHeight w:hRule="exact" w:val="1818"/>
        </w:trPr>
        <w:tc>
          <w:tcPr>
            <w:tcW w:w="57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109. 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3122E3" w:rsidRDefault="003122E3">
            <w:pPr>
              <w:autoSpaceDE w:val="0"/>
              <w:autoSpaceDN w:val="0"/>
              <w:spacing w:before="98" w:after="0" w:line="281" w:lineRule="auto"/>
              <w:ind w:left="70"/>
              <w:rPr>
                <w:lang w:val="ru-RU"/>
              </w:rPr>
            </w:pP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Математическая информация. Сбор математических данных о заданном объекте (числе, величине, геометрической </w:t>
            </w:r>
            <w:r w:rsidRPr="003122E3">
              <w:rPr>
                <w:lang w:val="ru-RU"/>
              </w:rPr>
              <w:br/>
            </w: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фигуре)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496093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62" w:lineRule="auto"/>
              <w:ind w:right="720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  <w:tr w:rsidR="00496093">
        <w:trPr>
          <w:trHeight w:hRule="exact" w:val="1486"/>
        </w:trPr>
        <w:tc>
          <w:tcPr>
            <w:tcW w:w="57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110. 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3122E3" w:rsidRDefault="003122E3">
            <w:pPr>
              <w:autoSpaceDE w:val="0"/>
              <w:autoSpaceDN w:val="0"/>
              <w:spacing w:before="98" w:after="0" w:line="233" w:lineRule="auto"/>
              <w:jc w:val="center"/>
              <w:rPr>
                <w:lang w:val="ru-RU"/>
              </w:rPr>
            </w:pP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Математическая информация.</w:t>
            </w:r>
          </w:p>
          <w:p w:rsidR="00496093" w:rsidRPr="003122E3" w:rsidRDefault="003122E3">
            <w:pPr>
              <w:autoSpaceDE w:val="0"/>
              <w:autoSpaceDN w:val="0"/>
              <w:spacing w:before="68" w:after="0" w:line="271" w:lineRule="auto"/>
              <w:ind w:left="70" w:right="144"/>
              <w:rPr>
                <w:lang w:val="ru-RU"/>
              </w:rPr>
            </w:pP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Поиск информации в </w:t>
            </w:r>
            <w:r w:rsidRPr="003122E3">
              <w:rPr>
                <w:lang w:val="ru-RU"/>
              </w:rPr>
              <w:br/>
            </w: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справочной литературе, сети Интернет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496093">
            <w:pPr>
              <w:autoSpaceDE w:val="0"/>
              <w:autoSpaceDN w:val="0"/>
              <w:spacing w:before="98" w:after="0" w:line="233" w:lineRule="auto"/>
              <w:jc w:val="center"/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62" w:lineRule="auto"/>
              <w:ind w:right="720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  <w:tr w:rsidR="00496093">
        <w:trPr>
          <w:trHeight w:hRule="exact" w:val="1152"/>
        </w:trPr>
        <w:tc>
          <w:tcPr>
            <w:tcW w:w="57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111. 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3122E3" w:rsidRDefault="003122E3">
            <w:pPr>
              <w:autoSpaceDE w:val="0"/>
              <w:autoSpaceDN w:val="0"/>
              <w:spacing w:before="98" w:after="0" w:line="271" w:lineRule="auto"/>
              <w:ind w:left="70"/>
              <w:rPr>
                <w:lang w:val="ru-RU"/>
              </w:rPr>
            </w:pP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Математическая информация. Запись информации в </w:t>
            </w:r>
            <w:r w:rsidRPr="003122E3">
              <w:rPr>
                <w:lang w:val="ru-RU"/>
              </w:rPr>
              <w:br/>
            </w: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предложенной таблице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496093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62" w:lineRule="auto"/>
              <w:ind w:right="720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  <w:tr w:rsidR="00496093">
        <w:trPr>
          <w:trHeight w:hRule="exact" w:val="1154"/>
        </w:trPr>
        <w:tc>
          <w:tcPr>
            <w:tcW w:w="57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112. 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3122E3" w:rsidRDefault="003122E3">
            <w:pPr>
              <w:autoSpaceDE w:val="0"/>
              <w:autoSpaceDN w:val="0"/>
              <w:spacing w:before="98" w:after="0" w:line="271" w:lineRule="auto"/>
              <w:ind w:left="70"/>
              <w:rPr>
                <w:lang w:val="ru-RU"/>
              </w:rPr>
            </w:pP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Математическая информация. Запись информации на </w:t>
            </w:r>
            <w:r w:rsidRPr="003122E3">
              <w:rPr>
                <w:lang w:val="ru-RU"/>
              </w:rPr>
              <w:br/>
            </w: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столбчатой диаграмме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496093">
            <w:pPr>
              <w:autoSpaceDE w:val="0"/>
              <w:autoSpaceDN w:val="0"/>
              <w:spacing w:before="98" w:after="0" w:line="233" w:lineRule="auto"/>
              <w:jc w:val="center"/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62" w:lineRule="auto"/>
              <w:ind w:right="720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  <w:tr w:rsidR="00496093">
        <w:trPr>
          <w:trHeight w:hRule="exact" w:val="2150"/>
        </w:trPr>
        <w:tc>
          <w:tcPr>
            <w:tcW w:w="57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113. 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3122E3" w:rsidRDefault="003122E3">
            <w:pPr>
              <w:autoSpaceDE w:val="0"/>
              <w:autoSpaceDN w:val="0"/>
              <w:spacing w:before="96" w:after="0" w:line="233" w:lineRule="auto"/>
              <w:jc w:val="center"/>
              <w:rPr>
                <w:lang w:val="ru-RU"/>
              </w:rPr>
            </w:pP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Математическая информация.</w:t>
            </w:r>
          </w:p>
          <w:p w:rsidR="00496093" w:rsidRPr="003122E3" w:rsidRDefault="003122E3">
            <w:pPr>
              <w:autoSpaceDE w:val="0"/>
              <w:autoSpaceDN w:val="0"/>
              <w:spacing w:before="70" w:after="0" w:line="281" w:lineRule="auto"/>
              <w:ind w:left="70" w:right="144"/>
              <w:rPr>
                <w:lang w:val="ru-RU"/>
              </w:rPr>
            </w:pP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Доступные электронные </w:t>
            </w:r>
            <w:r w:rsidRPr="003122E3">
              <w:rPr>
                <w:lang w:val="ru-RU"/>
              </w:rPr>
              <w:br/>
            </w: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средства обучения, пособия, их использование под </w:t>
            </w:r>
            <w:r w:rsidRPr="003122E3">
              <w:rPr>
                <w:lang w:val="ru-RU"/>
              </w:rPr>
              <w:br/>
            </w: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руководством педагога и </w:t>
            </w:r>
            <w:r w:rsidRPr="003122E3">
              <w:rPr>
                <w:lang w:val="ru-RU"/>
              </w:rPr>
              <w:br/>
            </w: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самостоятельно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496093">
            <w:pPr>
              <w:autoSpaceDE w:val="0"/>
              <w:autoSpaceDN w:val="0"/>
              <w:spacing w:before="96" w:after="0" w:line="233" w:lineRule="auto"/>
              <w:jc w:val="center"/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62" w:lineRule="auto"/>
              <w:ind w:right="720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  <w:tr w:rsidR="00496093">
        <w:trPr>
          <w:trHeight w:hRule="exact" w:val="1486"/>
        </w:trPr>
        <w:tc>
          <w:tcPr>
            <w:tcW w:w="57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114. 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3122E3" w:rsidRDefault="003122E3">
            <w:pPr>
              <w:autoSpaceDE w:val="0"/>
              <w:autoSpaceDN w:val="0"/>
              <w:spacing w:before="98" w:after="0"/>
              <w:ind w:left="70"/>
              <w:rPr>
                <w:lang w:val="ru-RU"/>
              </w:rPr>
            </w:pP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Математическая информация. Правила безопасной работы с электронными источниками информации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496093">
            <w:pPr>
              <w:autoSpaceDE w:val="0"/>
              <w:autoSpaceDN w:val="0"/>
              <w:spacing w:before="98" w:after="0" w:line="233" w:lineRule="auto"/>
              <w:jc w:val="center"/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62" w:lineRule="auto"/>
              <w:ind w:right="720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  <w:tr w:rsidR="00496093">
        <w:trPr>
          <w:trHeight w:hRule="exact" w:val="1212"/>
        </w:trPr>
        <w:tc>
          <w:tcPr>
            <w:tcW w:w="57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115. 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3122E3" w:rsidRDefault="003122E3">
            <w:pPr>
              <w:autoSpaceDE w:val="0"/>
              <w:autoSpaceDN w:val="0"/>
              <w:spacing w:before="98" w:after="0" w:line="271" w:lineRule="auto"/>
              <w:ind w:left="70"/>
              <w:rPr>
                <w:lang w:val="ru-RU"/>
              </w:rPr>
            </w:pP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Математическая информация. Алгоритмы для решения </w:t>
            </w:r>
            <w:r w:rsidRPr="003122E3">
              <w:rPr>
                <w:lang w:val="ru-RU"/>
              </w:rPr>
              <w:br/>
            </w: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учебных задач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0.25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496093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Тестирование;</w:t>
            </w:r>
          </w:p>
        </w:tc>
      </w:tr>
      <w:tr w:rsidR="00496093">
        <w:trPr>
          <w:trHeight w:hRule="exact" w:val="1134"/>
        </w:trPr>
        <w:tc>
          <w:tcPr>
            <w:tcW w:w="57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116. 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3122E3" w:rsidRDefault="003122E3">
            <w:pPr>
              <w:autoSpaceDE w:val="0"/>
              <w:autoSpaceDN w:val="0"/>
              <w:spacing w:before="98" w:after="0" w:line="271" w:lineRule="auto"/>
              <w:ind w:left="70"/>
              <w:rPr>
                <w:lang w:val="ru-RU"/>
              </w:rPr>
            </w:pP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Математическая информация. Алгоритмы для решения </w:t>
            </w:r>
            <w:r w:rsidRPr="003122E3">
              <w:rPr>
                <w:lang w:val="ru-RU"/>
              </w:rPr>
              <w:br/>
            </w: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практических задач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496093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tabs>
                <w:tab w:val="left" w:pos="154"/>
              </w:tabs>
              <w:autoSpaceDE w:val="0"/>
              <w:autoSpaceDN w:val="0"/>
              <w:spacing w:before="98" w:after="0" w:line="262" w:lineRule="auto"/>
              <w:ind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Контрольная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работа;</w:t>
            </w:r>
          </w:p>
        </w:tc>
      </w:tr>
    </w:tbl>
    <w:p w:rsidR="00496093" w:rsidRDefault="00496093">
      <w:pPr>
        <w:autoSpaceDE w:val="0"/>
        <w:autoSpaceDN w:val="0"/>
        <w:spacing w:after="0" w:line="14" w:lineRule="exact"/>
      </w:pPr>
    </w:p>
    <w:p w:rsidR="00496093" w:rsidRDefault="00496093">
      <w:pPr>
        <w:sectPr w:rsidR="00496093">
          <w:pgSz w:w="11900" w:h="16840"/>
          <w:pgMar w:top="284" w:right="556" w:bottom="504" w:left="664" w:header="720" w:footer="720" w:gutter="0"/>
          <w:cols w:space="720" w:equalWidth="0">
            <w:col w:w="10680" w:space="0"/>
          </w:cols>
          <w:docGrid w:linePitch="360"/>
        </w:sectPr>
      </w:pPr>
    </w:p>
    <w:p w:rsidR="00496093" w:rsidRDefault="00496093">
      <w:pPr>
        <w:autoSpaceDE w:val="0"/>
        <w:autoSpaceDN w:val="0"/>
        <w:spacing w:after="66" w:line="220" w:lineRule="exact"/>
      </w:pPr>
    </w:p>
    <w:tbl>
      <w:tblPr>
        <w:tblW w:w="0" w:type="auto"/>
        <w:tblInd w:w="5" w:type="dxa"/>
        <w:tblLayout w:type="fixed"/>
        <w:tblLook w:val="04A0"/>
      </w:tblPr>
      <w:tblGrid>
        <w:gridCol w:w="572"/>
        <w:gridCol w:w="3244"/>
        <w:gridCol w:w="724"/>
        <w:gridCol w:w="1606"/>
        <w:gridCol w:w="1652"/>
        <w:gridCol w:w="1222"/>
        <w:gridCol w:w="1630"/>
      </w:tblGrid>
      <w:tr w:rsidR="00496093">
        <w:trPr>
          <w:trHeight w:hRule="exact" w:val="820"/>
        </w:trPr>
        <w:tc>
          <w:tcPr>
            <w:tcW w:w="57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117. 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62" w:lineRule="auto"/>
              <w:ind w:left="70" w:right="144"/>
            </w:pP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Резерв. Числа. Числа от 1 до 1000000.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496093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62" w:lineRule="auto"/>
              <w:ind w:right="720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  <w:tr w:rsidR="00496093">
        <w:trPr>
          <w:trHeight w:hRule="exact" w:val="820"/>
        </w:trPr>
        <w:tc>
          <w:tcPr>
            <w:tcW w:w="57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118. 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tabs>
                <w:tab w:val="left" w:pos="570"/>
              </w:tabs>
              <w:autoSpaceDE w:val="0"/>
              <w:autoSpaceDN w:val="0"/>
              <w:spacing w:before="98" w:after="0" w:line="262" w:lineRule="auto"/>
              <w:ind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118. Резерв. Числа. Итоговое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496093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tabs>
                <w:tab w:val="left" w:pos="154"/>
              </w:tabs>
              <w:autoSpaceDE w:val="0"/>
              <w:autoSpaceDN w:val="0"/>
              <w:spacing w:before="98" w:after="0" w:line="262" w:lineRule="auto"/>
              <w:ind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Письменный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496093">
        <w:trPr>
          <w:trHeight w:hRule="exact" w:val="820"/>
        </w:trPr>
        <w:tc>
          <w:tcPr>
            <w:tcW w:w="57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119. 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tabs>
                <w:tab w:val="left" w:pos="570"/>
              </w:tabs>
              <w:autoSpaceDE w:val="0"/>
              <w:autoSpaceDN w:val="0"/>
              <w:spacing w:before="98" w:after="0" w:line="262" w:lineRule="auto"/>
              <w:ind w:right="115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119. Резерв. Величины.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496093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62" w:lineRule="auto"/>
              <w:ind w:right="720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  <w:tr w:rsidR="00496093">
        <w:trPr>
          <w:trHeight w:hRule="exact" w:val="820"/>
        </w:trPr>
        <w:tc>
          <w:tcPr>
            <w:tcW w:w="57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120. 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62" w:lineRule="auto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Резерв. Величины. Итоговое повторение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496093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tabs>
                <w:tab w:val="left" w:pos="154"/>
              </w:tabs>
              <w:autoSpaceDE w:val="0"/>
              <w:autoSpaceDN w:val="0"/>
              <w:spacing w:before="98" w:after="0" w:line="262" w:lineRule="auto"/>
              <w:ind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Письменный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496093">
        <w:trPr>
          <w:trHeight w:hRule="exact" w:val="1486"/>
        </w:trPr>
        <w:tc>
          <w:tcPr>
            <w:tcW w:w="57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121. 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71" w:lineRule="auto"/>
              <w:ind w:left="570" w:right="144" w:hanging="570"/>
            </w:pP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121. Резерв. Арифметические </w:t>
            </w:r>
            <w:r w:rsidRPr="003122E3">
              <w:rPr>
                <w:lang w:val="ru-RU"/>
              </w:rPr>
              <w:br/>
            </w: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действия. Числа от 1 до 1000.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Сложение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 Вычитание.</w:t>
            </w:r>
          </w:p>
          <w:p w:rsidR="00496093" w:rsidRDefault="003122E3">
            <w:pPr>
              <w:autoSpaceDE w:val="0"/>
              <w:autoSpaceDN w:val="0"/>
              <w:spacing w:before="70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496093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62" w:lineRule="auto"/>
              <w:ind w:right="720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  <w:tr w:rsidR="00496093">
        <w:trPr>
          <w:trHeight w:hRule="exact" w:val="1486"/>
        </w:trPr>
        <w:tc>
          <w:tcPr>
            <w:tcW w:w="57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122. 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3122E3" w:rsidRDefault="003122E3">
            <w:pPr>
              <w:tabs>
                <w:tab w:val="left" w:pos="570"/>
              </w:tabs>
              <w:autoSpaceDE w:val="0"/>
              <w:autoSpaceDN w:val="0"/>
              <w:spacing w:before="96" w:after="0" w:line="262" w:lineRule="auto"/>
              <w:ind w:right="144"/>
              <w:rPr>
                <w:lang w:val="ru-RU"/>
              </w:rPr>
            </w:pP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122. Резерв. Арифметические </w:t>
            </w:r>
            <w:r w:rsidRPr="003122E3">
              <w:rPr>
                <w:lang w:val="ru-RU"/>
              </w:rPr>
              <w:br/>
            </w:r>
            <w:r w:rsidRPr="003122E3">
              <w:rPr>
                <w:lang w:val="ru-RU"/>
              </w:rPr>
              <w:tab/>
            </w: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действия. Числа от 1 до 1000.</w:t>
            </w:r>
          </w:p>
          <w:p w:rsidR="00496093" w:rsidRDefault="003122E3">
            <w:pPr>
              <w:autoSpaceDE w:val="0"/>
              <w:autoSpaceDN w:val="0"/>
              <w:spacing w:before="70" w:after="0" w:line="262" w:lineRule="auto"/>
              <w:ind w:left="70" w:right="86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Умножение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 Деление Повторение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496093">
            <w:pPr>
              <w:autoSpaceDE w:val="0"/>
              <w:autoSpaceDN w:val="0"/>
              <w:spacing w:before="96" w:after="0" w:line="233" w:lineRule="auto"/>
              <w:jc w:val="center"/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62" w:lineRule="auto"/>
              <w:ind w:right="720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  <w:tr w:rsidR="00496093">
        <w:trPr>
          <w:trHeight w:hRule="exact" w:val="1484"/>
        </w:trPr>
        <w:tc>
          <w:tcPr>
            <w:tcW w:w="57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123. 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71" w:lineRule="auto"/>
              <w:ind w:left="570" w:right="144" w:hanging="570"/>
            </w:pP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123. Резерв. Арифметические </w:t>
            </w:r>
            <w:r w:rsidRPr="003122E3">
              <w:rPr>
                <w:lang w:val="ru-RU"/>
              </w:rPr>
              <w:br/>
            </w: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действия. Числа от 1 до 1000.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Деление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остатком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  <w:p w:rsidR="00496093" w:rsidRDefault="003122E3">
            <w:pPr>
              <w:autoSpaceDE w:val="0"/>
              <w:autoSpaceDN w:val="0"/>
              <w:spacing w:before="70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496093">
            <w:pPr>
              <w:autoSpaceDE w:val="0"/>
              <w:autoSpaceDN w:val="0"/>
              <w:spacing w:before="98" w:after="0" w:line="233" w:lineRule="auto"/>
              <w:jc w:val="center"/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tabs>
                <w:tab w:val="left" w:pos="154"/>
              </w:tabs>
              <w:autoSpaceDE w:val="0"/>
              <w:autoSpaceDN w:val="0"/>
              <w:spacing w:before="98" w:after="0" w:line="262" w:lineRule="auto"/>
              <w:ind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Письменный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496093">
        <w:trPr>
          <w:trHeight w:hRule="exact" w:val="1154"/>
        </w:trPr>
        <w:tc>
          <w:tcPr>
            <w:tcW w:w="57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124. 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3122E3" w:rsidRDefault="003122E3">
            <w:pPr>
              <w:autoSpaceDE w:val="0"/>
              <w:autoSpaceDN w:val="0"/>
              <w:spacing w:before="98" w:after="0" w:line="271" w:lineRule="auto"/>
              <w:ind w:left="570" w:right="576" w:hanging="570"/>
              <w:rPr>
                <w:lang w:val="ru-RU"/>
              </w:rPr>
            </w:pP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124. Резерв. Арифметические действия. Числовые </w:t>
            </w:r>
            <w:r w:rsidRPr="003122E3">
              <w:rPr>
                <w:lang w:val="ru-RU"/>
              </w:rPr>
              <w:br/>
            </w: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выражения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496093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62" w:lineRule="auto"/>
              <w:ind w:right="720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  <w:tr w:rsidR="00496093">
        <w:trPr>
          <w:trHeight w:hRule="exact" w:val="1152"/>
        </w:trPr>
        <w:tc>
          <w:tcPr>
            <w:tcW w:w="57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125. 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3122E3" w:rsidRDefault="003122E3">
            <w:pPr>
              <w:autoSpaceDE w:val="0"/>
              <w:autoSpaceDN w:val="0"/>
              <w:spacing w:before="96" w:after="0" w:line="271" w:lineRule="auto"/>
              <w:ind w:left="570" w:right="432" w:hanging="570"/>
              <w:rPr>
                <w:lang w:val="ru-RU"/>
              </w:rPr>
            </w:pP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125. Резерв. Арифметические действия. Свойства </w:t>
            </w:r>
            <w:r w:rsidRPr="003122E3">
              <w:rPr>
                <w:lang w:val="ru-RU"/>
              </w:rPr>
              <w:br/>
            </w: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арифметических действий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496093">
            <w:pPr>
              <w:autoSpaceDE w:val="0"/>
              <w:autoSpaceDN w:val="0"/>
              <w:spacing w:before="96" w:after="0" w:line="233" w:lineRule="auto"/>
              <w:jc w:val="center"/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62" w:lineRule="auto"/>
              <w:ind w:right="720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  <w:tr w:rsidR="00496093">
        <w:trPr>
          <w:trHeight w:hRule="exact" w:val="1152"/>
        </w:trPr>
        <w:tc>
          <w:tcPr>
            <w:tcW w:w="57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126. 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3122E3" w:rsidRDefault="003122E3">
            <w:pPr>
              <w:autoSpaceDE w:val="0"/>
              <w:autoSpaceDN w:val="0"/>
              <w:spacing w:before="98" w:after="0" w:line="271" w:lineRule="auto"/>
              <w:ind w:left="570" w:right="576" w:hanging="570"/>
              <w:rPr>
                <w:lang w:val="ru-RU"/>
              </w:rPr>
            </w:pP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126. Резерв. Арифметические действия. Итоговое </w:t>
            </w:r>
            <w:r w:rsidRPr="003122E3">
              <w:rPr>
                <w:lang w:val="ru-RU"/>
              </w:rPr>
              <w:br/>
            </w: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повторение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496093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Тестирование;</w:t>
            </w:r>
          </w:p>
        </w:tc>
      </w:tr>
      <w:tr w:rsidR="00496093">
        <w:trPr>
          <w:trHeight w:hRule="exact" w:val="1154"/>
        </w:trPr>
        <w:tc>
          <w:tcPr>
            <w:tcW w:w="57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127. 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3122E3" w:rsidRDefault="003122E3">
            <w:pPr>
              <w:tabs>
                <w:tab w:val="left" w:pos="570"/>
              </w:tabs>
              <w:autoSpaceDE w:val="0"/>
              <w:autoSpaceDN w:val="0"/>
              <w:spacing w:before="98" w:after="0" w:line="262" w:lineRule="auto"/>
              <w:ind w:right="432"/>
              <w:rPr>
                <w:lang w:val="ru-RU"/>
              </w:rPr>
            </w:pP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127. Резерв. Текстовые задачи. </w:t>
            </w:r>
            <w:r w:rsidRPr="003122E3">
              <w:rPr>
                <w:lang w:val="ru-RU"/>
              </w:rPr>
              <w:tab/>
            </w: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Задачи в 2-3 действия.</w:t>
            </w:r>
          </w:p>
          <w:p w:rsidR="00496093" w:rsidRDefault="003122E3">
            <w:pPr>
              <w:autoSpaceDE w:val="0"/>
              <w:autoSpaceDN w:val="0"/>
              <w:spacing w:before="70" w:after="0" w:line="230" w:lineRule="auto"/>
              <w:ind w:left="70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496093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tabs>
                <w:tab w:val="left" w:pos="154"/>
              </w:tabs>
              <w:autoSpaceDE w:val="0"/>
              <w:autoSpaceDN w:val="0"/>
              <w:spacing w:before="98" w:after="0" w:line="262" w:lineRule="auto"/>
              <w:ind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Письменный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496093">
        <w:trPr>
          <w:trHeight w:hRule="exact" w:val="1390"/>
        </w:trPr>
        <w:tc>
          <w:tcPr>
            <w:tcW w:w="57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128. 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3122E3" w:rsidRDefault="003122E3">
            <w:pPr>
              <w:tabs>
                <w:tab w:val="left" w:pos="570"/>
              </w:tabs>
              <w:autoSpaceDE w:val="0"/>
              <w:autoSpaceDN w:val="0"/>
              <w:spacing w:before="96" w:after="0" w:line="262" w:lineRule="auto"/>
              <w:ind w:right="432"/>
              <w:rPr>
                <w:lang w:val="ru-RU"/>
              </w:rPr>
            </w:pP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128. Резерв. Текстовые задачи. </w:t>
            </w:r>
            <w:r w:rsidRPr="003122E3">
              <w:rPr>
                <w:lang w:val="ru-RU"/>
              </w:rPr>
              <w:tab/>
            </w: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Задачи на зависимости.</w:t>
            </w:r>
          </w:p>
          <w:p w:rsidR="00496093" w:rsidRDefault="003122E3">
            <w:pPr>
              <w:autoSpaceDE w:val="0"/>
              <w:autoSpaceDN w:val="0"/>
              <w:spacing w:before="70" w:after="0" w:line="233" w:lineRule="auto"/>
              <w:ind w:left="70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496093">
            <w:pPr>
              <w:autoSpaceDE w:val="0"/>
              <w:autoSpaceDN w:val="0"/>
              <w:spacing w:before="96" w:after="0" w:line="233" w:lineRule="auto"/>
              <w:jc w:val="center"/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62" w:lineRule="auto"/>
              <w:ind w:right="720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  <w:tr w:rsidR="00496093">
        <w:trPr>
          <w:trHeight w:hRule="exact" w:val="1132"/>
        </w:trPr>
        <w:tc>
          <w:tcPr>
            <w:tcW w:w="57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129. 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3122E3" w:rsidRDefault="003122E3">
            <w:pPr>
              <w:autoSpaceDE w:val="0"/>
              <w:autoSpaceDN w:val="0"/>
              <w:spacing w:before="96" w:after="0" w:line="262" w:lineRule="auto"/>
              <w:ind w:right="432"/>
              <w:jc w:val="center"/>
              <w:rPr>
                <w:lang w:val="ru-RU"/>
              </w:rPr>
            </w:pP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129. Резерв. Текстовые задачи. Задачи на движение.</w:t>
            </w:r>
          </w:p>
          <w:p w:rsidR="00496093" w:rsidRDefault="003122E3">
            <w:pPr>
              <w:autoSpaceDE w:val="0"/>
              <w:autoSpaceDN w:val="0"/>
              <w:spacing w:before="70" w:after="0" w:line="233" w:lineRule="auto"/>
              <w:ind w:left="70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496093">
            <w:pPr>
              <w:autoSpaceDE w:val="0"/>
              <w:autoSpaceDN w:val="0"/>
              <w:spacing w:before="96" w:after="0" w:line="233" w:lineRule="auto"/>
              <w:jc w:val="center"/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62" w:lineRule="auto"/>
              <w:ind w:right="720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</w:tbl>
    <w:p w:rsidR="00496093" w:rsidRDefault="00496093">
      <w:pPr>
        <w:autoSpaceDE w:val="0"/>
        <w:autoSpaceDN w:val="0"/>
        <w:spacing w:after="0" w:line="14" w:lineRule="exact"/>
      </w:pPr>
    </w:p>
    <w:p w:rsidR="00496093" w:rsidRDefault="00496093">
      <w:pPr>
        <w:sectPr w:rsidR="00496093">
          <w:pgSz w:w="11900" w:h="16840"/>
          <w:pgMar w:top="284" w:right="556" w:bottom="684" w:left="664" w:header="720" w:footer="720" w:gutter="0"/>
          <w:cols w:space="720" w:equalWidth="0">
            <w:col w:w="10680" w:space="0"/>
          </w:cols>
          <w:docGrid w:linePitch="360"/>
        </w:sectPr>
      </w:pPr>
    </w:p>
    <w:p w:rsidR="00496093" w:rsidRDefault="00496093">
      <w:pPr>
        <w:autoSpaceDE w:val="0"/>
        <w:autoSpaceDN w:val="0"/>
        <w:spacing w:after="66" w:line="220" w:lineRule="exact"/>
      </w:pPr>
    </w:p>
    <w:tbl>
      <w:tblPr>
        <w:tblW w:w="0" w:type="auto"/>
        <w:tblInd w:w="5" w:type="dxa"/>
        <w:tblLayout w:type="fixed"/>
        <w:tblLook w:val="04A0"/>
      </w:tblPr>
      <w:tblGrid>
        <w:gridCol w:w="572"/>
        <w:gridCol w:w="3244"/>
        <w:gridCol w:w="724"/>
        <w:gridCol w:w="1606"/>
        <w:gridCol w:w="1652"/>
        <w:gridCol w:w="1222"/>
        <w:gridCol w:w="1630"/>
      </w:tblGrid>
      <w:tr w:rsidR="00496093">
        <w:trPr>
          <w:trHeight w:hRule="exact" w:val="820"/>
        </w:trPr>
        <w:tc>
          <w:tcPr>
            <w:tcW w:w="57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130. 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3122E3" w:rsidRDefault="003122E3">
            <w:pPr>
              <w:tabs>
                <w:tab w:val="left" w:pos="570"/>
              </w:tabs>
              <w:autoSpaceDE w:val="0"/>
              <w:autoSpaceDN w:val="0"/>
              <w:spacing w:before="98" w:after="0" w:line="262" w:lineRule="auto"/>
              <w:ind w:right="432"/>
              <w:rPr>
                <w:lang w:val="ru-RU"/>
              </w:rPr>
            </w:pP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130. Резерв. Текстовые задачи. </w:t>
            </w:r>
            <w:r w:rsidRPr="003122E3">
              <w:rPr>
                <w:lang w:val="ru-RU"/>
              </w:rPr>
              <w:tab/>
            </w: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Итоговое повторение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496093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62" w:lineRule="auto"/>
              <w:ind w:right="720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  <w:tr w:rsidR="00496093">
        <w:trPr>
          <w:trHeight w:hRule="exact" w:val="1486"/>
        </w:trPr>
        <w:tc>
          <w:tcPr>
            <w:tcW w:w="57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131. 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/>
              <w:ind w:left="70" w:right="144"/>
            </w:pP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Резерв. Пространственные отношения и геометрические фигуры.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Геометрические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фигуры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 Повторение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496093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tabs>
                <w:tab w:val="left" w:pos="154"/>
              </w:tabs>
              <w:autoSpaceDE w:val="0"/>
              <w:autoSpaceDN w:val="0"/>
              <w:spacing w:before="98" w:after="0" w:line="262" w:lineRule="auto"/>
              <w:ind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Письменный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496093">
        <w:trPr>
          <w:trHeight w:hRule="exact" w:val="1484"/>
        </w:trPr>
        <w:tc>
          <w:tcPr>
            <w:tcW w:w="57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132. 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71" w:lineRule="auto"/>
              <w:ind w:left="70" w:right="144"/>
            </w:pP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Резерв. Пространственные отношения и геометрические фигуры.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Периметр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 Площадь.</w:t>
            </w:r>
          </w:p>
          <w:p w:rsidR="00496093" w:rsidRDefault="003122E3">
            <w:pPr>
              <w:autoSpaceDE w:val="0"/>
              <w:autoSpaceDN w:val="0"/>
              <w:spacing w:before="68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496093">
            <w:pPr>
              <w:autoSpaceDE w:val="0"/>
              <w:autoSpaceDN w:val="0"/>
              <w:spacing w:before="96" w:after="0" w:line="233" w:lineRule="auto"/>
              <w:jc w:val="center"/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62" w:lineRule="auto"/>
              <w:ind w:right="720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  <w:tr w:rsidR="00496093">
        <w:trPr>
          <w:trHeight w:hRule="exact" w:val="1154"/>
        </w:trPr>
        <w:tc>
          <w:tcPr>
            <w:tcW w:w="57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133. 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71" w:lineRule="auto"/>
              <w:ind w:left="70"/>
            </w:pP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Резерв. Пространственные </w:t>
            </w:r>
            <w:r w:rsidRPr="003122E3">
              <w:rPr>
                <w:lang w:val="ru-RU"/>
              </w:rPr>
              <w:br/>
            </w: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отношения и геометрические фигуры.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496093">
            <w:pPr>
              <w:autoSpaceDE w:val="0"/>
              <w:autoSpaceDN w:val="0"/>
              <w:spacing w:before="98" w:after="0" w:line="233" w:lineRule="auto"/>
              <w:jc w:val="center"/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62" w:lineRule="auto"/>
              <w:ind w:right="720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  <w:tr w:rsidR="00496093">
        <w:trPr>
          <w:trHeight w:hRule="exact" w:val="1818"/>
        </w:trPr>
        <w:tc>
          <w:tcPr>
            <w:tcW w:w="57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134. 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3122E3" w:rsidRDefault="003122E3">
            <w:pPr>
              <w:autoSpaceDE w:val="0"/>
              <w:autoSpaceDN w:val="0"/>
              <w:spacing w:before="96" w:after="0"/>
              <w:ind w:left="570" w:hanging="570"/>
              <w:rPr>
                <w:lang w:val="ru-RU"/>
              </w:rPr>
            </w:pP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134. Резерв. Математическая </w:t>
            </w:r>
            <w:r w:rsidRPr="003122E3">
              <w:rPr>
                <w:lang w:val="ru-RU"/>
              </w:rPr>
              <w:br/>
            </w: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информация. Работа с </w:t>
            </w:r>
            <w:r w:rsidRPr="003122E3">
              <w:rPr>
                <w:lang w:val="ru-RU"/>
              </w:rPr>
              <w:br/>
            </w: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утверждениями, </w:t>
            </w:r>
            <w:proofErr w:type="gramStart"/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логическими рассуждениями</w:t>
            </w:r>
            <w:proofErr w:type="gramEnd"/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, алгоритмами.</w:t>
            </w:r>
          </w:p>
          <w:p w:rsidR="00496093" w:rsidRDefault="003122E3">
            <w:pPr>
              <w:autoSpaceDE w:val="0"/>
              <w:autoSpaceDN w:val="0"/>
              <w:spacing w:before="70" w:after="0" w:line="233" w:lineRule="auto"/>
              <w:ind w:left="70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496093">
            <w:pPr>
              <w:autoSpaceDE w:val="0"/>
              <w:autoSpaceDN w:val="0"/>
              <w:spacing w:before="96" w:after="0" w:line="233" w:lineRule="auto"/>
              <w:jc w:val="center"/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33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Тестирование;</w:t>
            </w:r>
          </w:p>
        </w:tc>
      </w:tr>
      <w:tr w:rsidR="00496093" w:rsidTr="00475AC9">
        <w:trPr>
          <w:trHeight w:hRule="exact" w:val="1750"/>
        </w:trPr>
        <w:tc>
          <w:tcPr>
            <w:tcW w:w="57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135. 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3122E3" w:rsidRDefault="003122E3">
            <w:pPr>
              <w:autoSpaceDE w:val="0"/>
              <w:autoSpaceDN w:val="0"/>
              <w:spacing w:before="98" w:after="0" w:line="271" w:lineRule="auto"/>
              <w:ind w:left="570" w:right="432" w:hanging="570"/>
              <w:rPr>
                <w:lang w:val="ru-RU"/>
              </w:rPr>
            </w:pP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135. Резерв. Математическая информация. Работа с </w:t>
            </w:r>
            <w:r w:rsidRPr="003122E3">
              <w:rPr>
                <w:lang w:val="ru-RU"/>
              </w:rPr>
              <w:br/>
            </w: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таблицами, диаграммами.</w:t>
            </w:r>
          </w:p>
          <w:p w:rsidR="00496093" w:rsidRDefault="003122E3">
            <w:pPr>
              <w:autoSpaceDE w:val="0"/>
              <w:autoSpaceDN w:val="0"/>
              <w:spacing w:before="70" w:after="0" w:line="230" w:lineRule="auto"/>
              <w:ind w:left="70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496093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62" w:lineRule="auto"/>
              <w:ind w:right="720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  <w:tr w:rsidR="00496093" w:rsidTr="00475AC9">
        <w:trPr>
          <w:trHeight w:hRule="exact" w:val="1691"/>
        </w:trPr>
        <w:tc>
          <w:tcPr>
            <w:tcW w:w="57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136. 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3122E3" w:rsidRDefault="003122E3">
            <w:pPr>
              <w:autoSpaceDE w:val="0"/>
              <w:autoSpaceDN w:val="0"/>
              <w:spacing w:before="96" w:after="0" w:line="271" w:lineRule="auto"/>
              <w:ind w:left="570" w:right="576" w:hanging="570"/>
              <w:rPr>
                <w:lang w:val="ru-RU"/>
              </w:rPr>
            </w:pP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136. Резерв. Математическая информация. Итоговое повторение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6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496093">
            <w:pPr>
              <w:autoSpaceDE w:val="0"/>
              <w:autoSpaceDN w:val="0"/>
              <w:spacing w:before="96" w:after="0" w:line="233" w:lineRule="auto"/>
              <w:jc w:val="center"/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tabs>
                <w:tab w:val="left" w:pos="154"/>
              </w:tabs>
              <w:autoSpaceDE w:val="0"/>
              <w:autoSpaceDN w:val="0"/>
              <w:spacing w:before="96" w:after="0" w:line="262" w:lineRule="auto"/>
              <w:ind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Письменный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496093">
        <w:trPr>
          <w:trHeight w:hRule="exact" w:val="800"/>
        </w:trPr>
        <w:tc>
          <w:tcPr>
            <w:tcW w:w="3816" w:type="dxa"/>
            <w:gridSpan w:val="2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Pr="003122E3" w:rsidRDefault="003122E3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3122E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04" w:type="dxa"/>
            <w:gridSpan w:val="3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6093" w:rsidRDefault="003122E3">
            <w:pPr>
              <w:autoSpaceDE w:val="0"/>
              <w:autoSpaceDN w:val="0"/>
              <w:spacing w:before="9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9.5</w:t>
            </w:r>
          </w:p>
        </w:tc>
      </w:tr>
    </w:tbl>
    <w:p w:rsidR="00496093" w:rsidRDefault="00496093">
      <w:pPr>
        <w:autoSpaceDE w:val="0"/>
        <w:autoSpaceDN w:val="0"/>
        <w:spacing w:after="0" w:line="14" w:lineRule="exact"/>
      </w:pPr>
    </w:p>
    <w:p w:rsidR="00496093" w:rsidRDefault="00496093">
      <w:pPr>
        <w:sectPr w:rsidR="00496093">
          <w:pgSz w:w="11900" w:h="16840"/>
          <w:pgMar w:top="284" w:right="556" w:bottom="1440" w:left="664" w:header="720" w:footer="720" w:gutter="0"/>
          <w:cols w:space="720" w:equalWidth="0">
            <w:col w:w="10680" w:space="0"/>
          </w:cols>
          <w:docGrid w:linePitch="360"/>
        </w:sectPr>
      </w:pPr>
    </w:p>
    <w:p w:rsidR="00496093" w:rsidRDefault="00496093">
      <w:pPr>
        <w:autoSpaceDE w:val="0"/>
        <w:autoSpaceDN w:val="0"/>
        <w:spacing w:after="78" w:line="220" w:lineRule="exact"/>
      </w:pPr>
    </w:p>
    <w:p w:rsidR="00496093" w:rsidRDefault="003122E3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УЧЕБНО-МЕТОДИЧЕСКОЕ ОБЕСПЕЧЕНИЕ ОБРАЗОВАТЕЛЬНОГО ПРОЦЕССА </w:t>
      </w:r>
    </w:p>
    <w:p w:rsidR="00496093" w:rsidRDefault="003122E3">
      <w:pPr>
        <w:autoSpaceDE w:val="0"/>
        <w:autoSpaceDN w:val="0"/>
        <w:spacing w:before="346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ОБЯЗАТЕЛЬНЫЕ УЧЕБНЫЕ МАТЕРИАЛЫ ДЛЯ УЧЕНИКА</w:t>
      </w:r>
    </w:p>
    <w:p w:rsidR="00496093" w:rsidRPr="003122E3" w:rsidRDefault="003122E3">
      <w:pPr>
        <w:autoSpaceDE w:val="0"/>
        <w:autoSpaceDN w:val="0"/>
        <w:spacing w:before="166" w:after="0" w:line="271" w:lineRule="auto"/>
        <w:ind w:right="144"/>
        <w:rPr>
          <w:lang w:val="ru-RU"/>
        </w:rPr>
      </w:pPr>
      <w:r w:rsidRPr="003122E3">
        <w:rPr>
          <w:rFonts w:ascii="Times New Roman" w:eastAsia="Times New Roman" w:hAnsi="Times New Roman"/>
          <w:color w:val="000000"/>
          <w:sz w:val="24"/>
          <w:lang w:val="ru-RU"/>
        </w:rPr>
        <w:t xml:space="preserve">Математика (в 2 частях), 4 класс /Моро М.И., </w:t>
      </w:r>
      <w:proofErr w:type="spellStart"/>
      <w:r w:rsidRPr="003122E3">
        <w:rPr>
          <w:rFonts w:ascii="Times New Roman" w:eastAsia="Times New Roman" w:hAnsi="Times New Roman"/>
          <w:color w:val="000000"/>
          <w:sz w:val="24"/>
          <w:lang w:val="ru-RU"/>
        </w:rPr>
        <w:t>Бантова</w:t>
      </w:r>
      <w:proofErr w:type="spellEnd"/>
      <w:r w:rsidRPr="003122E3">
        <w:rPr>
          <w:rFonts w:ascii="Times New Roman" w:eastAsia="Times New Roman" w:hAnsi="Times New Roman"/>
          <w:color w:val="000000"/>
          <w:sz w:val="24"/>
          <w:lang w:val="ru-RU"/>
        </w:rPr>
        <w:t xml:space="preserve"> М.А., </w:t>
      </w:r>
      <w:proofErr w:type="spellStart"/>
      <w:r w:rsidRPr="003122E3">
        <w:rPr>
          <w:rFonts w:ascii="Times New Roman" w:eastAsia="Times New Roman" w:hAnsi="Times New Roman"/>
          <w:color w:val="000000"/>
          <w:sz w:val="24"/>
          <w:lang w:val="ru-RU"/>
        </w:rPr>
        <w:t>Бельтюкова</w:t>
      </w:r>
      <w:proofErr w:type="spellEnd"/>
      <w:r w:rsidRPr="003122E3">
        <w:rPr>
          <w:rFonts w:ascii="Times New Roman" w:eastAsia="Times New Roman" w:hAnsi="Times New Roman"/>
          <w:color w:val="000000"/>
          <w:sz w:val="24"/>
          <w:lang w:val="ru-RU"/>
        </w:rPr>
        <w:t xml:space="preserve"> Г.В. и другие, Акционерное общество «Издательство «Просвещение»; </w:t>
      </w:r>
      <w:r w:rsidRPr="003122E3">
        <w:rPr>
          <w:lang w:val="ru-RU"/>
        </w:rPr>
        <w:br/>
      </w:r>
      <w:r w:rsidRPr="003122E3">
        <w:rPr>
          <w:rFonts w:ascii="Times New Roman" w:eastAsia="Times New Roman" w:hAnsi="Times New Roman"/>
          <w:color w:val="000000"/>
          <w:sz w:val="24"/>
          <w:lang w:val="ru-RU"/>
        </w:rPr>
        <w:t>Введите свой вариант:</w:t>
      </w:r>
    </w:p>
    <w:p w:rsidR="00496093" w:rsidRPr="003122E3" w:rsidRDefault="003122E3">
      <w:pPr>
        <w:autoSpaceDE w:val="0"/>
        <w:autoSpaceDN w:val="0"/>
        <w:spacing w:before="262" w:after="0" w:line="230" w:lineRule="auto"/>
        <w:rPr>
          <w:lang w:val="ru-RU"/>
        </w:rPr>
      </w:pPr>
      <w:r w:rsidRPr="003122E3">
        <w:rPr>
          <w:rFonts w:ascii="Times New Roman" w:eastAsia="Times New Roman" w:hAnsi="Times New Roman"/>
          <w:b/>
          <w:color w:val="000000"/>
          <w:sz w:val="24"/>
          <w:lang w:val="ru-RU"/>
        </w:rPr>
        <w:t>МЕТОДИЧЕСКИЕ МАТЕРИАЛЫ ДЛЯ УЧИТЕЛЯ</w:t>
      </w:r>
    </w:p>
    <w:p w:rsidR="00496093" w:rsidRPr="003122E3" w:rsidRDefault="003122E3">
      <w:pPr>
        <w:autoSpaceDE w:val="0"/>
        <w:autoSpaceDN w:val="0"/>
        <w:spacing w:before="166" w:after="0" w:line="230" w:lineRule="auto"/>
        <w:rPr>
          <w:lang w:val="ru-RU"/>
        </w:rPr>
      </w:pPr>
      <w:r w:rsidRPr="003122E3">
        <w:rPr>
          <w:rFonts w:ascii="Times New Roman" w:eastAsia="Times New Roman" w:hAnsi="Times New Roman"/>
          <w:color w:val="000000"/>
          <w:sz w:val="24"/>
          <w:lang w:val="ru-RU"/>
        </w:rPr>
        <w:t>Поурочное планирование по математике 4 класс</w:t>
      </w:r>
    </w:p>
    <w:p w:rsidR="00496093" w:rsidRPr="003122E3" w:rsidRDefault="003122E3">
      <w:pPr>
        <w:autoSpaceDE w:val="0"/>
        <w:autoSpaceDN w:val="0"/>
        <w:spacing w:before="264" w:after="0" w:line="230" w:lineRule="auto"/>
        <w:rPr>
          <w:lang w:val="ru-RU"/>
        </w:rPr>
      </w:pPr>
      <w:r w:rsidRPr="003122E3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:rsidR="00496093" w:rsidRDefault="003122E3">
      <w:pPr>
        <w:autoSpaceDE w:val="0"/>
        <w:autoSpaceDN w:val="0"/>
        <w:spacing w:before="168" w:after="0"/>
        <w:ind w:right="5760"/>
        <w:rPr>
          <w:rFonts w:ascii="Times New Roman" w:eastAsia="Times New Roman" w:hAnsi="Times New Roman"/>
          <w:color w:val="000000"/>
          <w:sz w:val="24"/>
          <w:lang w:val="ru-RU"/>
        </w:rPr>
      </w:pPr>
      <w:r w:rsidRPr="003122E3">
        <w:rPr>
          <w:rFonts w:ascii="Times New Roman" w:eastAsia="Times New Roman" w:hAnsi="Times New Roman"/>
          <w:color w:val="000000"/>
          <w:sz w:val="24"/>
          <w:lang w:val="ru-RU"/>
        </w:rPr>
        <w:t xml:space="preserve">Портал "Начальная школа" </w:t>
      </w:r>
      <w:r w:rsidRPr="003122E3">
        <w:rPr>
          <w:lang w:val="ru-RU"/>
        </w:rPr>
        <w:br/>
      </w:r>
      <w:hyperlink r:id="rId45" w:history="1">
        <w:r w:rsidR="0018591B" w:rsidRPr="001D0330">
          <w:rPr>
            <w:rStyle w:val="aff8"/>
            <w:rFonts w:ascii="Times New Roman" w:eastAsia="Times New Roman" w:hAnsi="Times New Roman"/>
            <w:sz w:val="24"/>
          </w:rPr>
          <w:t>http</w:t>
        </w:r>
        <w:r w:rsidR="0018591B" w:rsidRPr="001D0330">
          <w:rPr>
            <w:rStyle w:val="aff8"/>
            <w:rFonts w:ascii="Times New Roman" w:eastAsia="Times New Roman" w:hAnsi="Times New Roman"/>
            <w:sz w:val="24"/>
            <w:lang w:val="ru-RU"/>
          </w:rPr>
          <w:t>://</w:t>
        </w:r>
        <w:r w:rsidR="0018591B" w:rsidRPr="001D0330">
          <w:rPr>
            <w:rStyle w:val="aff8"/>
            <w:rFonts w:ascii="Times New Roman" w:eastAsia="Times New Roman" w:hAnsi="Times New Roman"/>
            <w:sz w:val="24"/>
          </w:rPr>
          <w:t>nachalka</w:t>
        </w:r>
        <w:r w:rsidR="0018591B" w:rsidRPr="001D0330">
          <w:rPr>
            <w:rStyle w:val="aff8"/>
            <w:rFonts w:ascii="Times New Roman" w:eastAsia="Times New Roman" w:hAnsi="Times New Roman"/>
            <w:sz w:val="24"/>
            <w:lang w:val="ru-RU"/>
          </w:rPr>
          <w:t>.</w:t>
        </w:r>
        <w:r w:rsidR="0018591B" w:rsidRPr="001D0330">
          <w:rPr>
            <w:rStyle w:val="aff8"/>
            <w:rFonts w:ascii="Times New Roman" w:eastAsia="Times New Roman" w:hAnsi="Times New Roman"/>
            <w:sz w:val="24"/>
          </w:rPr>
          <w:t>edu</w:t>
        </w:r>
        <w:r w:rsidR="0018591B" w:rsidRPr="001D0330">
          <w:rPr>
            <w:rStyle w:val="aff8"/>
            <w:rFonts w:ascii="Times New Roman" w:eastAsia="Times New Roman" w:hAnsi="Times New Roman"/>
            <w:sz w:val="24"/>
            <w:lang w:val="ru-RU"/>
          </w:rPr>
          <w:t>.</w:t>
        </w:r>
        <w:r w:rsidR="0018591B" w:rsidRPr="001D0330">
          <w:rPr>
            <w:rStyle w:val="aff8"/>
            <w:rFonts w:ascii="Times New Roman" w:eastAsia="Times New Roman" w:hAnsi="Times New Roman"/>
            <w:sz w:val="24"/>
          </w:rPr>
          <w:t>ru</w:t>
        </w:r>
        <w:r w:rsidR="0018591B" w:rsidRPr="001D0330">
          <w:rPr>
            <w:rStyle w:val="aff8"/>
            <w:rFonts w:ascii="Times New Roman" w:eastAsia="Times New Roman" w:hAnsi="Times New Roman"/>
            <w:sz w:val="24"/>
            <w:lang w:val="ru-RU"/>
          </w:rPr>
          <w:t>/</w:t>
        </w:r>
      </w:hyperlink>
      <w:r w:rsidR="0018591B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3122E3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3122E3">
        <w:rPr>
          <w:lang w:val="ru-RU"/>
        </w:rPr>
        <w:br/>
      </w:r>
      <w:r w:rsidRPr="003122E3">
        <w:rPr>
          <w:rFonts w:ascii="Times New Roman" w:eastAsia="Times New Roman" w:hAnsi="Times New Roman"/>
          <w:color w:val="000000"/>
          <w:sz w:val="24"/>
          <w:lang w:val="ru-RU"/>
        </w:rPr>
        <w:t xml:space="preserve">Библиотека материалов для начальной школы </w:t>
      </w:r>
      <w:r w:rsidRPr="003122E3">
        <w:rPr>
          <w:lang w:val="ru-RU"/>
        </w:rPr>
        <w:br/>
      </w:r>
      <w:hyperlink r:id="rId46" w:history="1">
        <w:r w:rsidR="0018591B" w:rsidRPr="001D0330">
          <w:rPr>
            <w:rStyle w:val="aff8"/>
            <w:rFonts w:ascii="Times New Roman" w:eastAsia="Times New Roman" w:hAnsi="Times New Roman"/>
            <w:sz w:val="24"/>
          </w:rPr>
          <w:t>http</w:t>
        </w:r>
        <w:r w:rsidR="0018591B" w:rsidRPr="001D0330">
          <w:rPr>
            <w:rStyle w:val="aff8"/>
            <w:rFonts w:ascii="Times New Roman" w:eastAsia="Times New Roman" w:hAnsi="Times New Roman"/>
            <w:sz w:val="24"/>
            <w:lang w:val="ru-RU"/>
          </w:rPr>
          <w:t>://</w:t>
        </w:r>
        <w:r w:rsidR="0018591B" w:rsidRPr="001D0330">
          <w:rPr>
            <w:rStyle w:val="aff8"/>
            <w:rFonts w:ascii="Times New Roman" w:eastAsia="Times New Roman" w:hAnsi="Times New Roman"/>
            <w:sz w:val="24"/>
          </w:rPr>
          <w:t>www</w:t>
        </w:r>
        <w:r w:rsidR="0018591B" w:rsidRPr="001D0330">
          <w:rPr>
            <w:rStyle w:val="aff8"/>
            <w:rFonts w:ascii="Times New Roman" w:eastAsia="Times New Roman" w:hAnsi="Times New Roman"/>
            <w:sz w:val="24"/>
            <w:lang w:val="ru-RU"/>
          </w:rPr>
          <w:t>.</w:t>
        </w:r>
        <w:r w:rsidR="0018591B" w:rsidRPr="001D0330">
          <w:rPr>
            <w:rStyle w:val="aff8"/>
            <w:rFonts w:ascii="Times New Roman" w:eastAsia="Times New Roman" w:hAnsi="Times New Roman"/>
            <w:sz w:val="24"/>
          </w:rPr>
          <w:t>nachalka</w:t>
        </w:r>
        <w:r w:rsidR="0018591B" w:rsidRPr="001D0330">
          <w:rPr>
            <w:rStyle w:val="aff8"/>
            <w:rFonts w:ascii="Times New Roman" w:eastAsia="Times New Roman" w:hAnsi="Times New Roman"/>
            <w:sz w:val="24"/>
            <w:lang w:val="ru-RU"/>
          </w:rPr>
          <w:t>.</w:t>
        </w:r>
        <w:r w:rsidR="0018591B" w:rsidRPr="001D0330">
          <w:rPr>
            <w:rStyle w:val="aff8"/>
            <w:rFonts w:ascii="Times New Roman" w:eastAsia="Times New Roman" w:hAnsi="Times New Roman"/>
            <w:sz w:val="24"/>
          </w:rPr>
          <w:t>com</w:t>
        </w:r>
        <w:r w:rsidR="0018591B" w:rsidRPr="001D0330">
          <w:rPr>
            <w:rStyle w:val="aff8"/>
            <w:rFonts w:ascii="Times New Roman" w:eastAsia="Times New Roman" w:hAnsi="Times New Roman"/>
            <w:sz w:val="24"/>
            <w:lang w:val="ru-RU"/>
          </w:rPr>
          <w:t>/</w:t>
        </w:r>
        <w:proofErr w:type="spellStart"/>
        <w:r w:rsidR="0018591B" w:rsidRPr="001D0330">
          <w:rPr>
            <w:rStyle w:val="aff8"/>
            <w:rFonts w:ascii="Times New Roman" w:eastAsia="Times New Roman" w:hAnsi="Times New Roman"/>
            <w:sz w:val="24"/>
          </w:rPr>
          <w:t>biblioteka</w:t>
        </w:r>
        <w:proofErr w:type="spellEnd"/>
      </w:hyperlink>
    </w:p>
    <w:p w:rsidR="0018591B" w:rsidRDefault="0018591B">
      <w:pPr>
        <w:autoSpaceDE w:val="0"/>
        <w:autoSpaceDN w:val="0"/>
        <w:spacing w:before="168" w:after="0"/>
        <w:ind w:right="5760"/>
        <w:rPr>
          <w:lang w:val="ru-RU"/>
        </w:rPr>
      </w:pPr>
      <w:r>
        <w:rPr>
          <w:lang w:val="ru-RU"/>
        </w:rPr>
        <w:t xml:space="preserve">РЭШ </w:t>
      </w:r>
      <w:hyperlink r:id="rId47" w:history="1">
        <w:r w:rsidRPr="001D0330">
          <w:rPr>
            <w:rStyle w:val="aff8"/>
            <w:lang w:val="ru-RU"/>
          </w:rPr>
          <w:t>https://resh.edu.ru/</w:t>
        </w:r>
      </w:hyperlink>
      <w:r>
        <w:rPr>
          <w:lang w:val="ru-RU"/>
        </w:rPr>
        <w:t xml:space="preserve"> </w:t>
      </w:r>
    </w:p>
    <w:p w:rsidR="0018591B" w:rsidRPr="0018591B" w:rsidRDefault="0018591B">
      <w:pPr>
        <w:autoSpaceDE w:val="0"/>
        <w:autoSpaceDN w:val="0"/>
        <w:spacing w:before="168" w:after="0"/>
        <w:ind w:right="5760"/>
        <w:rPr>
          <w:lang w:val="ru-RU"/>
        </w:rPr>
      </w:pPr>
      <w:proofErr w:type="spellStart"/>
      <w:r>
        <w:rPr>
          <w:lang w:val="ru-RU"/>
        </w:rPr>
        <w:t>Инфоурок</w:t>
      </w:r>
      <w:proofErr w:type="spellEnd"/>
      <w:r>
        <w:rPr>
          <w:lang w:val="ru-RU"/>
        </w:rPr>
        <w:t xml:space="preserve"> </w:t>
      </w:r>
      <w:hyperlink r:id="rId48" w:history="1">
        <w:r w:rsidRPr="001D0330">
          <w:rPr>
            <w:rStyle w:val="aff8"/>
            <w:lang w:val="ru-RU"/>
          </w:rPr>
          <w:t>https://infourok.ru/</w:t>
        </w:r>
      </w:hyperlink>
      <w:r>
        <w:rPr>
          <w:lang w:val="ru-RU"/>
        </w:rPr>
        <w:t xml:space="preserve"> </w:t>
      </w:r>
    </w:p>
    <w:p w:rsidR="0018591B" w:rsidRPr="003122E3" w:rsidRDefault="0018591B">
      <w:pPr>
        <w:rPr>
          <w:lang w:val="ru-RU"/>
        </w:rPr>
        <w:sectPr w:rsidR="0018591B" w:rsidRPr="003122E3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496093" w:rsidRPr="003122E3" w:rsidRDefault="00496093">
      <w:pPr>
        <w:autoSpaceDE w:val="0"/>
        <w:autoSpaceDN w:val="0"/>
        <w:spacing w:after="78" w:line="220" w:lineRule="exact"/>
        <w:rPr>
          <w:lang w:val="ru-RU"/>
        </w:rPr>
      </w:pPr>
    </w:p>
    <w:p w:rsidR="00496093" w:rsidRPr="003122E3" w:rsidRDefault="003122E3">
      <w:pPr>
        <w:autoSpaceDE w:val="0"/>
        <w:autoSpaceDN w:val="0"/>
        <w:spacing w:after="0" w:line="230" w:lineRule="auto"/>
        <w:rPr>
          <w:lang w:val="ru-RU"/>
        </w:rPr>
      </w:pPr>
      <w:r w:rsidRPr="003122E3">
        <w:rPr>
          <w:rFonts w:ascii="Times New Roman" w:eastAsia="Times New Roman" w:hAnsi="Times New Roman"/>
          <w:b/>
          <w:color w:val="000000"/>
          <w:sz w:val="24"/>
          <w:lang w:val="ru-RU"/>
        </w:rPr>
        <w:t>МАТЕРИАЛЬНО-ТЕХНИЧЕСКОЕ ОБЕСПЕЧЕНИЕ ОБРАЗОВАТЕЛЬНОГО ПРОЦЕССА</w:t>
      </w:r>
    </w:p>
    <w:p w:rsidR="00496093" w:rsidRPr="003122E3" w:rsidRDefault="003122E3">
      <w:pPr>
        <w:autoSpaceDE w:val="0"/>
        <w:autoSpaceDN w:val="0"/>
        <w:spacing w:before="346" w:after="0" w:line="300" w:lineRule="auto"/>
        <w:ind w:right="288"/>
        <w:rPr>
          <w:lang w:val="ru-RU"/>
        </w:rPr>
      </w:pPr>
      <w:r w:rsidRPr="003122E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УЧЕБНОЕ ОБОРУДОВАНИЕ </w:t>
      </w:r>
      <w:r w:rsidRPr="003122E3">
        <w:rPr>
          <w:lang w:val="ru-RU"/>
        </w:rPr>
        <w:br/>
      </w:r>
      <w:r w:rsidRPr="003122E3">
        <w:rPr>
          <w:rFonts w:ascii="Times New Roman" w:eastAsia="Times New Roman" w:hAnsi="Times New Roman"/>
          <w:color w:val="000000"/>
          <w:sz w:val="24"/>
          <w:lang w:val="ru-RU"/>
        </w:rPr>
        <w:t>Демонстрационно-наглядные пособия Комплект демонстрационных таблиц по основным разделам предмета. Мультимедийный компьютер</w:t>
      </w:r>
    </w:p>
    <w:p w:rsidR="00496093" w:rsidRPr="003122E3" w:rsidRDefault="003122E3">
      <w:pPr>
        <w:autoSpaceDE w:val="0"/>
        <w:autoSpaceDN w:val="0"/>
        <w:spacing w:before="262" w:after="0" w:line="302" w:lineRule="auto"/>
        <w:ind w:right="720"/>
        <w:rPr>
          <w:lang w:val="ru-RU"/>
        </w:rPr>
      </w:pPr>
      <w:r w:rsidRPr="003122E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ОБОРУДОВАНИЕ ДЛЯ ПРОВЕДЕНИЯ ЛАБОРАТОРНЫХ И ПРАКТИЧЕСКИХ РАБОТ </w:t>
      </w:r>
      <w:r w:rsidRPr="003122E3">
        <w:rPr>
          <w:rFonts w:ascii="Times New Roman" w:eastAsia="Times New Roman" w:hAnsi="Times New Roman"/>
          <w:color w:val="000000"/>
          <w:sz w:val="24"/>
          <w:lang w:val="ru-RU"/>
        </w:rPr>
        <w:t>циркуль, линейка, транспортир, угольник</w:t>
      </w:r>
    </w:p>
    <w:p w:rsidR="00496093" w:rsidRPr="003122E3" w:rsidRDefault="00496093">
      <w:pPr>
        <w:rPr>
          <w:lang w:val="ru-RU"/>
        </w:rPr>
        <w:sectPr w:rsidR="00496093" w:rsidRPr="003122E3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3122E3" w:rsidRPr="003122E3" w:rsidRDefault="003122E3">
      <w:pPr>
        <w:rPr>
          <w:lang w:val="ru-RU"/>
        </w:rPr>
      </w:pPr>
    </w:p>
    <w:sectPr w:rsidR="003122E3" w:rsidRPr="003122E3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47730"/>
    <w:rsid w:val="00034616"/>
    <w:rsid w:val="0006063C"/>
    <w:rsid w:val="000A6532"/>
    <w:rsid w:val="00100C6C"/>
    <w:rsid w:val="00103616"/>
    <w:rsid w:val="0015074B"/>
    <w:rsid w:val="00164E6F"/>
    <w:rsid w:val="0018591B"/>
    <w:rsid w:val="001B2BC7"/>
    <w:rsid w:val="002570D0"/>
    <w:rsid w:val="0029639D"/>
    <w:rsid w:val="002D34CE"/>
    <w:rsid w:val="003122E3"/>
    <w:rsid w:val="00326F90"/>
    <w:rsid w:val="003838FF"/>
    <w:rsid w:val="003C7C98"/>
    <w:rsid w:val="00413F2A"/>
    <w:rsid w:val="00462E9C"/>
    <w:rsid w:val="00475AC9"/>
    <w:rsid w:val="00496093"/>
    <w:rsid w:val="00526E94"/>
    <w:rsid w:val="005544E5"/>
    <w:rsid w:val="005C6675"/>
    <w:rsid w:val="005D6CFD"/>
    <w:rsid w:val="00666FDC"/>
    <w:rsid w:val="0072072C"/>
    <w:rsid w:val="007655EE"/>
    <w:rsid w:val="007C5101"/>
    <w:rsid w:val="00805FA4"/>
    <w:rsid w:val="008435AE"/>
    <w:rsid w:val="009804A0"/>
    <w:rsid w:val="0098613E"/>
    <w:rsid w:val="009A0ACF"/>
    <w:rsid w:val="009A3129"/>
    <w:rsid w:val="00A64C51"/>
    <w:rsid w:val="00A72FAA"/>
    <w:rsid w:val="00AA1D8D"/>
    <w:rsid w:val="00AA2465"/>
    <w:rsid w:val="00AB2592"/>
    <w:rsid w:val="00AC55F1"/>
    <w:rsid w:val="00B47730"/>
    <w:rsid w:val="00CA324F"/>
    <w:rsid w:val="00CB0664"/>
    <w:rsid w:val="00D26FFC"/>
    <w:rsid w:val="00D40119"/>
    <w:rsid w:val="00D834AE"/>
    <w:rsid w:val="00E81FC1"/>
    <w:rsid w:val="00FA2EA9"/>
    <w:rsid w:val="00FC693F"/>
    <w:rsid w:val="00FE76DE"/>
    <w:rsid w:val="00FF6B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8">
    <w:name w:val="Hyperlink"/>
    <w:basedOn w:val="a2"/>
    <w:uiPriority w:val="99"/>
    <w:unhideWhenUsed/>
    <w:rsid w:val="002570D0"/>
    <w:rPr>
      <w:color w:val="0000FF" w:themeColor="hyperlink"/>
      <w:u w:val="single"/>
    </w:rPr>
  </w:style>
  <w:style w:type="character" w:styleId="aff9">
    <w:name w:val="FollowedHyperlink"/>
    <w:basedOn w:val="a2"/>
    <w:uiPriority w:val="99"/>
    <w:semiHidden/>
    <w:unhideWhenUsed/>
    <w:rsid w:val="00666FDC"/>
    <w:rPr>
      <w:color w:val="800080" w:themeColor="followedHyperlink"/>
      <w:u w:val="single"/>
    </w:rPr>
  </w:style>
  <w:style w:type="paragraph" w:styleId="affa">
    <w:name w:val="Balloon Text"/>
    <w:basedOn w:val="a1"/>
    <w:link w:val="affb"/>
    <w:uiPriority w:val="99"/>
    <w:semiHidden/>
    <w:unhideWhenUsed/>
    <w:rsid w:val="00D401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b">
    <w:name w:val="Текст выноски Знак"/>
    <w:basedOn w:val="a2"/>
    <w:link w:val="affa"/>
    <w:uiPriority w:val="99"/>
    <w:semiHidden/>
    <w:rsid w:val="00D401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8">
    <w:name w:val="Hyperlink"/>
    <w:basedOn w:val="a2"/>
    <w:uiPriority w:val="99"/>
    <w:unhideWhenUsed/>
    <w:rsid w:val="002570D0"/>
    <w:rPr>
      <w:color w:val="0000FF" w:themeColor="hyperlink"/>
      <w:u w:val="single"/>
    </w:rPr>
  </w:style>
  <w:style w:type="character" w:styleId="aff9">
    <w:name w:val="FollowedHyperlink"/>
    <w:basedOn w:val="a2"/>
    <w:uiPriority w:val="99"/>
    <w:semiHidden/>
    <w:unhideWhenUsed/>
    <w:rsid w:val="00666FDC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25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1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7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youtu.be/YIYrffEKrdA" TargetMode="External"/><Relationship Id="rId18" Type="http://schemas.openxmlformats.org/officeDocument/2006/relationships/hyperlink" Target="https://resh.edu.ru/subject/lesson/5714/start/294023/" TargetMode="External"/><Relationship Id="rId26" Type="http://schemas.openxmlformats.org/officeDocument/2006/relationships/hyperlink" Target="https://nsportal.ru/npo-spo/estestvennye-nauki/library/2019/09/26/tekstovaya-zadacha-i-protsess-eyo-resheniya" TargetMode="External"/><Relationship Id="rId39" Type="http://schemas.openxmlformats.org/officeDocument/2006/relationships/hyperlink" Target="https://resh.edu.ru/subject/lesson/7732/conspect/325582/" TargetMode="External"/><Relationship Id="rId3" Type="http://schemas.openxmlformats.org/officeDocument/2006/relationships/styles" Target="styles.xml"/><Relationship Id="rId21" Type="http://schemas.openxmlformats.org/officeDocument/2006/relationships/hyperlink" Target="https://resh.edu.ru/subject/lesson/3926/conspect/213806/" TargetMode="External"/><Relationship Id="rId34" Type="http://schemas.openxmlformats.org/officeDocument/2006/relationships/hyperlink" Target="https://resh.edu.ru/subject/lesson/1408/" TargetMode="External"/><Relationship Id="rId42" Type="http://schemas.openxmlformats.org/officeDocument/2006/relationships/hyperlink" Target="https://resh.edu.ru/subject/lesson/5233/conspect/214054/" TargetMode="External"/><Relationship Id="rId47" Type="http://schemas.openxmlformats.org/officeDocument/2006/relationships/hyperlink" Target="https://resh.edu.ru/" TargetMode="External"/><Relationship Id="rId50" Type="http://schemas.openxmlformats.org/officeDocument/2006/relationships/theme" Target="theme/theme1.xml"/><Relationship Id="rId7" Type="http://schemas.openxmlformats.org/officeDocument/2006/relationships/hyperlink" Target="https://infourok.ru/prezentaciya-po-matematike-na-temu-chtenie-i-zapis-mnogoznachnyh-chisel-klass-millionov-klass-milliardov-4-klass-4479235.html" TargetMode="External"/><Relationship Id="rId12" Type="http://schemas.openxmlformats.org/officeDocument/2006/relationships/hyperlink" Target="https://infourok.ru/otkrytyj-urok-matematiki-v-4-klasse-po-teme-edinicy-massy-tonna-i-centner-i-sootnoshenie-mezhdu-nimi-5411832.html" TargetMode="External"/><Relationship Id="rId17" Type="http://schemas.openxmlformats.org/officeDocument/2006/relationships/hyperlink" Target="https://yandex.ru/video/preview/?text=%D0%9F%D0%B8%D1%81%D1%8C%D0%BC%D0%B5%D0%BD%D0%BD%D0%BE%D0%B5%20%D1%81%D0%BB%D0%BE%D0%B6%D0%B5%D0%BD%D0%B8%D0%B5%20%D0%BC%D0%BD%D0%BE%D0%B3%D0%BE%D0%B7%D0%BD%D0%B0%D1%87%D0%BD%D1%8B%D1%85%20%D1%87%D0%B8%D1%81%D0%B5%D0%BB%20%D0%B2%20%D0%BF%D1%80%D0%B5%D0%B4%D0%B5%D0%BB%D0%B0%D1%85%20%D0%BC%D0%B8%D0%BB%D0%BB%D0%B8%D0%BE%D0%BD%D0%B0.&amp;path=yandex_search&amp;parent-reqid=1654316694028069-7704845438805616577-vla1-2630-vla-l7-balancer-8080-BAL-5894&amp;from_type=vast&amp;filmId=17695325451371893464" TargetMode="External"/><Relationship Id="rId25" Type="http://schemas.openxmlformats.org/officeDocument/2006/relationships/hyperlink" Target="http://www.myshared.ru/slide/1389937/" TargetMode="External"/><Relationship Id="rId33" Type="http://schemas.openxmlformats.org/officeDocument/2006/relationships/hyperlink" Target="https://infourok.ru/prezentaciya-po-matematike-na-temu-okruzhnost-i-krug-klass-2736230.html" TargetMode="External"/><Relationship Id="rId38" Type="http://schemas.openxmlformats.org/officeDocument/2006/relationships/hyperlink" Target="https://resh.edu.ru/subject/lesson/4295/start/211859/" TargetMode="External"/><Relationship Id="rId46" Type="http://schemas.openxmlformats.org/officeDocument/2006/relationships/hyperlink" Target="http://www.nachalka.com/biblioteka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esh.edu.ru/subject/lesson/3983/start/214334/" TargetMode="External"/><Relationship Id="rId20" Type="http://schemas.openxmlformats.org/officeDocument/2006/relationships/hyperlink" Target="https://infourok.ru/prezentaciya-k-uroku-matematiki-dlya-klassa-po-obnovlyonnoy-programme-v-rk-arifmeticheskie-deystviya-i-ih-svoystvak-opublikovann-2988526.html" TargetMode="External"/><Relationship Id="rId29" Type="http://schemas.openxmlformats.org/officeDocument/2006/relationships/hyperlink" Target="https://resh.edu.ru/subject/lesson/4022/conspect/214922/" TargetMode="External"/><Relationship Id="rId41" Type="http://schemas.openxmlformats.org/officeDocument/2006/relationships/hyperlink" Target="https://resh.edu.ru/subject/lesson/5496/start/78889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infourok.ru/prezentaciya_po_matematike_na_temu-392602.htm" TargetMode="External"/><Relationship Id="rId24" Type="http://schemas.openxmlformats.org/officeDocument/2006/relationships/hyperlink" Target="https://infourok.ru/prezentaciya-po-matematike-na-temu-umnozhenie-i-delenie-na-odnoznachnoe-chislo-4-klass-5422965.html" TargetMode="External"/><Relationship Id="rId32" Type="http://schemas.openxmlformats.org/officeDocument/2006/relationships/hyperlink" Target="https://resh.edu.ru/subject/lesson/2010/main/" TargetMode="External"/><Relationship Id="rId37" Type="http://schemas.openxmlformats.org/officeDocument/2006/relationships/hyperlink" Target="https://resh.edu.ru/subject/lesson/4623/start/218458/" TargetMode="External"/><Relationship Id="rId40" Type="http://schemas.openxmlformats.org/officeDocument/2006/relationships/hyperlink" Target="https://resh.edu.ru/subject/lesson/1988/main/" TargetMode="External"/><Relationship Id="rId45" Type="http://schemas.openxmlformats.org/officeDocument/2006/relationships/hyperlink" Target="http://nachalka.edu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esh.edu.ru/subject/lesson/4268/start/210582/" TargetMode="External"/><Relationship Id="rId23" Type="http://schemas.openxmlformats.org/officeDocument/2006/relationships/hyperlink" Target="https://resh.edu.ru/subject/lesson/5682/train/213029/" TargetMode="External"/><Relationship Id="rId28" Type="http://schemas.openxmlformats.org/officeDocument/2006/relationships/hyperlink" Target="https://resh.edu.ru/subject/lesson/5235/conspect/214426/" TargetMode="External"/><Relationship Id="rId36" Type="http://schemas.openxmlformats.org/officeDocument/2006/relationships/hyperlink" Target="https://resh.edu.ru/subject/lesson/4129/start/218551/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s://infourok.ru/prezentaciya-dopolnenie-do-kruglogo-chisla-413766.html" TargetMode="External"/><Relationship Id="rId19" Type="http://schemas.openxmlformats.org/officeDocument/2006/relationships/hyperlink" Target="https://infourok.ru/prezentaciya-po-matematike-na-temuumnozhenie-i-delenie-na-klass-2971790.html" TargetMode="External"/><Relationship Id="rId31" Type="http://schemas.openxmlformats.org/officeDocument/2006/relationships/hyperlink" Target="https://resh.edu.ru/subject/lesson/3926/conspect/213806/" TargetMode="External"/><Relationship Id="rId44" Type="http://schemas.openxmlformats.org/officeDocument/2006/relationships/hyperlink" Target="https://infourok.ru/prezentaciya-po-matematike-na-temu-algoritmy-vokrug-nas-4284339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outu.be/3hjzmy_pg3o" TargetMode="External"/><Relationship Id="rId14" Type="http://schemas.openxmlformats.org/officeDocument/2006/relationships/hyperlink" Target="https://resh.edu.ru/subject/lesson/4578/start/214644/" TargetMode="External"/><Relationship Id="rId22" Type="http://schemas.openxmlformats.org/officeDocument/2006/relationships/hyperlink" Target="https://resh.edu.ru/subject/lesson/6235/train/279371/" TargetMode="External"/><Relationship Id="rId27" Type="http://schemas.openxmlformats.org/officeDocument/2006/relationships/hyperlink" Target="https://infourok.ru/prezentaciya-i-konspekt-po-matematike-edinicy-skorosti-skorost-vremya-projdennyj-put-pri-pryamolinejnom-dvizhenii-ustanovlenie-z-5670164.html" TargetMode="External"/><Relationship Id="rId30" Type="http://schemas.openxmlformats.org/officeDocument/2006/relationships/hyperlink" Target="https://resh.edu.ru/subject/lesson/4713/conspect/202990/" TargetMode="External"/><Relationship Id="rId35" Type="http://schemas.openxmlformats.org/officeDocument/2006/relationships/hyperlink" Target="https://resh.edu.ru/subject/lesson/557/" TargetMode="External"/><Relationship Id="rId43" Type="http://schemas.openxmlformats.org/officeDocument/2006/relationships/hyperlink" Target="https://infourok.ru/prezentaciya-na-temu-pravila-bezopasnogo-polzovaniya-v-internete-klass-401692.html" TargetMode="External"/><Relationship Id="rId48" Type="http://schemas.openxmlformats.org/officeDocument/2006/relationships/hyperlink" Target="https://infourok.ru/" TargetMode="External"/><Relationship Id="rId8" Type="http://schemas.openxmlformats.org/officeDocument/2006/relationships/hyperlink" Target="https://resh.edu.ru/subject/lesson/5232/start/214210/" TargetMode="External"/><Relationship Id="rId51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Твердый переплет">
      <a:maj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궁서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9013B96-4034-4CE0-B8B3-82BA2ED4A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44</Pages>
  <Words>9523</Words>
  <Characters>54285</Characters>
  <Application>Microsoft Office Word</Application>
  <DocSecurity>0</DocSecurity>
  <Lines>452</Lines>
  <Paragraphs>127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63681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Kab-7</cp:lastModifiedBy>
  <cp:revision>21</cp:revision>
  <cp:lastPrinted>2022-09-20T13:25:00Z</cp:lastPrinted>
  <dcterms:created xsi:type="dcterms:W3CDTF">2013-12-23T23:15:00Z</dcterms:created>
  <dcterms:modified xsi:type="dcterms:W3CDTF">2022-10-31T02:15:00Z</dcterms:modified>
  <cp:category/>
</cp:coreProperties>
</file>